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A92F43C" w14:textId="77777777" w:rsidR="00B67CA3" w:rsidRPr="00EE6B77" w:rsidRDefault="00847618">
      <w:pPr>
        <w:spacing w:after="40"/>
        <w:jc w:val="center"/>
        <w:rPr>
          <w:b/>
          <w:bCs/>
          <w:lang w:val="sr-Cyrl-RS"/>
        </w:rPr>
      </w:pPr>
      <w:r w:rsidRPr="00EE6B77">
        <w:rPr>
          <w:b/>
          <w:bCs/>
          <w:lang w:val="sr-Cyrl-RS"/>
        </w:rPr>
        <w:t>ЗАКОН</w:t>
      </w:r>
    </w:p>
    <w:p w14:paraId="32B06EC0" w14:textId="77777777" w:rsidR="00B67CA3" w:rsidRPr="00EE6B77" w:rsidRDefault="00847618">
      <w:pPr>
        <w:spacing w:after="240"/>
        <w:jc w:val="center"/>
        <w:rPr>
          <w:b/>
          <w:bCs/>
          <w:lang w:val="sr-Cyrl-RS"/>
        </w:rPr>
      </w:pPr>
      <w:r w:rsidRPr="00EE6B77">
        <w:rPr>
          <w:b/>
          <w:bCs/>
          <w:lang w:val="sr-Cyrl-RS"/>
        </w:rPr>
        <w:t>О ЈАВНО-ПРИВАТНОМ ПАРТНЕРСТВУ И КОНЦЕСИЈАМА</w:t>
      </w:r>
    </w:p>
    <w:p w14:paraId="35958422" w14:textId="77777777" w:rsidR="00B67CA3" w:rsidRPr="00EE6B77" w:rsidRDefault="00847618">
      <w:pPr>
        <w:jc w:val="center"/>
        <w:rPr>
          <w:b/>
          <w:bCs/>
          <w:lang w:val="sr-Cyrl-RS"/>
        </w:rPr>
      </w:pPr>
      <w:r w:rsidRPr="00EE6B77">
        <w:rPr>
          <w:b/>
          <w:bCs/>
          <w:lang w:val="sr-Cyrl-RS"/>
        </w:rPr>
        <w:t>I ОСНОВНЕ ОДРЕДБЕ</w:t>
      </w:r>
    </w:p>
    <w:p w14:paraId="43FAD1A9" w14:textId="77777777" w:rsidR="00B67CA3" w:rsidRPr="00EE6B77" w:rsidRDefault="00847618">
      <w:pPr>
        <w:jc w:val="center"/>
        <w:rPr>
          <w:b/>
          <w:bCs/>
          <w:lang w:val="sr-Cyrl-RS"/>
        </w:rPr>
      </w:pPr>
      <w:r w:rsidRPr="00EE6B77">
        <w:rPr>
          <w:b/>
          <w:bCs/>
          <w:lang w:val="sr-Cyrl-RS"/>
        </w:rPr>
        <w:t>1. Предмет уређивања и појмови</w:t>
      </w:r>
    </w:p>
    <w:p w14:paraId="084A1AE9" w14:textId="77777777" w:rsidR="00B67CA3" w:rsidRPr="00EE6B77" w:rsidRDefault="00847618">
      <w:pPr>
        <w:spacing w:after="0"/>
        <w:jc w:val="center"/>
        <w:rPr>
          <w:b/>
          <w:bCs/>
          <w:lang w:val="sr-Cyrl-RS"/>
        </w:rPr>
      </w:pPr>
      <w:r w:rsidRPr="00EE6B77">
        <w:rPr>
          <w:b/>
          <w:bCs/>
          <w:lang w:val="sr-Cyrl-RS"/>
        </w:rPr>
        <w:t>Предмет</w:t>
      </w:r>
    </w:p>
    <w:p w14:paraId="1DF7204F" w14:textId="77777777" w:rsidR="00B67CA3" w:rsidRPr="00EE6B77" w:rsidRDefault="00847618">
      <w:pPr>
        <w:jc w:val="center"/>
        <w:rPr>
          <w:b/>
          <w:bCs/>
          <w:lang w:val="sr-Cyrl-RS"/>
        </w:rPr>
      </w:pPr>
      <w:r w:rsidRPr="00EE6B77">
        <w:rPr>
          <w:b/>
          <w:bCs/>
          <w:lang w:val="sr-Cyrl-RS"/>
        </w:rPr>
        <w:t>Члан 1</w:t>
      </w:r>
    </w:p>
    <w:p w14:paraId="2C9F2B00" w14:textId="6FF1911F" w:rsidR="00B67CA3" w:rsidRPr="00D632CD" w:rsidRDefault="00847618">
      <w:pPr>
        <w:jc w:val="both"/>
        <w:rPr>
          <w:lang w:val="sr-Cyrl-RS"/>
        </w:rPr>
      </w:pPr>
      <w:r w:rsidRPr="00D632CD">
        <w:rPr>
          <w:lang w:val="sr-Cyrl-RS"/>
        </w:rPr>
        <w:t xml:space="preserve">Овим законом уређују се: услови и начин израде, предлагања и одобравања пројеката јавно-приватног партнерства; субјекти надлежни, односно овлашћени за предлагање и реализацију пројеката јавно-приватног партнерства; права и обавезе јавних и приватних партнера; облик и садржина уговора о јавно-приватном партнерству са или без елемената концесије (у даљем тексту: јавни уговор); заштита </w:t>
      </w:r>
      <w:r w:rsidR="00D632CD" w:rsidRPr="00D632CD">
        <w:rPr>
          <w:lang w:val="sr-Cyrl-RS"/>
        </w:rPr>
        <w:t xml:space="preserve">права </w:t>
      </w:r>
      <w:r w:rsidRPr="00D632CD">
        <w:rPr>
          <w:lang w:val="sr-Cyrl-RS"/>
        </w:rPr>
        <w:t>у поступку избора приватног партнера; услови и начин доделе концесије, предмет концесије, субјекти надлежни, односно овлашћени за поступак доделе концесије, престанак концесије; оснивање, положај и надлежност Комисије за јавно-приватно партнерство, као и друга питања од значаја за јавно-приватно партнерство, са или без елемената концесије.</w:t>
      </w:r>
    </w:p>
    <w:p w14:paraId="71417098" w14:textId="77777777" w:rsidR="00B67CA3" w:rsidRPr="00EE6B77" w:rsidRDefault="00847618" w:rsidP="00EE6B77">
      <w:pPr>
        <w:jc w:val="center"/>
        <w:rPr>
          <w:b/>
          <w:bCs/>
          <w:lang w:val="sr-Cyrl-RS"/>
        </w:rPr>
      </w:pPr>
      <w:r w:rsidRPr="00EE6B77">
        <w:rPr>
          <w:b/>
          <w:bCs/>
          <w:lang w:val="sr-Cyrl-RS"/>
        </w:rPr>
        <w:t>Примена закона</w:t>
      </w:r>
    </w:p>
    <w:p w14:paraId="76897000" w14:textId="77777777" w:rsidR="00B67CA3" w:rsidRPr="00EE6B77" w:rsidRDefault="00847618">
      <w:pPr>
        <w:jc w:val="center"/>
        <w:rPr>
          <w:b/>
          <w:bCs/>
          <w:lang w:val="sr-Cyrl-RS"/>
        </w:rPr>
      </w:pPr>
      <w:r w:rsidRPr="00EE6B77">
        <w:rPr>
          <w:b/>
          <w:bCs/>
          <w:lang w:val="sr-Cyrl-RS"/>
        </w:rPr>
        <w:t>Члан 2</w:t>
      </w:r>
    </w:p>
    <w:p w14:paraId="119AA8B6" w14:textId="77777777" w:rsidR="00B67CA3" w:rsidRPr="00D632CD" w:rsidRDefault="00847618">
      <w:pPr>
        <w:jc w:val="both"/>
        <w:rPr>
          <w:lang w:val="sr-Cyrl-RS"/>
        </w:rPr>
      </w:pPr>
      <w:r w:rsidRPr="00D632CD">
        <w:rPr>
          <w:lang w:val="sr-Cyrl-RS"/>
        </w:rPr>
        <w:t>На сва улагања средстава у јавној својини у заједничко привредно друштво са приватним партнером, искључиво ради реализације пројеката јавно-приватног партнерства, примењују се одредбе овог закона, као и одговарајуће одредбе закона и других прописа којима се уређује јавна својина и буџетски систем.</w:t>
      </w:r>
    </w:p>
    <w:p w14:paraId="75471991" w14:textId="77777777" w:rsidR="00B67CA3" w:rsidRDefault="00847618">
      <w:pPr>
        <w:jc w:val="both"/>
        <w:rPr>
          <w:lang w:val="sr-Cyrl-RS"/>
        </w:rPr>
      </w:pPr>
      <w:r w:rsidRPr="00D632CD">
        <w:rPr>
          <w:lang w:val="sr-Cyrl-RS"/>
        </w:rPr>
        <w:t>На јавно-приватна партнерства која се спроводе у складу са посебним правилима поступка међународних организација, примењују се одредбе овог закона, осим одредаба које се односе на поступак избора приватног партнера.</w:t>
      </w:r>
    </w:p>
    <w:p w14:paraId="0D79748F" w14:textId="77777777" w:rsidR="00EE6B77" w:rsidRPr="00D632CD" w:rsidRDefault="00EE6B77">
      <w:pPr>
        <w:jc w:val="both"/>
        <w:rPr>
          <w:lang w:val="sr-Cyrl-RS"/>
        </w:rPr>
      </w:pPr>
    </w:p>
    <w:p w14:paraId="43ACCC82" w14:textId="77777777" w:rsidR="00B67CA3" w:rsidRPr="00EE6B77" w:rsidRDefault="00847618">
      <w:pPr>
        <w:spacing w:after="0"/>
        <w:jc w:val="center"/>
        <w:rPr>
          <w:b/>
          <w:bCs/>
          <w:lang w:val="sr-Cyrl-RS"/>
        </w:rPr>
      </w:pPr>
      <w:r w:rsidRPr="00EE6B77">
        <w:rPr>
          <w:b/>
          <w:bCs/>
          <w:lang w:val="sr-Cyrl-RS"/>
        </w:rPr>
        <w:t>Изузеци од примене закона</w:t>
      </w:r>
    </w:p>
    <w:p w14:paraId="572E6261" w14:textId="77777777" w:rsidR="00B67CA3" w:rsidRPr="00EE6B77" w:rsidRDefault="00847618">
      <w:pPr>
        <w:jc w:val="center"/>
        <w:rPr>
          <w:b/>
          <w:bCs/>
          <w:lang w:val="sr-Cyrl-RS"/>
        </w:rPr>
      </w:pPr>
      <w:r w:rsidRPr="00EE6B77">
        <w:rPr>
          <w:b/>
          <w:bCs/>
          <w:lang w:val="sr-Cyrl-RS"/>
        </w:rPr>
        <w:t>Члан 3</w:t>
      </w:r>
    </w:p>
    <w:p w14:paraId="29810432" w14:textId="77777777" w:rsidR="00B67CA3" w:rsidRPr="00D632CD" w:rsidRDefault="00847618">
      <w:pPr>
        <w:jc w:val="both"/>
        <w:rPr>
          <w:lang w:val="sr-Cyrl-RS"/>
        </w:rPr>
      </w:pPr>
      <w:r w:rsidRPr="00D632CD">
        <w:rPr>
          <w:lang w:val="sr-Cyrl-RS"/>
        </w:rPr>
        <w:t>Овај закон се не примењује на јавно-приватна партнерства, са или без елемената концесије, ако би:</w:t>
      </w:r>
    </w:p>
    <w:p w14:paraId="558ACDA7" w14:textId="77777777" w:rsidR="00B67CA3" w:rsidRPr="00D632CD" w:rsidRDefault="00847618">
      <w:pPr>
        <w:jc w:val="both"/>
        <w:rPr>
          <w:lang w:val="sr-Cyrl-RS"/>
        </w:rPr>
      </w:pPr>
      <w:r w:rsidRPr="00D632CD">
        <w:rPr>
          <w:lang w:val="sr-Cyrl-RS"/>
        </w:rPr>
        <w:t>1) успостављање јавно-приватног партнерства захтевало стављање на увид информације чије би откривање угрозило безбедност Републике Србије;</w:t>
      </w:r>
    </w:p>
    <w:p w14:paraId="49005131" w14:textId="77777777" w:rsidR="00B67CA3" w:rsidRPr="00D632CD" w:rsidRDefault="00847618">
      <w:pPr>
        <w:jc w:val="both"/>
        <w:rPr>
          <w:lang w:val="sr-Cyrl-RS"/>
        </w:rPr>
      </w:pPr>
      <w:r w:rsidRPr="00D632CD">
        <w:rPr>
          <w:lang w:val="sr-Cyrl-RS"/>
        </w:rPr>
        <w:t>2) се то партнерство заснивало на међународним уговорима које је Република Србија закључила са једном или више држава ради заједничког спровођења или коришћења пројеката;</w:t>
      </w:r>
    </w:p>
    <w:p w14:paraId="2C379041" w14:textId="77777777" w:rsidR="00B67CA3" w:rsidRPr="00D632CD" w:rsidRDefault="00847618">
      <w:pPr>
        <w:jc w:val="both"/>
        <w:rPr>
          <w:lang w:val="sr-Cyrl-RS"/>
        </w:rPr>
      </w:pPr>
      <w:r w:rsidRPr="00D632CD">
        <w:rPr>
          <w:lang w:val="sr-Cyrl-RS"/>
        </w:rPr>
        <w:t>3) предмет тог партнерства била експлоатација јавне телекомуникационе мреже, односно пружање телекомуникационих услуга.</w:t>
      </w:r>
    </w:p>
    <w:p w14:paraId="06F363B3" w14:textId="77777777" w:rsidR="00B510EF" w:rsidRDefault="00B510EF" w:rsidP="00D632CD">
      <w:pPr>
        <w:jc w:val="center"/>
        <w:rPr>
          <w:b/>
          <w:bCs/>
          <w:lang w:val="sr-Cyrl-RS"/>
        </w:rPr>
      </w:pPr>
    </w:p>
    <w:p w14:paraId="6AA5E414" w14:textId="678C2850" w:rsidR="00B67CA3" w:rsidRPr="00EE6B77" w:rsidRDefault="00847618" w:rsidP="00D632CD">
      <w:pPr>
        <w:jc w:val="center"/>
        <w:rPr>
          <w:b/>
          <w:bCs/>
          <w:lang w:val="sr-Cyrl-RS"/>
        </w:rPr>
      </w:pPr>
      <w:r w:rsidRPr="00EE6B77">
        <w:rPr>
          <w:b/>
          <w:bCs/>
          <w:lang w:val="sr-Cyrl-RS"/>
        </w:rPr>
        <w:lastRenderedPageBreak/>
        <w:t>Дефиниције</w:t>
      </w:r>
    </w:p>
    <w:p w14:paraId="792BC4A1" w14:textId="77777777" w:rsidR="00B67CA3" w:rsidRPr="00EE6B77" w:rsidRDefault="00847618">
      <w:pPr>
        <w:jc w:val="center"/>
        <w:rPr>
          <w:b/>
          <w:bCs/>
          <w:lang w:val="sr-Cyrl-RS"/>
        </w:rPr>
      </w:pPr>
      <w:r w:rsidRPr="00EE6B77">
        <w:rPr>
          <w:b/>
          <w:bCs/>
          <w:lang w:val="sr-Cyrl-RS"/>
        </w:rPr>
        <w:t>Члан 4</w:t>
      </w:r>
    </w:p>
    <w:p w14:paraId="1F234DE0" w14:textId="77777777" w:rsidR="00B67CA3" w:rsidRPr="00D632CD" w:rsidRDefault="00847618">
      <w:pPr>
        <w:jc w:val="both"/>
        <w:rPr>
          <w:lang w:val="sr-Cyrl-RS"/>
        </w:rPr>
      </w:pPr>
      <w:r w:rsidRPr="00D632CD">
        <w:rPr>
          <w:lang w:val="sr-Cyrl-RS"/>
        </w:rPr>
        <w:t>Поједини изрази који се употребљавају у овом закону имају следеће значење:</w:t>
      </w:r>
    </w:p>
    <w:p w14:paraId="286F47BE" w14:textId="4481CAC6" w:rsidR="00B67CA3" w:rsidRPr="00D632CD" w:rsidRDefault="00847618">
      <w:pPr>
        <w:jc w:val="both"/>
        <w:rPr>
          <w:lang w:val="sr-Cyrl-RS"/>
        </w:rPr>
      </w:pPr>
      <w:r w:rsidRPr="00D632CD">
        <w:rPr>
          <w:lang w:val="sr-Cyrl-RS"/>
        </w:rPr>
        <w:t xml:space="preserve">1) </w:t>
      </w:r>
      <w:r w:rsidRPr="00D632CD">
        <w:rPr>
          <w:i/>
          <w:iCs/>
          <w:lang w:val="sr-Cyrl-RS"/>
        </w:rPr>
        <w:t>пројекат јавно-приватног партнерства</w:t>
      </w:r>
      <w:r w:rsidRPr="00D632CD">
        <w:rPr>
          <w:lang w:val="sr-Cyrl-RS"/>
        </w:rPr>
        <w:t xml:space="preserve"> </w:t>
      </w:r>
      <w:r w:rsidR="00D632CD">
        <w:rPr>
          <w:lang w:val="sr-Cyrl-RS"/>
        </w:rPr>
        <w:t xml:space="preserve">(у даљем тексту: пројекат ЈПП) </w:t>
      </w:r>
      <w:r w:rsidRPr="00D632CD">
        <w:rPr>
          <w:lang w:val="sr-Cyrl-RS"/>
        </w:rPr>
        <w:t>јесте пројекат који се израђује, предлаже, одобрава и спроводи по неком од модела јавно-приватног партнерства и чини низ међусобно повезаних активности, које се одвијају одређеним редоследом, ради постизања дефинисаних циљева, у оквиру одређеног временског периода и одређених финансијских средстава, а који је у складу са овим законом одобрен као пројекат јавно-приватног партнерства, са или без елемената концесије;</w:t>
      </w:r>
    </w:p>
    <w:p w14:paraId="502014CC" w14:textId="77777777" w:rsidR="00B67CA3" w:rsidRPr="00D632CD" w:rsidRDefault="00847618">
      <w:pPr>
        <w:jc w:val="both"/>
        <w:rPr>
          <w:lang w:val="sr-Cyrl-RS"/>
        </w:rPr>
      </w:pPr>
      <w:r w:rsidRPr="00D632CD">
        <w:rPr>
          <w:lang w:val="sr-Cyrl-RS"/>
        </w:rPr>
        <w:t xml:space="preserve">2) </w:t>
      </w:r>
      <w:r w:rsidRPr="00D632CD">
        <w:rPr>
          <w:i/>
          <w:iCs/>
          <w:lang w:val="sr-Cyrl-RS"/>
        </w:rPr>
        <w:t>уговорно јавно-приватно партнерство</w:t>
      </w:r>
      <w:r w:rsidRPr="00D632CD">
        <w:rPr>
          <w:lang w:val="sr-Cyrl-RS"/>
        </w:rPr>
        <w:t xml:space="preserve"> је јавно-приватно партнерство у којем се међусобни однос јавног и приватног партнера уређује уговором о јавно-приватном партнерству;</w:t>
      </w:r>
    </w:p>
    <w:p w14:paraId="79CAA89A" w14:textId="021F40F8" w:rsidR="00B67CA3" w:rsidRPr="00D632CD" w:rsidRDefault="00847618">
      <w:pPr>
        <w:jc w:val="both"/>
        <w:rPr>
          <w:lang w:val="sr-Cyrl-RS"/>
        </w:rPr>
      </w:pPr>
      <w:r w:rsidRPr="00D632CD">
        <w:rPr>
          <w:lang w:val="sr-Cyrl-RS"/>
        </w:rPr>
        <w:t xml:space="preserve">3) </w:t>
      </w:r>
      <w:r w:rsidRPr="00D632CD">
        <w:rPr>
          <w:i/>
          <w:iCs/>
          <w:lang w:val="sr-Cyrl-RS"/>
        </w:rPr>
        <w:t>јавни уговор</w:t>
      </w:r>
      <w:r w:rsidRPr="00D632CD">
        <w:rPr>
          <w:lang w:val="sr-Cyrl-RS"/>
        </w:rPr>
        <w:t xml:space="preserve"> је уговор о јавно-приватном партнерству са или без елемената концесије, закључен у писаном облику између јавног и приватног партнера, односно друштва за посебне намене, којим се у циљу реализације пројекта </w:t>
      </w:r>
      <w:r w:rsidR="00D632CD">
        <w:rPr>
          <w:lang w:val="sr-Cyrl-RS"/>
        </w:rPr>
        <w:t xml:space="preserve">ЈПП са или без елемената концесије, </w:t>
      </w:r>
      <w:r w:rsidRPr="00D632CD">
        <w:rPr>
          <w:lang w:val="sr-Cyrl-RS"/>
        </w:rPr>
        <w:t>уређују међусобна права и обавезе уговорних страна;</w:t>
      </w:r>
    </w:p>
    <w:p w14:paraId="6EB31B9F" w14:textId="3B19A9EB" w:rsidR="00B67CA3" w:rsidRPr="00D632CD" w:rsidRDefault="00847618">
      <w:pPr>
        <w:jc w:val="both"/>
        <w:rPr>
          <w:lang w:val="sr-Cyrl-RS"/>
        </w:rPr>
      </w:pPr>
      <w:r w:rsidRPr="00D632CD">
        <w:rPr>
          <w:lang w:val="sr-Cyrl-RS"/>
        </w:rPr>
        <w:t xml:space="preserve">4) </w:t>
      </w:r>
      <w:r w:rsidRPr="00D632CD">
        <w:rPr>
          <w:i/>
          <w:iCs/>
          <w:lang w:val="sr-Cyrl-RS"/>
        </w:rPr>
        <w:t>институционално јавно-приватно партнерство</w:t>
      </w:r>
      <w:r w:rsidRPr="00D632CD">
        <w:rPr>
          <w:lang w:val="sr-Cyrl-RS"/>
        </w:rPr>
        <w:t xml:space="preserve"> је јавно-приватно партнерство </w:t>
      </w:r>
      <w:r w:rsidR="00C54649">
        <w:rPr>
          <w:lang w:val="sr-Cyrl-RS"/>
        </w:rPr>
        <w:t xml:space="preserve">са или без елемената концесије </w:t>
      </w:r>
      <w:r w:rsidRPr="00D632CD">
        <w:rPr>
          <w:lang w:val="sr-Cyrl-RS"/>
        </w:rPr>
        <w:t>засновано на односу између јавног и приватног партнера као оснивача, односно чланова заједничког привредног друштва, које је носилац реализације пројекта јавно-приватног партнерства;</w:t>
      </w:r>
    </w:p>
    <w:p w14:paraId="68379061" w14:textId="77777777" w:rsidR="00B67CA3" w:rsidRPr="00D632CD" w:rsidRDefault="00847618">
      <w:pPr>
        <w:jc w:val="both"/>
        <w:rPr>
          <w:lang w:val="sr-Cyrl-RS"/>
        </w:rPr>
      </w:pPr>
      <w:r w:rsidRPr="00D632CD">
        <w:rPr>
          <w:lang w:val="sr-Cyrl-RS"/>
        </w:rPr>
        <w:t xml:space="preserve">5) </w:t>
      </w:r>
      <w:r w:rsidRPr="00D632CD">
        <w:rPr>
          <w:i/>
          <w:iCs/>
          <w:lang w:val="sr-Cyrl-RS"/>
        </w:rPr>
        <w:t>јавна инфраструктура</w:t>
      </w:r>
      <w:r w:rsidRPr="00D632CD">
        <w:rPr>
          <w:lang w:val="sr-Cyrl-RS"/>
        </w:rPr>
        <w:t xml:space="preserve"> је објекат који се јавно користи, односно који се ставља на располагање ради коришћења или добробити јавности у било којем сектору јавних услуга или привреде;</w:t>
      </w:r>
    </w:p>
    <w:p w14:paraId="36AACF8D" w14:textId="77777777" w:rsidR="00B67CA3" w:rsidRPr="00D632CD" w:rsidRDefault="00847618">
      <w:pPr>
        <w:jc w:val="both"/>
        <w:rPr>
          <w:lang w:val="sr-Cyrl-RS"/>
        </w:rPr>
      </w:pPr>
      <w:r w:rsidRPr="00D632CD">
        <w:rPr>
          <w:lang w:val="sr-Cyrl-RS"/>
        </w:rPr>
        <w:t xml:space="preserve">6) </w:t>
      </w:r>
      <w:r w:rsidRPr="00D632CD">
        <w:rPr>
          <w:i/>
          <w:iCs/>
          <w:lang w:val="sr-Cyrl-RS"/>
        </w:rPr>
        <w:t>друштво за посебне намене</w:t>
      </w:r>
      <w:r w:rsidRPr="00D632CD">
        <w:rPr>
          <w:lang w:val="sr-Cyrl-RS"/>
        </w:rPr>
        <w:t xml:space="preserve"> (у даљем тексту: ДПН) је привредно друштво које оснива приватни, односно јавни партнер за потребе закључења јавног уговора, односно за потребе реализације јавно-приватног партнерства;</w:t>
      </w:r>
    </w:p>
    <w:p w14:paraId="51E926CB" w14:textId="77777777" w:rsidR="00B67CA3" w:rsidRPr="00D632CD" w:rsidRDefault="00847618">
      <w:pPr>
        <w:jc w:val="both"/>
        <w:rPr>
          <w:lang w:val="sr-Cyrl-RS"/>
        </w:rPr>
      </w:pPr>
      <w:r w:rsidRPr="00D632CD">
        <w:rPr>
          <w:lang w:val="sr-Cyrl-RS"/>
        </w:rPr>
        <w:t xml:space="preserve">7) </w:t>
      </w:r>
      <w:r w:rsidRPr="00D632CD">
        <w:rPr>
          <w:i/>
          <w:iCs/>
          <w:lang w:val="sr-Cyrl-RS"/>
        </w:rPr>
        <w:t>јавно тело</w:t>
      </w:r>
      <w:r w:rsidRPr="00D632CD">
        <w:rPr>
          <w:lang w:val="sr-Cyrl-RS"/>
        </w:rPr>
        <w:t xml:space="preserve"> је:</w:t>
      </w:r>
    </w:p>
    <w:p w14:paraId="78821A07" w14:textId="77777777" w:rsidR="00B67CA3" w:rsidRPr="00D632CD" w:rsidRDefault="00847618">
      <w:pPr>
        <w:jc w:val="both"/>
        <w:rPr>
          <w:lang w:val="sr-Cyrl-RS"/>
        </w:rPr>
      </w:pPr>
      <w:r w:rsidRPr="00D632CD">
        <w:rPr>
          <w:lang w:val="sr-Cyrl-RS"/>
        </w:rPr>
        <w:t>(1) државни орган, организација, установа и други директни или индиректни корисник буџетских средстава у смислу закона којим се уређује буџетски систем и буџет, као и организација за обавезно социјално осигурање;</w:t>
      </w:r>
    </w:p>
    <w:p w14:paraId="322D680B" w14:textId="77777777" w:rsidR="00B67CA3" w:rsidRPr="00D632CD" w:rsidRDefault="00847618">
      <w:pPr>
        <w:jc w:val="both"/>
        <w:rPr>
          <w:lang w:val="sr-Cyrl-RS"/>
        </w:rPr>
      </w:pPr>
      <w:r w:rsidRPr="00D632CD">
        <w:rPr>
          <w:lang w:val="sr-Cyrl-RS"/>
        </w:rPr>
        <w:t>(2) јавно предузеће;</w:t>
      </w:r>
    </w:p>
    <w:p w14:paraId="12FD3E3F" w14:textId="77777777" w:rsidR="00B67CA3" w:rsidRPr="00D632CD" w:rsidRDefault="00847618">
      <w:pPr>
        <w:jc w:val="both"/>
        <w:rPr>
          <w:lang w:val="sr-Cyrl-RS"/>
        </w:rPr>
      </w:pPr>
      <w:r w:rsidRPr="00D632CD">
        <w:rPr>
          <w:lang w:val="sr-Cyrl-RS"/>
        </w:rPr>
        <w:t>(3) правно лице које обавља и делатност од општег интереса, уколико је испуњен неки од следећих услова:</w:t>
      </w:r>
    </w:p>
    <w:p w14:paraId="1849BEF8" w14:textId="77777777" w:rsidR="00B67CA3" w:rsidRPr="00D632CD" w:rsidRDefault="00847618">
      <w:pPr>
        <w:jc w:val="both"/>
        <w:rPr>
          <w:lang w:val="sr-Cyrl-RS"/>
        </w:rPr>
      </w:pPr>
      <w:r w:rsidRPr="00D632CD">
        <w:rPr>
          <w:lang w:val="sr-Cyrl-RS"/>
        </w:rPr>
        <w:t>- да више од половине чланова органа управљања тог правног лица чине представници јавног тела;</w:t>
      </w:r>
    </w:p>
    <w:p w14:paraId="602FFFE4" w14:textId="77777777" w:rsidR="00B67CA3" w:rsidRPr="00D632CD" w:rsidRDefault="00847618">
      <w:pPr>
        <w:jc w:val="both"/>
        <w:rPr>
          <w:lang w:val="sr-Cyrl-RS"/>
        </w:rPr>
      </w:pPr>
      <w:r w:rsidRPr="00D632CD">
        <w:rPr>
          <w:lang w:val="sr-Cyrl-RS"/>
        </w:rPr>
        <w:t>- да више од половине гласова у органу тог правног лица имају представници јавног тела;</w:t>
      </w:r>
    </w:p>
    <w:p w14:paraId="2C78B8D4" w14:textId="77777777" w:rsidR="00B67CA3" w:rsidRPr="00D632CD" w:rsidRDefault="00847618">
      <w:pPr>
        <w:jc w:val="both"/>
        <w:rPr>
          <w:lang w:val="sr-Cyrl-RS"/>
        </w:rPr>
      </w:pPr>
      <w:r w:rsidRPr="00D632CD">
        <w:rPr>
          <w:lang w:val="sr-Cyrl-RS"/>
        </w:rPr>
        <w:t>- да јавно тело врши надзор над радом тог правног лица;</w:t>
      </w:r>
    </w:p>
    <w:p w14:paraId="2E575F2E" w14:textId="77777777" w:rsidR="00B67CA3" w:rsidRPr="00D632CD" w:rsidRDefault="00847618">
      <w:pPr>
        <w:jc w:val="both"/>
        <w:rPr>
          <w:lang w:val="sr-Cyrl-RS"/>
        </w:rPr>
      </w:pPr>
      <w:r w:rsidRPr="00D632CD">
        <w:rPr>
          <w:lang w:val="sr-Cyrl-RS"/>
        </w:rPr>
        <w:lastRenderedPageBreak/>
        <w:t>- да јавно тело поседује више од 50% акција, односно удела у том правном лицу;</w:t>
      </w:r>
    </w:p>
    <w:p w14:paraId="68EB2A18" w14:textId="77777777" w:rsidR="00B67CA3" w:rsidRPr="00D632CD" w:rsidRDefault="00847618">
      <w:pPr>
        <w:jc w:val="both"/>
        <w:rPr>
          <w:lang w:val="sr-Cyrl-RS"/>
        </w:rPr>
      </w:pPr>
      <w:r w:rsidRPr="00D632CD">
        <w:rPr>
          <w:lang w:val="sr-Cyrl-RS"/>
        </w:rPr>
        <w:t>- да се више од 50% финансира из средстава јавног тела;</w:t>
      </w:r>
    </w:p>
    <w:p w14:paraId="20BAD860" w14:textId="77777777" w:rsidR="00B67CA3" w:rsidRPr="00D632CD" w:rsidRDefault="00847618">
      <w:pPr>
        <w:jc w:val="both"/>
        <w:rPr>
          <w:lang w:val="sr-Cyrl-RS"/>
        </w:rPr>
      </w:pPr>
      <w:r w:rsidRPr="00D632CD">
        <w:rPr>
          <w:lang w:val="sr-Cyrl-RS"/>
        </w:rPr>
        <w:t>(4) правно лице основано од јавног тела, а које обавља и делатност од општег интереса и које испуњава најмање један од услова из тачке 7) подтачка (3) овог члана;</w:t>
      </w:r>
    </w:p>
    <w:p w14:paraId="1E783624" w14:textId="77777777" w:rsidR="00D632CD" w:rsidRPr="00D632CD" w:rsidRDefault="00847618" w:rsidP="00D632CD">
      <w:pPr>
        <w:shd w:val="clear" w:color="auto" w:fill="FFFFFF"/>
        <w:spacing w:before="100" w:beforeAutospacing="1" w:after="100" w:afterAutospacing="1" w:line="408" w:lineRule="atLeast"/>
        <w:jc w:val="both"/>
        <w:rPr>
          <w:rFonts w:eastAsia="Calibri" w:cs="Times New Roman"/>
          <w:szCs w:val="24"/>
          <w:lang w:val="sr-Cyrl-RS"/>
        </w:rPr>
      </w:pPr>
      <w:r w:rsidRPr="00D632CD">
        <w:rPr>
          <w:lang w:val="sr-Cyrl-RS"/>
        </w:rPr>
        <w:t xml:space="preserve">8) </w:t>
      </w:r>
      <w:r w:rsidRPr="00D632CD">
        <w:rPr>
          <w:i/>
          <w:iCs/>
          <w:lang w:val="sr-Cyrl-RS"/>
        </w:rPr>
        <w:t>јавно предузеће,</w:t>
      </w:r>
      <w:r w:rsidRPr="00D632CD">
        <w:rPr>
          <w:lang w:val="sr-Cyrl-RS"/>
        </w:rPr>
        <w:t xml:space="preserve"> </w:t>
      </w:r>
      <w:r w:rsidR="00D632CD" w:rsidRPr="00D632CD">
        <w:rPr>
          <w:rFonts w:eastAsia="Calibri" w:cs="Times New Roman"/>
          <w:szCs w:val="24"/>
          <w:lang w:val="sr-Cyrl-RS"/>
        </w:rPr>
        <w:t>у смислу овог закона, је свако предузеће, односно привредно друштво на које јавно тело може непосредно или посредно вршити доминантан утицај на основу власништва над њим, на основу финансијског удела у њему или на основу правила којима је уређено. Сматра се да доминантан утицај јавног тела постоји када ти субјекти, непосредно или посредно, у односу на неко предузеће, односно привредно друштво:</w:t>
      </w:r>
    </w:p>
    <w:p w14:paraId="04C1D2F5" w14:textId="77777777" w:rsidR="00D632CD" w:rsidRPr="00D632CD" w:rsidRDefault="00D632CD" w:rsidP="00D632CD">
      <w:pPr>
        <w:shd w:val="clear" w:color="auto" w:fill="FFFFFF"/>
        <w:spacing w:before="100" w:beforeAutospacing="1" w:after="100" w:afterAutospacing="1" w:line="408" w:lineRule="atLeast"/>
        <w:ind w:left="992"/>
        <w:jc w:val="both"/>
        <w:rPr>
          <w:rFonts w:eastAsia="Calibri" w:cs="Times New Roman"/>
          <w:szCs w:val="24"/>
          <w:lang w:val="sr-Cyrl-RS"/>
        </w:rPr>
      </w:pPr>
      <w:r w:rsidRPr="00D632CD">
        <w:rPr>
          <w:rFonts w:eastAsia="Calibri" w:cs="Times New Roman"/>
          <w:szCs w:val="24"/>
          <w:lang w:val="sr-Cyrl-RS"/>
        </w:rPr>
        <w:t>(1) поседују већину уписаног капитала или</w:t>
      </w:r>
    </w:p>
    <w:p w14:paraId="1AC6A63F" w14:textId="77777777" w:rsidR="00D632CD" w:rsidRPr="00D632CD" w:rsidRDefault="00D632CD" w:rsidP="00D632CD">
      <w:pPr>
        <w:shd w:val="clear" w:color="auto" w:fill="FFFFFF"/>
        <w:spacing w:before="100" w:beforeAutospacing="1" w:after="100" w:afterAutospacing="1" w:line="408" w:lineRule="atLeast"/>
        <w:ind w:left="992"/>
        <w:jc w:val="both"/>
        <w:rPr>
          <w:rFonts w:eastAsia="Calibri" w:cs="Times New Roman"/>
          <w:szCs w:val="24"/>
          <w:lang w:val="sr-Cyrl-RS"/>
        </w:rPr>
      </w:pPr>
      <w:r w:rsidRPr="00D632CD">
        <w:rPr>
          <w:rFonts w:eastAsia="Calibri" w:cs="Times New Roman"/>
          <w:szCs w:val="24"/>
          <w:lang w:val="sr-Cyrl-RS"/>
        </w:rPr>
        <w:t>(2) контролишу већину гласова по основу акција које је издало то предузеће, односно привредно друштво или</w:t>
      </w:r>
    </w:p>
    <w:p w14:paraId="3F2C384A" w14:textId="609A4F8B" w:rsidR="00D632CD" w:rsidRPr="00D632CD" w:rsidRDefault="00D632CD" w:rsidP="00D632CD">
      <w:pPr>
        <w:shd w:val="clear" w:color="auto" w:fill="FFFFFF"/>
        <w:spacing w:before="100" w:beforeAutospacing="1" w:after="100" w:afterAutospacing="1" w:line="408" w:lineRule="atLeast"/>
        <w:ind w:left="992"/>
        <w:jc w:val="both"/>
        <w:rPr>
          <w:rFonts w:eastAsia="Calibri" w:cs="Times New Roman"/>
          <w:szCs w:val="24"/>
          <w:lang w:val="sr-Cyrl-RS"/>
        </w:rPr>
      </w:pPr>
      <w:r w:rsidRPr="00D632CD">
        <w:rPr>
          <w:rFonts w:eastAsia="Calibri" w:cs="Times New Roman"/>
          <w:szCs w:val="24"/>
          <w:lang w:val="sr-Cyrl-RS"/>
        </w:rPr>
        <w:t>(3) могу именовати више од половине управног, пословодног или надзорног органа тог предузећа, односно привредног друштва.</w:t>
      </w:r>
    </w:p>
    <w:p w14:paraId="48E49BE3" w14:textId="77777777" w:rsidR="00B67CA3" w:rsidRPr="00D632CD" w:rsidRDefault="00847618">
      <w:pPr>
        <w:jc w:val="both"/>
        <w:rPr>
          <w:lang w:val="sr-Cyrl-RS"/>
        </w:rPr>
      </w:pPr>
      <w:r w:rsidRPr="00D632CD">
        <w:rPr>
          <w:lang w:val="sr-Cyrl-RS"/>
        </w:rPr>
        <w:t xml:space="preserve">9) </w:t>
      </w:r>
      <w:r w:rsidRPr="00D632CD">
        <w:rPr>
          <w:i/>
          <w:iCs/>
          <w:lang w:val="sr-Cyrl-RS"/>
        </w:rPr>
        <w:t>јавни партнер</w:t>
      </w:r>
      <w:r w:rsidRPr="00D632CD">
        <w:rPr>
          <w:lang w:val="sr-Cyrl-RS"/>
        </w:rPr>
        <w:t xml:space="preserve"> је једно или више јавних тела, односно правно лице које је, у складу са овим законом, надлежно за давање концесије, односно реализацију пројекта јавно-приватног партнерства, које са приватним партнером закључује јавни уговор, или једно или више јавних тела које је са приватним партнером повезано чланством у заједничком привредном друштву;</w:t>
      </w:r>
    </w:p>
    <w:p w14:paraId="053D3B52" w14:textId="77777777" w:rsidR="00B67CA3" w:rsidRPr="00D632CD" w:rsidRDefault="00847618">
      <w:pPr>
        <w:jc w:val="both"/>
        <w:rPr>
          <w:lang w:val="sr-Cyrl-RS"/>
        </w:rPr>
      </w:pPr>
      <w:r w:rsidRPr="00D632CD">
        <w:rPr>
          <w:lang w:val="sr-Cyrl-RS"/>
        </w:rPr>
        <w:t xml:space="preserve">10) </w:t>
      </w:r>
      <w:r w:rsidRPr="00D632CD">
        <w:rPr>
          <w:i/>
          <w:iCs/>
          <w:lang w:val="sr-Cyrl-RS"/>
        </w:rPr>
        <w:t>приватни партнер</w:t>
      </w:r>
      <w:r w:rsidRPr="00D632CD">
        <w:rPr>
          <w:lang w:val="sr-Cyrl-RS"/>
        </w:rPr>
        <w:t xml:space="preserve"> је физичко или правно лице, домаће или страно, са домаћим или страним учешћем или без њега, или конзорцијум једног или више таквих физичких или правних лица која су одабрана у поступку избора приватног партнера и који са јавним партнером закључује јавни уговор, односно ДПН које оснива приватни партнер када са јавним партнером закључује јавни уговор или са јавним партнером оснива заједничко привредно друштво;</w:t>
      </w:r>
    </w:p>
    <w:p w14:paraId="191962D4" w14:textId="77777777" w:rsidR="00B67CA3" w:rsidRPr="00D632CD" w:rsidRDefault="00847618">
      <w:pPr>
        <w:jc w:val="both"/>
        <w:rPr>
          <w:lang w:val="sr-Cyrl-RS"/>
        </w:rPr>
      </w:pPr>
      <w:r w:rsidRPr="00D632CD">
        <w:rPr>
          <w:lang w:val="sr-Cyrl-RS"/>
        </w:rPr>
        <w:t xml:space="preserve">11) </w:t>
      </w:r>
      <w:r w:rsidRPr="00D632CD">
        <w:rPr>
          <w:i/>
          <w:iCs/>
          <w:lang w:val="sr-Cyrl-RS"/>
        </w:rPr>
        <w:t>поступак избора приватног партнера</w:t>
      </w:r>
      <w:r w:rsidRPr="00D632CD">
        <w:rPr>
          <w:lang w:val="sr-Cyrl-RS"/>
        </w:rPr>
        <w:t xml:space="preserve"> је поступак избора приватног партнера у пројектима ЈПП са или без елемената концесије;</w:t>
      </w:r>
    </w:p>
    <w:p w14:paraId="7DF10EAB" w14:textId="77777777" w:rsidR="00B67CA3" w:rsidRPr="00D632CD" w:rsidRDefault="00847618">
      <w:pPr>
        <w:jc w:val="both"/>
        <w:rPr>
          <w:lang w:val="sr-Cyrl-RS"/>
        </w:rPr>
      </w:pPr>
      <w:r w:rsidRPr="00D632CD">
        <w:rPr>
          <w:lang w:val="sr-Cyrl-RS"/>
        </w:rPr>
        <w:t xml:space="preserve">12) </w:t>
      </w:r>
      <w:r w:rsidRPr="00D632CD">
        <w:rPr>
          <w:i/>
          <w:iCs/>
          <w:lang w:val="sr-Cyrl-RS"/>
        </w:rPr>
        <w:t>поступак избора приватног партнера у пројектима ЈПП без елемената концесије</w:t>
      </w:r>
      <w:r w:rsidRPr="00D632CD">
        <w:rPr>
          <w:lang w:val="sr-Cyrl-RS"/>
        </w:rPr>
        <w:t xml:space="preserve"> је поступак јавне набавке у складу са законом којим се уређују јавне набавке;</w:t>
      </w:r>
    </w:p>
    <w:p w14:paraId="23CCA40B" w14:textId="77777777" w:rsidR="00B67CA3" w:rsidRPr="00D632CD" w:rsidRDefault="00847618">
      <w:pPr>
        <w:jc w:val="both"/>
        <w:rPr>
          <w:lang w:val="sr-Cyrl-RS"/>
        </w:rPr>
      </w:pPr>
      <w:r w:rsidRPr="00D632CD">
        <w:rPr>
          <w:lang w:val="sr-Cyrl-RS"/>
        </w:rPr>
        <w:t xml:space="preserve">13) </w:t>
      </w:r>
      <w:r w:rsidRPr="00D632CD">
        <w:rPr>
          <w:i/>
          <w:iCs/>
          <w:lang w:val="sr-Cyrl-RS"/>
        </w:rPr>
        <w:t>поступак избора приватног партнера у пројектима ЈПП са елементима концесије</w:t>
      </w:r>
      <w:r w:rsidRPr="00D632CD">
        <w:rPr>
          <w:lang w:val="sr-Cyrl-RS"/>
        </w:rPr>
        <w:t xml:space="preserve"> је поступак доделе концесије у складу са овим законом;</w:t>
      </w:r>
    </w:p>
    <w:p w14:paraId="7CBDFF74" w14:textId="39112AB0" w:rsidR="00B67CA3" w:rsidRPr="00D632CD" w:rsidRDefault="00847618">
      <w:pPr>
        <w:jc w:val="both"/>
        <w:rPr>
          <w:lang w:val="sr-Cyrl-RS"/>
        </w:rPr>
      </w:pPr>
      <w:r w:rsidRPr="00D632CD">
        <w:rPr>
          <w:lang w:val="sr-Cyrl-RS"/>
        </w:rPr>
        <w:t xml:space="preserve">14) </w:t>
      </w:r>
      <w:r w:rsidRPr="00D632CD">
        <w:rPr>
          <w:i/>
          <w:iCs/>
          <w:lang w:val="sr-Cyrl-RS"/>
        </w:rPr>
        <w:t>концесиона накнада</w:t>
      </w:r>
      <w:r w:rsidRPr="00D632CD">
        <w:rPr>
          <w:lang w:val="sr-Cyrl-RS"/>
        </w:rPr>
        <w:t xml:space="preserve"> је накнада коју плаћа концесионар, односно давалац концесије,</w:t>
      </w:r>
      <w:r w:rsidR="00D632CD">
        <w:rPr>
          <w:lang w:val="sr-Cyrl-RS"/>
        </w:rPr>
        <w:t xml:space="preserve"> а састоји се од права на коришћење радова или услуга које су предмет уговора или од тог права заједно са плаћањем,</w:t>
      </w:r>
      <w:r w:rsidRPr="00D632CD">
        <w:rPr>
          <w:lang w:val="sr-Cyrl-RS"/>
        </w:rPr>
        <w:t xml:space="preserve"> у складу са јавним уговором о концесији;</w:t>
      </w:r>
    </w:p>
    <w:p w14:paraId="1FFDED98" w14:textId="77777777" w:rsidR="00B67CA3" w:rsidRPr="00D632CD" w:rsidRDefault="00847618">
      <w:pPr>
        <w:jc w:val="both"/>
        <w:rPr>
          <w:lang w:val="sr-Cyrl-RS"/>
        </w:rPr>
      </w:pPr>
      <w:r w:rsidRPr="00D632CD">
        <w:rPr>
          <w:lang w:val="sr-Cyrl-RS"/>
        </w:rPr>
        <w:lastRenderedPageBreak/>
        <w:t xml:space="preserve">15) </w:t>
      </w:r>
      <w:r w:rsidRPr="00D632CD">
        <w:rPr>
          <w:i/>
          <w:iCs/>
          <w:lang w:val="sr-Cyrl-RS"/>
        </w:rPr>
        <w:t>Регистар јавних уговора</w:t>
      </w:r>
      <w:r w:rsidRPr="00D632CD">
        <w:rPr>
          <w:lang w:val="sr-Cyrl-RS"/>
        </w:rPr>
        <w:t xml:space="preserve"> је јединствена електронска база података која служи за евидентирање и праћење реализације јавних уговора који се, у складу са овим законом, спроводе на територији Републике Србије;</w:t>
      </w:r>
    </w:p>
    <w:p w14:paraId="6B909BC9" w14:textId="77777777" w:rsidR="00B67CA3" w:rsidRPr="00D632CD" w:rsidRDefault="00847618">
      <w:pPr>
        <w:jc w:val="both"/>
        <w:rPr>
          <w:lang w:val="sr-Cyrl-RS"/>
        </w:rPr>
      </w:pPr>
      <w:r w:rsidRPr="00D632CD">
        <w:rPr>
          <w:lang w:val="sr-Cyrl-RS"/>
        </w:rPr>
        <w:t xml:space="preserve">16) </w:t>
      </w:r>
      <w:r w:rsidRPr="00D632CD">
        <w:rPr>
          <w:i/>
          <w:iCs/>
          <w:lang w:val="sr-Cyrl-RS"/>
        </w:rPr>
        <w:t>одлука о додели уговора о јавно-приватном партнерству</w:t>
      </w:r>
      <w:r w:rsidRPr="00D632CD">
        <w:rPr>
          <w:lang w:val="sr-Cyrl-RS"/>
        </w:rPr>
        <w:t xml:space="preserve"> је акт који доноси јавно тело, након оцене поднетих понуда за доделу јавног уговора, а у складу са конкурсном документацијом;</w:t>
      </w:r>
    </w:p>
    <w:p w14:paraId="25B5575F" w14:textId="77777777" w:rsidR="00B67CA3" w:rsidRPr="00D632CD" w:rsidRDefault="00847618">
      <w:pPr>
        <w:jc w:val="both"/>
        <w:rPr>
          <w:lang w:val="sr-Cyrl-RS"/>
        </w:rPr>
      </w:pPr>
      <w:r w:rsidRPr="00D632CD">
        <w:rPr>
          <w:lang w:val="sr-Cyrl-RS"/>
        </w:rPr>
        <w:t xml:space="preserve">17) </w:t>
      </w:r>
      <w:r w:rsidRPr="00D632CD">
        <w:rPr>
          <w:i/>
          <w:iCs/>
          <w:lang w:val="sr-Cyrl-RS"/>
        </w:rPr>
        <w:t>понуђач</w:t>
      </w:r>
      <w:r w:rsidRPr="00D632CD">
        <w:rPr>
          <w:lang w:val="sr-Cyrl-RS"/>
        </w:rPr>
        <w:t xml:space="preserve"> је правно или физичко лице, или конзорцијум једног или више таквих физичких или правних лица, које је поднело понуду у поступку избора приватног партнера;</w:t>
      </w:r>
    </w:p>
    <w:p w14:paraId="38E599F9" w14:textId="77777777" w:rsidR="00B67CA3" w:rsidRPr="00D632CD" w:rsidRDefault="00847618">
      <w:pPr>
        <w:jc w:val="both"/>
        <w:rPr>
          <w:lang w:val="sr-Cyrl-RS"/>
        </w:rPr>
      </w:pPr>
      <w:r w:rsidRPr="00D632CD">
        <w:rPr>
          <w:lang w:val="sr-Cyrl-RS"/>
        </w:rPr>
        <w:t xml:space="preserve">18) </w:t>
      </w:r>
      <w:r w:rsidRPr="00D632CD">
        <w:rPr>
          <w:i/>
          <w:iCs/>
          <w:lang w:val="sr-Cyrl-RS"/>
        </w:rPr>
        <w:t>самоиницијативни предлог</w:t>
      </w:r>
      <w:r w:rsidRPr="00D632CD">
        <w:rPr>
          <w:lang w:val="sr-Cyrl-RS"/>
        </w:rPr>
        <w:t xml:space="preserve"> означава предлог заинтересованог лица надлежном јавном телу за спровођење, односно реализацију пројекта јавно-приватног партнерства са или без елемената концесије, који се не подноси као одговор на јавни позив наручиоца у оквиру поступка доделе јавног уговора;</w:t>
      </w:r>
    </w:p>
    <w:p w14:paraId="5B50C3B7" w14:textId="77777777" w:rsidR="00B67CA3" w:rsidRPr="00D632CD" w:rsidRDefault="00847618">
      <w:pPr>
        <w:jc w:val="both"/>
        <w:rPr>
          <w:lang w:val="sr-Cyrl-RS"/>
        </w:rPr>
      </w:pPr>
      <w:r w:rsidRPr="00D632CD">
        <w:rPr>
          <w:lang w:val="sr-Cyrl-RS"/>
        </w:rPr>
        <w:t xml:space="preserve">19) </w:t>
      </w:r>
      <w:r w:rsidRPr="00D632CD">
        <w:rPr>
          <w:i/>
          <w:iCs/>
          <w:lang w:val="sr-Cyrl-RS"/>
        </w:rPr>
        <w:t>саветник</w:t>
      </w:r>
      <w:r w:rsidRPr="00D632CD">
        <w:rPr>
          <w:lang w:val="sr-Cyrl-RS"/>
        </w:rPr>
        <w:t xml:space="preserve"> је једно или више правних, односно физичких лица која поседују специјалистичка знања неопходна за припрему, уговарање и реализацију пројеката јавно-приватног партнерства;</w:t>
      </w:r>
    </w:p>
    <w:p w14:paraId="447130A7" w14:textId="77777777" w:rsidR="00B67CA3" w:rsidRPr="00D632CD" w:rsidRDefault="00847618">
      <w:pPr>
        <w:jc w:val="both"/>
        <w:rPr>
          <w:lang w:val="sr-Cyrl-RS"/>
        </w:rPr>
      </w:pPr>
      <w:r w:rsidRPr="00D632CD">
        <w:rPr>
          <w:lang w:val="sr-Cyrl-RS"/>
        </w:rPr>
        <w:t xml:space="preserve">20) </w:t>
      </w:r>
      <w:r w:rsidRPr="00D632CD">
        <w:rPr>
          <w:i/>
          <w:iCs/>
          <w:lang w:val="sr-Cyrl-RS"/>
        </w:rPr>
        <w:t>писани или у писаном облику</w:t>
      </w:r>
      <w:r w:rsidRPr="00D632CD">
        <w:rPr>
          <w:lang w:val="sr-Cyrl-RS"/>
        </w:rPr>
        <w:t xml:space="preserve"> значи свако писмено које се састоји од речи или бројчаних износа који се могу читати, умножавати и накнадно слати, укључујући податке који се преносе и чувају у електронској форми;</w:t>
      </w:r>
    </w:p>
    <w:p w14:paraId="45644318" w14:textId="77777777" w:rsidR="00B67CA3" w:rsidRDefault="00847618">
      <w:pPr>
        <w:jc w:val="both"/>
        <w:rPr>
          <w:lang w:val="sr-Cyrl-RS"/>
        </w:rPr>
      </w:pPr>
      <w:r w:rsidRPr="00D632CD">
        <w:rPr>
          <w:lang w:val="sr-Cyrl-RS"/>
        </w:rPr>
        <w:t xml:space="preserve">21) </w:t>
      </w:r>
      <w:r w:rsidRPr="00D632CD">
        <w:rPr>
          <w:i/>
          <w:iCs/>
          <w:lang w:val="sr-Cyrl-RS"/>
        </w:rPr>
        <w:t>подносилац захтева</w:t>
      </w:r>
      <w:r w:rsidRPr="00D632CD">
        <w:rPr>
          <w:lang w:val="sr-Cyrl-RS"/>
        </w:rPr>
        <w:t xml:space="preserve"> је учесник у поступку који подноси захтев за заштиту права.</w:t>
      </w:r>
    </w:p>
    <w:p w14:paraId="1AC6D9B1" w14:textId="77777777" w:rsidR="00D632CD" w:rsidRPr="00D632CD" w:rsidRDefault="00D632CD">
      <w:pPr>
        <w:jc w:val="both"/>
        <w:rPr>
          <w:lang w:val="sr-Cyrl-RS"/>
        </w:rPr>
      </w:pPr>
    </w:p>
    <w:p w14:paraId="326ED40D" w14:textId="77777777" w:rsidR="00B67CA3" w:rsidRPr="00EE6B77" w:rsidRDefault="00847618">
      <w:pPr>
        <w:jc w:val="center"/>
        <w:rPr>
          <w:b/>
          <w:bCs/>
          <w:lang w:val="sr-Cyrl-RS"/>
        </w:rPr>
      </w:pPr>
      <w:r w:rsidRPr="00D632CD">
        <w:rPr>
          <w:lang w:val="sr-Cyrl-RS"/>
        </w:rPr>
        <w:t xml:space="preserve">2. </w:t>
      </w:r>
      <w:r w:rsidRPr="00EE6B77">
        <w:rPr>
          <w:b/>
          <w:bCs/>
          <w:lang w:val="sr-Cyrl-RS"/>
        </w:rPr>
        <w:t>Начела јавно-приватног партнерства и концесија</w:t>
      </w:r>
    </w:p>
    <w:p w14:paraId="34D249D8" w14:textId="77777777" w:rsidR="00B67CA3" w:rsidRPr="00EE6B77" w:rsidRDefault="00847618">
      <w:pPr>
        <w:jc w:val="center"/>
        <w:rPr>
          <w:b/>
          <w:bCs/>
          <w:lang w:val="sr-Cyrl-RS"/>
        </w:rPr>
      </w:pPr>
      <w:r w:rsidRPr="00EE6B77">
        <w:rPr>
          <w:b/>
          <w:bCs/>
          <w:lang w:val="sr-Cyrl-RS"/>
        </w:rPr>
        <w:t>Члан 5</w:t>
      </w:r>
    </w:p>
    <w:p w14:paraId="0267BFC9" w14:textId="77777777" w:rsidR="00B67CA3" w:rsidRPr="00D632CD" w:rsidRDefault="00847618">
      <w:pPr>
        <w:jc w:val="both"/>
        <w:rPr>
          <w:lang w:val="sr-Cyrl-RS"/>
        </w:rPr>
      </w:pPr>
      <w:r w:rsidRPr="00D632CD">
        <w:rPr>
          <w:lang w:val="sr-Cyrl-RS"/>
        </w:rPr>
        <w:t>Уређивање услова, начина и поступка закључивања јавних уговора, заснива се на следећим начелима: заштите јавног интереса, ефикасности, транспарентности, спречавања корупције, спречавања сукоба интереса, једнаког и правичног третмана, слободне тржишне утакмице, пропорционалности, заштите животне средине, аутономије воље и равноправности уговорних страна.</w:t>
      </w:r>
    </w:p>
    <w:p w14:paraId="61352D1A" w14:textId="77777777" w:rsidR="00B67CA3" w:rsidRPr="00D632CD" w:rsidRDefault="00847618">
      <w:pPr>
        <w:jc w:val="both"/>
        <w:rPr>
          <w:lang w:val="sr-Cyrl-RS"/>
        </w:rPr>
      </w:pPr>
      <w:r w:rsidRPr="00D632CD">
        <w:rPr>
          <w:lang w:val="sr-Cyrl-RS"/>
        </w:rPr>
        <w:t>Приликом спровођења поступка доделе концесије, давалац концесије дужан је да, у односу на све учеснике у поступку, поред начела из става 1. овог члана, примењује и начело слободе кретања робе, начело слободе пружања услуга, начело забране дискриминације и начело узајамног признавања.</w:t>
      </w:r>
    </w:p>
    <w:p w14:paraId="5010294B" w14:textId="77777777" w:rsidR="00B67CA3" w:rsidRPr="00D632CD" w:rsidRDefault="00847618">
      <w:pPr>
        <w:jc w:val="both"/>
        <w:rPr>
          <w:lang w:val="sr-Cyrl-RS"/>
        </w:rPr>
      </w:pPr>
      <w:r w:rsidRPr="00D632CD">
        <w:rPr>
          <w:lang w:val="sr-Cyrl-RS"/>
        </w:rPr>
        <w:t>Начела из овог члана користе се за тумачење одредаба овог закона.</w:t>
      </w:r>
    </w:p>
    <w:p w14:paraId="170D13D7" w14:textId="77777777" w:rsidR="00B67CA3" w:rsidRPr="00EE6B77" w:rsidRDefault="00847618" w:rsidP="00D632CD">
      <w:pPr>
        <w:jc w:val="center"/>
        <w:rPr>
          <w:b/>
          <w:bCs/>
          <w:lang w:val="sr-Cyrl-RS"/>
        </w:rPr>
      </w:pPr>
      <w:r w:rsidRPr="00EE6B77">
        <w:rPr>
          <w:b/>
          <w:bCs/>
          <w:lang w:val="sr-Cyrl-RS"/>
        </w:rPr>
        <w:t>Садржина начела</w:t>
      </w:r>
    </w:p>
    <w:p w14:paraId="6BBEE0AA" w14:textId="77777777" w:rsidR="00B67CA3" w:rsidRPr="00EE6B77" w:rsidRDefault="00847618">
      <w:pPr>
        <w:jc w:val="center"/>
        <w:rPr>
          <w:b/>
          <w:bCs/>
          <w:lang w:val="sr-Cyrl-RS"/>
        </w:rPr>
      </w:pPr>
      <w:r w:rsidRPr="00EE6B77">
        <w:rPr>
          <w:b/>
          <w:bCs/>
          <w:lang w:val="sr-Cyrl-RS"/>
        </w:rPr>
        <w:t>Члан 6</w:t>
      </w:r>
    </w:p>
    <w:p w14:paraId="14BDD77E" w14:textId="77777777" w:rsidR="00B67CA3" w:rsidRPr="00D632CD" w:rsidRDefault="00847618">
      <w:pPr>
        <w:jc w:val="both"/>
        <w:rPr>
          <w:lang w:val="sr-Cyrl-RS"/>
        </w:rPr>
      </w:pPr>
      <w:r w:rsidRPr="00D632CD">
        <w:rPr>
          <w:i/>
          <w:iCs/>
          <w:lang w:val="sr-Cyrl-RS"/>
        </w:rPr>
        <w:t>Начело заштите јавног интереса</w:t>
      </w:r>
      <w:r w:rsidRPr="00D632CD">
        <w:rPr>
          <w:lang w:val="sr-Cyrl-RS"/>
        </w:rPr>
        <w:t xml:space="preserve"> обухвата обавезу јавног тела да при остварењу права приватних лица води рачуна да остварење тих права није у супротности са законом дефинисаним јавним интересом.</w:t>
      </w:r>
    </w:p>
    <w:p w14:paraId="5200A875" w14:textId="77777777" w:rsidR="00B67CA3" w:rsidRPr="00D632CD" w:rsidRDefault="00847618">
      <w:pPr>
        <w:jc w:val="both"/>
        <w:rPr>
          <w:lang w:val="sr-Cyrl-RS"/>
        </w:rPr>
      </w:pPr>
      <w:r w:rsidRPr="00D632CD">
        <w:rPr>
          <w:i/>
          <w:iCs/>
          <w:lang w:val="sr-Cyrl-RS"/>
        </w:rPr>
        <w:lastRenderedPageBreak/>
        <w:t>Начело ефикасности</w:t>
      </w:r>
      <w:r w:rsidRPr="00D632CD">
        <w:rPr>
          <w:lang w:val="sr-Cyrl-RS"/>
        </w:rPr>
        <w:t xml:space="preserve"> обухвата обавезу да се поступак закључења јавног уговора и избора приватног партнера спроводи у роковима и на начин прописан овим законом и законом којим се уређују јавне набавке, са што мање трошкова везаних за поступак.</w:t>
      </w:r>
    </w:p>
    <w:p w14:paraId="7E4B665E" w14:textId="77777777" w:rsidR="00B67CA3" w:rsidRPr="00D632CD" w:rsidRDefault="00847618">
      <w:pPr>
        <w:jc w:val="both"/>
        <w:rPr>
          <w:lang w:val="sr-Cyrl-RS"/>
        </w:rPr>
      </w:pPr>
      <w:r w:rsidRPr="00D632CD">
        <w:rPr>
          <w:i/>
          <w:iCs/>
          <w:lang w:val="sr-Cyrl-RS"/>
        </w:rPr>
        <w:t>Начело транспарентности</w:t>
      </w:r>
      <w:r w:rsidRPr="00D632CD">
        <w:rPr>
          <w:lang w:val="sr-Cyrl-RS"/>
        </w:rPr>
        <w:t xml:space="preserve"> обухвата обавезу оглашавања намере закључења јавног уговора са или без елемената концесије, могућност понуђача да изврши увид у податке о спроведеном поступку доделе јавног уговора и сл.</w:t>
      </w:r>
    </w:p>
    <w:p w14:paraId="2DA32A7F" w14:textId="77777777" w:rsidR="00B67CA3" w:rsidRPr="00D632CD" w:rsidRDefault="00847618">
      <w:pPr>
        <w:jc w:val="both"/>
        <w:rPr>
          <w:lang w:val="sr-Cyrl-RS"/>
        </w:rPr>
      </w:pPr>
      <w:r w:rsidRPr="00D632CD">
        <w:rPr>
          <w:i/>
          <w:iCs/>
          <w:lang w:val="sr-Cyrl-RS"/>
        </w:rPr>
        <w:t>Начело спречавања корупције</w:t>
      </w:r>
      <w:r w:rsidRPr="00D632CD">
        <w:rPr>
          <w:lang w:val="sr-Cyrl-RS"/>
        </w:rPr>
        <w:t xml:space="preserve"> обухвата обавезу јавног партнера, односно даваоца концесије, јавног тела и других лица која учествују у припреми, одобравању, спровођењу поступка избора приватног партнера, закључењу и реализацији јавног уговора, да поступају на начин којим се спречавају, откривају и отклањају корупција, неоправдано повлашћивање учесника у поступку и сваки недозвољени утицај на припрему, спровођење и исход поступка.</w:t>
      </w:r>
    </w:p>
    <w:p w14:paraId="67A217D6" w14:textId="77777777" w:rsidR="00B67CA3" w:rsidRPr="00D632CD" w:rsidRDefault="00847618">
      <w:pPr>
        <w:jc w:val="both"/>
        <w:rPr>
          <w:lang w:val="sr-Cyrl-RS"/>
        </w:rPr>
      </w:pPr>
      <w:r w:rsidRPr="00D632CD">
        <w:rPr>
          <w:i/>
          <w:iCs/>
          <w:lang w:val="sr-Cyrl-RS"/>
        </w:rPr>
        <w:t>Начело спречавања сукоба интереса</w:t>
      </w:r>
      <w:r w:rsidRPr="00D632CD">
        <w:rPr>
          <w:lang w:val="sr-Cyrl-RS"/>
        </w:rPr>
        <w:t xml:space="preserve"> обухвата обавезу јавног партнера, односно даваоца концесије, јавног тела и других лица која учествују у припреми, одобравању, спровођењу поступка избора приватног партнера, закључењу и реализацији јавног уговора, да благовремено спрече, утврде и отклоне сваку околност која може довести у питање њихову непристрасност, независност и објективност у поступању.</w:t>
      </w:r>
    </w:p>
    <w:p w14:paraId="50795471" w14:textId="77777777" w:rsidR="00B67CA3" w:rsidRPr="00D632CD" w:rsidRDefault="00847618">
      <w:pPr>
        <w:jc w:val="both"/>
        <w:rPr>
          <w:lang w:val="sr-Cyrl-RS"/>
        </w:rPr>
      </w:pPr>
      <w:r w:rsidRPr="00D632CD">
        <w:rPr>
          <w:lang w:val="sr-Cyrl-RS"/>
        </w:rPr>
        <w:t>На спречавање корупције, сукоба интереса, нарушавања конкуренције и неоправданог повлашћивања учесника у поступку избора приватног партнера сходно се примењују одредбе закона којим се уређују јавне набавке, ако овим законом није другачије прописано.</w:t>
      </w:r>
    </w:p>
    <w:p w14:paraId="59A95BE0" w14:textId="77777777" w:rsidR="00B67CA3" w:rsidRPr="00D632CD" w:rsidRDefault="00847618">
      <w:pPr>
        <w:jc w:val="both"/>
        <w:rPr>
          <w:lang w:val="sr-Cyrl-RS"/>
        </w:rPr>
      </w:pPr>
      <w:r w:rsidRPr="00D632CD">
        <w:rPr>
          <w:i/>
          <w:iCs/>
          <w:lang w:val="sr-Cyrl-RS"/>
        </w:rPr>
        <w:t>Начело једнаког и правичног третмана</w:t>
      </w:r>
      <w:r w:rsidRPr="00D632CD">
        <w:rPr>
          <w:lang w:val="sr-Cyrl-RS"/>
        </w:rPr>
        <w:t xml:space="preserve"> обухвата забрану дискриминације по било ком основу између учесника у поступку доделе јавних уговора и избора приватног партнера, као и обавезу да учесници у поступку избора приватног партнера, имају потпуне и тачне информације о поступку, стандардима и критеријумима за избор приватног партнера.</w:t>
      </w:r>
    </w:p>
    <w:p w14:paraId="51367EA2" w14:textId="77777777" w:rsidR="00B67CA3" w:rsidRPr="00D632CD" w:rsidRDefault="00847618">
      <w:pPr>
        <w:jc w:val="both"/>
        <w:rPr>
          <w:lang w:val="sr-Cyrl-RS"/>
        </w:rPr>
      </w:pPr>
      <w:r w:rsidRPr="00D632CD">
        <w:rPr>
          <w:lang w:val="sr-Cyrl-RS"/>
        </w:rPr>
        <w:t>Ниједан од учесника у поступку избора приватног партнера, не може имати предност над осталима у погледу времена, информација и приступа органима и лицима надлежним за поступак доделе јавног уговора. Одлуке се морају доносити на основу унапред објављених и објективних критеријума, и морају се са образложењем доставити сваком учеснику у поступку избора.</w:t>
      </w:r>
    </w:p>
    <w:p w14:paraId="32A4FA06" w14:textId="77777777" w:rsidR="00B67CA3" w:rsidRPr="00D632CD" w:rsidRDefault="00847618">
      <w:pPr>
        <w:jc w:val="both"/>
        <w:rPr>
          <w:lang w:val="sr-Cyrl-RS"/>
        </w:rPr>
      </w:pPr>
      <w:r w:rsidRPr="00D632CD">
        <w:rPr>
          <w:i/>
          <w:iCs/>
          <w:lang w:val="sr-Cyrl-RS"/>
        </w:rPr>
        <w:t>Начело слободне тржишне утакмице</w:t>
      </w:r>
      <w:r w:rsidRPr="00D632CD">
        <w:rPr>
          <w:lang w:val="sr-Cyrl-RS"/>
        </w:rPr>
        <w:t xml:space="preserve"> обухвата забрану ограничавања утакмице између учесника и обавезу прихватања свих учесника са одговарајућим техничким, финансијским и другим стручним квалификацијама.</w:t>
      </w:r>
    </w:p>
    <w:p w14:paraId="7E18849A" w14:textId="77777777" w:rsidR="00B67CA3" w:rsidRPr="00D632CD" w:rsidRDefault="00847618">
      <w:pPr>
        <w:jc w:val="both"/>
        <w:rPr>
          <w:lang w:val="sr-Cyrl-RS"/>
        </w:rPr>
      </w:pPr>
      <w:r w:rsidRPr="00D632CD">
        <w:rPr>
          <w:i/>
          <w:iCs/>
          <w:lang w:val="sr-Cyrl-RS"/>
        </w:rPr>
        <w:t>Начело пропорционалности</w:t>
      </w:r>
      <w:r w:rsidRPr="00D632CD">
        <w:rPr>
          <w:lang w:val="sr-Cyrl-RS"/>
        </w:rPr>
        <w:t xml:space="preserve"> подразумева да свака мера предузета од стране државног органа, односно другог лица, мора бити минимално потребна и у сразмери са јавним интересом који се таквом мером настоји заштитити.</w:t>
      </w:r>
    </w:p>
    <w:p w14:paraId="0DA412A4" w14:textId="77777777" w:rsidR="00B67CA3" w:rsidRPr="00D632CD" w:rsidRDefault="00847618">
      <w:pPr>
        <w:jc w:val="both"/>
        <w:rPr>
          <w:lang w:val="sr-Cyrl-RS"/>
        </w:rPr>
      </w:pPr>
      <w:r w:rsidRPr="00D632CD">
        <w:rPr>
          <w:i/>
          <w:iCs/>
          <w:lang w:val="sr-Cyrl-RS"/>
        </w:rPr>
        <w:t>Начело заштите животне средине</w:t>
      </w:r>
      <w:r w:rsidRPr="00D632CD">
        <w:rPr>
          <w:lang w:val="sr-Cyrl-RS"/>
        </w:rPr>
        <w:t xml:space="preserve"> обухвата начела дефинисана законом којим се уређује заштита животне средине као што су: начело интегралности, начело превенције и предострожности, начело очувања природних вредности, одрживог развоја, начело одговорности загађивача и др.</w:t>
      </w:r>
    </w:p>
    <w:p w14:paraId="6A6BD972" w14:textId="77777777" w:rsidR="00B67CA3" w:rsidRPr="00D632CD" w:rsidRDefault="00847618">
      <w:pPr>
        <w:jc w:val="both"/>
        <w:rPr>
          <w:lang w:val="sr-Cyrl-RS"/>
        </w:rPr>
      </w:pPr>
      <w:r w:rsidRPr="00D632CD">
        <w:rPr>
          <w:i/>
          <w:iCs/>
          <w:lang w:val="sr-Cyrl-RS"/>
        </w:rPr>
        <w:lastRenderedPageBreak/>
        <w:t>Начело аутономије воље</w:t>
      </w:r>
      <w:r w:rsidRPr="00D632CD">
        <w:rPr>
          <w:lang w:val="sr-Cyrl-RS"/>
        </w:rPr>
        <w:t xml:space="preserve"> обухвата слободу уговорних страна да у складу са овим законом, законом којим се уређују облигациони односи и другим прописима и добрим пословним обичајима, међусобна права и обавезе уреде по својој вољи.</w:t>
      </w:r>
    </w:p>
    <w:p w14:paraId="4681C946" w14:textId="77777777" w:rsidR="00B67CA3" w:rsidRDefault="00847618">
      <w:pPr>
        <w:jc w:val="both"/>
        <w:rPr>
          <w:lang w:val="sr-Cyrl-RS"/>
        </w:rPr>
      </w:pPr>
      <w:r w:rsidRPr="00D632CD">
        <w:rPr>
          <w:i/>
          <w:iCs/>
          <w:lang w:val="sr-Cyrl-RS"/>
        </w:rPr>
        <w:t>Начело равноправности уговорних страна</w:t>
      </w:r>
      <w:r w:rsidRPr="00D632CD">
        <w:rPr>
          <w:lang w:val="sr-Cyrl-RS"/>
        </w:rPr>
        <w:t>, подразумева да се узајамни односи субјеката у јавном уговору заснивају на њиховој једнакости и равноправности њихових воља.</w:t>
      </w:r>
    </w:p>
    <w:p w14:paraId="654F9505" w14:textId="77777777" w:rsidR="00D632CD" w:rsidRPr="00D632CD" w:rsidRDefault="00D632CD">
      <w:pPr>
        <w:jc w:val="both"/>
        <w:rPr>
          <w:lang w:val="sr-Cyrl-RS"/>
        </w:rPr>
      </w:pPr>
    </w:p>
    <w:p w14:paraId="4294D675" w14:textId="77777777" w:rsidR="00B67CA3" w:rsidRPr="00D632CD" w:rsidRDefault="00847618">
      <w:pPr>
        <w:jc w:val="center"/>
        <w:rPr>
          <w:b/>
          <w:bCs/>
          <w:lang w:val="sr-Cyrl-RS"/>
        </w:rPr>
      </w:pPr>
      <w:r w:rsidRPr="00D632CD">
        <w:rPr>
          <w:b/>
          <w:bCs/>
          <w:lang w:val="sr-Cyrl-RS"/>
        </w:rPr>
        <w:t>II ЈАВНО-ПРИВАТНО ПАРТНЕРСТВО</w:t>
      </w:r>
    </w:p>
    <w:p w14:paraId="62F40C7C" w14:textId="77777777" w:rsidR="00B67CA3" w:rsidRPr="00EE6B77" w:rsidRDefault="00847618">
      <w:pPr>
        <w:jc w:val="center"/>
        <w:rPr>
          <w:b/>
          <w:bCs/>
          <w:lang w:val="sr-Cyrl-RS"/>
        </w:rPr>
      </w:pPr>
      <w:r w:rsidRPr="00D632CD">
        <w:rPr>
          <w:lang w:val="sr-Cyrl-RS"/>
        </w:rPr>
        <w:t xml:space="preserve">1. </w:t>
      </w:r>
      <w:r w:rsidRPr="00EE6B77">
        <w:rPr>
          <w:b/>
          <w:bCs/>
          <w:lang w:val="sr-Cyrl-RS"/>
        </w:rPr>
        <w:t>Појам јавно-приватног партнерства</w:t>
      </w:r>
    </w:p>
    <w:p w14:paraId="76274CF0" w14:textId="77777777" w:rsidR="00B67CA3" w:rsidRPr="00D632CD" w:rsidRDefault="00847618">
      <w:pPr>
        <w:jc w:val="center"/>
        <w:rPr>
          <w:lang w:val="sr-Cyrl-RS"/>
        </w:rPr>
      </w:pPr>
      <w:r w:rsidRPr="00EE6B77">
        <w:rPr>
          <w:b/>
          <w:bCs/>
          <w:lang w:val="sr-Cyrl-RS"/>
        </w:rPr>
        <w:t>Члан 7</w:t>
      </w:r>
    </w:p>
    <w:p w14:paraId="5CBF9796" w14:textId="77777777" w:rsidR="00B67CA3" w:rsidRPr="00D632CD" w:rsidRDefault="00847618">
      <w:pPr>
        <w:jc w:val="both"/>
        <w:rPr>
          <w:lang w:val="sr-Cyrl-RS"/>
        </w:rPr>
      </w:pPr>
      <w:r w:rsidRPr="00D632CD">
        <w:rPr>
          <w:lang w:val="sr-Cyrl-RS"/>
        </w:rPr>
        <w:t>Јавно-приватно партнерство (у даљем тексту: ЈПП), у смислу овог закона, јесте дугорочна сарадња између јавног и приватног партнера ради обезбеђивања финансирања, изградње, реконструкције, управљања или одржавања инфраструктурних и других објеката од јавног значаја и пружања услуга од јавног значаја, које може бити уговорнo или институционалнo.</w:t>
      </w:r>
    </w:p>
    <w:p w14:paraId="3D272DD5" w14:textId="77777777" w:rsidR="00B67CA3" w:rsidRPr="00D632CD" w:rsidRDefault="00847618">
      <w:pPr>
        <w:jc w:val="both"/>
        <w:rPr>
          <w:lang w:val="sr-Cyrl-RS"/>
        </w:rPr>
      </w:pPr>
      <w:r w:rsidRPr="00D632CD">
        <w:rPr>
          <w:lang w:val="sr-Cyrl-RS"/>
        </w:rPr>
        <w:t>Битни елементи јавно-приватног партнерства односе се на:</w:t>
      </w:r>
    </w:p>
    <w:p w14:paraId="23162424" w14:textId="77777777" w:rsidR="00B67CA3" w:rsidRPr="00D632CD" w:rsidRDefault="00847618">
      <w:pPr>
        <w:jc w:val="both"/>
        <w:rPr>
          <w:lang w:val="sr-Cyrl-RS"/>
        </w:rPr>
      </w:pPr>
      <w:r w:rsidRPr="00D632CD">
        <w:rPr>
          <w:lang w:val="sr-Cyrl-RS"/>
        </w:rPr>
        <w:t>1) предмет ЈПП, који не може бити искључиво комерцијално коришћење добра у општој употреби или другог добра нити искључива испорука добара;</w:t>
      </w:r>
    </w:p>
    <w:p w14:paraId="237531CD" w14:textId="77777777" w:rsidR="00B67CA3" w:rsidRPr="00D632CD" w:rsidRDefault="00847618">
      <w:pPr>
        <w:jc w:val="both"/>
        <w:rPr>
          <w:lang w:val="sr-Cyrl-RS"/>
        </w:rPr>
      </w:pPr>
      <w:r w:rsidRPr="00D632CD">
        <w:rPr>
          <w:lang w:val="sr-Cyrl-RS"/>
        </w:rPr>
        <w:t>2) облик ЈПП које може бити институционално ЈПП или уговорно ЈПП, или као концесија која представља посебан облик ЈПП у складу са овим законом;</w:t>
      </w:r>
    </w:p>
    <w:p w14:paraId="62044C34" w14:textId="77777777" w:rsidR="00B67CA3" w:rsidRPr="00D632CD" w:rsidRDefault="00847618">
      <w:pPr>
        <w:jc w:val="both"/>
        <w:rPr>
          <w:lang w:val="sr-Cyrl-RS"/>
        </w:rPr>
      </w:pPr>
      <w:r w:rsidRPr="00D632CD">
        <w:rPr>
          <w:lang w:val="sr-Cyrl-RS"/>
        </w:rPr>
        <w:t>3) обавезу приватног партнера да од јавног партнера преузме изградњу, односно реконструкцију јавне инфраструктуре, односно објекта од јавног значаја, као и одржавање јавне инфраструктуре, односно обављање услуга од јавног значаја, са једном или више обавеза као што су: финансирање, управљање и одржавање, у циљу пружања услуга од јавног значаја крајњим корисницима из оквира надлежности јавног партнера, или у циљу обезбеђивања неопходних предуслова јавном партнеру за пружање услуга од јавног значаја из оквира његових надлежности, или пружање услуга од јавног значаја из оквира надлежности јавног партнера крајњим корисницима;</w:t>
      </w:r>
    </w:p>
    <w:p w14:paraId="59EC52B6" w14:textId="77777777" w:rsidR="00B67CA3" w:rsidRPr="00B510EF" w:rsidRDefault="00847618">
      <w:pPr>
        <w:jc w:val="both"/>
        <w:rPr>
          <w:lang w:val="sr-Cyrl-RS"/>
        </w:rPr>
      </w:pPr>
      <w:r w:rsidRPr="00D632CD">
        <w:rPr>
          <w:lang w:val="sr-Cyrl-RS"/>
        </w:rPr>
        <w:t xml:space="preserve">4) делимично или </w:t>
      </w:r>
      <w:r w:rsidRPr="00B510EF">
        <w:rPr>
          <w:lang w:val="sr-Cyrl-RS"/>
        </w:rPr>
        <w:t>потпуно финансирање пројекта ЈПП од стране приватног партнера;</w:t>
      </w:r>
    </w:p>
    <w:p w14:paraId="5A2DF891" w14:textId="3D7957FF" w:rsidR="00B67CA3" w:rsidRPr="00D632CD" w:rsidRDefault="00847618">
      <w:pPr>
        <w:jc w:val="both"/>
        <w:rPr>
          <w:lang w:val="sr-Cyrl-RS"/>
        </w:rPr>
      </w:pPr>
      <w:r w:rsidRPr="00B510EF">
        <w:rPr>
          <w:lang w:val="sr-Cyrl-RS"/>
        </w:rPr>
        <w:t>5) могућност јавног партнера да приватном партнеру за преузете обавезе изврши преношење одређених стварних права или да му додели концесију, или да му за преузете обавезе врши плаћање у новцу или да му дозволи наплату накнаде крајњим корисницима за пружене услуге, ако је тако предвиђено предлогом пројекта ЈПП</w:t>
      </w:r>
      <w:r w:rsidR="00D632CD" w:rsidRPr="00B510EF">
        <w:rPr>
          <w:lang w:val="sr-Cyrl-RS"/>
        </w:rPr>
        <w:t xml:space="preserve"> или </w:t>
      </w:r>
      <w:r w:rsidRPr="00B510EF">
        <w:rPr>
          <w:lang w:val="sr-Cyrl-RS"/>
        </w:rPr>
        <w:t>концесионим актом;</w:t>
      </w:r>
    </w:p>
    <w:p w14:paraId="30A5B475" w14:textId="77777777" w:rsidR="00B67CA3" w:rsidRPr="00D632CD" w:rsidRDefault="00847618">
      <w:pPr>
        <w:jc w:val="both"/>
        <w:rPr>
          <w:lang w:val="sr-Cyrl-RS"/>
        </w:rPr>
      </w:pPr>
      <w:r w:rsidRPr="00D632CD">
        <w:rPr>
          <w:lang w:val="sr-Cyrl-RS"/>
        </w:rPr>
        <w:t>6) преузимање одговорности сваког партнера за ризик којим може на бољи начин да управља, односно на који може да утиче, или се ризици деле у избалансираном односу, све у циљу оптималног управљања ризиком током трајања пројекта ЈПП, уз коришћење управљачких, техничких, финансијских и иновативних способности приватног партнера, као и унапређењем размене вештина и знања између јавног и приватног партнера, а нарочито преузимање ризика тражње или ризика расположивости објекта, услуге, инфраструктуре и сл;</w:t>
      </w:r>
    </w:p>
    <w:p w14:paraId="6008C7EA" w14:textId="77777777" w:rsidR="00B67CA3" w:rsidRPr="00D632CD" w:rsidRDefault="00847618">
      <w:pPr>
        <w:jc w:val="both"/>
        <w:rPr>
          <w:lang w:val="sr-Cyrl-RS"/>
        </w:rPr>
      </w:pPr>
      <w:r w:rsidRPr="00D632CD">
        <w:rPr>
          <w:lang w:val="sr-Cyrl-RS"/>
        </w:rPr>
        <w:lastRenderedPageBreak/>
        <w:t>7) могућност јавног партнера да приватном партнеру дозволи да обавља комерцијалну делатност или изгради друге објекте у оквиру реализације пројекта ЈПП, само у случају да на други начин није могуће обезбедити потребан ниво исплативости реализације пројекта јавно-приватног партнерства и повраћај уложених средстава.</w:t>
      </w:r>
    </w:p>
    <w:p w14:paraId="4BEA4CED" w14:textId="14E16BA0" w:rsidR="00B67CA3" w:rsidRPr="00D632CD" w:rsidRDefault="00847618">
      <w:pPr>
        <w:jc w:val="both"/>
        <w:rPr>
          <w:lang w:val="sr-Cyrl-RS"/>
        </w:rPr>
      </w:pPr>
      <w:r w:rsidRPr="00D632CD">
        <w:rPr>
          <w:lang w:val="sr-Cyrl-RS"/>
        </w:rPr>
        <w:t>У случају из става 2. тачка 5) овог члана када јавни партнер преноси одређена стварна права приватном партнеру, врши се забележба у регистру у коме се воде подаци о непокретности и правима над њима, да су та права пренета у сврху реализације јавног уговора.</w:t>
      </w:r>
    </w:p>
    <w:p w14:paraId="2C9E37C6" w14:textId="4CCE6977" w:rsidR="00EE6B77" w:rsidRPr="00EE6B77" w:rsidRDefault="00847618" w:rsidP="00EE6B77">
      <w:pPr>
        <w:jc w:val="center"/>
        <w:rPr>
          <w:b/>
          <w:bCs/>
          <w:lang w:val="sr-Cyrl-RS"/>
        </w:rPr>
      </w:pPr>
      <w:r w:rsidRPr="00EE6B77">
        <w:rPr>
          <w:b/>
          <w:bCs/>
          <w:lang w:val="sr-Cyrl-RS"/>
        </w:rPr>
        <w:t>2. Облици ЈПП</w:t>
      </w:r>
    </w:p>
    <w:p w14:paraId="4F5A9174" w14:textId="77777777" w:rsidR="00B67CA3" w:rsidRPr="00EE6B77" w:rsidRDefault="00847618">
      <w:pPr>
        <w:spacing w:after="0"/>
        <w:jc w:val="center"/>
        <w:rPr>
          <w:b/>
          <w:bCs/>
          <w:lang w:val="sr-Cyrl-RS"/>
        </w:rPr>
      </w:pPr>
      <w:r w:rsidRPr="00EE6B77">
        <w:rPr>
          <w:b/>
          <w:bCs/>
          <w:lang w:val="sr-Cyrl-RS"/>
        </w:rPr>
        <w:t>Уговорно ЈПП</w:t>
      </w:r>
    </w:p>
    <w:p w14:paraId="608AF3D8" w14:textId="77777777" w:rsidR="00B67CA3" w:rsidRPr="00D632CD" w:rsidRDefault="00847618">
      <w:pPr>
        <w:jc w:val="center"/>
        <w:rPr>
          <w:lang w:val="sr-Cyrl-RS"/>
        </w:rPr>
      </w:pPr>
      <w:r w:rsidRPr="00EE6B77">
        <w:rPr>
          <w:b/>
          <w:bCs/>
          <w:lang w:val="sr-Cyrl-RS"/>
        </w:rPr>
        <w:t>Члан</w:t>
      </w:r>
      <w:r w:rsidRPr="0086211F">
        <w:rPr>
          <w:b/>
          <w:bCs/>
          <w:lang w:val="sr-Cyrl-RS"/>
        </w:rPr>
        <w:t xml:space="preserve"> 8</w:t>
      </w:r>
    </w:p>
    <w:p w14:paraId="4DB9841A" w14:textId="77777777" w:rsidR="00B67CA3" w:rsidRPr="00B510EF" w:rsidRDefault="00847618">
      <w:pPr>
        <w:jc w:val="both"/>
        <w:rPr>
          <w:lang w:val="sr-Cyrl-RS"/>
        </w:rPr>
      </w:pPr>
      <w:r w:rsidRPr="00B510EF">
        <w:rPr>
          <w:lang w:val="sr-Cyrl-RS"/>
        </w:rPr>
        <w:t>Међусобна права и обавезе у реализацији пројекта ЈПП, са или без елемената концесије, уговорне стране уређују јавним уговором, чија је садржина прописана чланом 52. овог закона.</w:t>
      </w:r>
    </w:p>
    <w:p w14:paraId="610DC318" w14:textId="77777777" w:rsidR="00B67CA3" w:rsidRPr="00D632CD" w:rsidRDefault="00847618">
      <w:pPr>
        <w:jc w:val="both"/>
        <w:rPr>
          <w:lang w:val="sr-Cyrl-RS"/>
        </w:rPr>
      </w:pPr>
      <w:r w:rsidRPr="00B510EF">
        <w:rPr>
          <w:lang w:val="sr-Cyrl-RS"/>
        </w:rPr>
        <w:t>Јавним уговором којим се додељује концесија уређују се права и обавезе даваоца</w:t>
      </w:r>
      <w:r w:rsidRPr="00D632CD">
        <w:rPr>
          <w:lang w:val="sr-Cyrl-RS"/>
        </w:rPr>
        <w:t xml:space="preserve"> концесије и концесионара у складу са одредбама овог закона и одредбама посебних прописа којима се уређује област из које је предмет концесије.</w:t>
      </w:r>
    </w:p>
    <w:p w14:paraId="68024DE7" w14:textId="77777777" w:rsidR="00B67CA3" w:rsidRDefault="00847618">
      <w:pPr>
        <w:jc w:val="both"/>
        <w:rPr>
          <w:lang w:val="sr-Cyrl-RS"/>
        </w:rPr>
      </w:pPr>
      <w:r w:rsidRPr="00D632CD">
        <w:rPr>
          <w:lang w:val="sr-Cyrl-RS"/>
        </w:rPr>
        <w:t>На питања која се односе на јавне уговоре, а која нису посебно уређена овим законом, примењују се одредбе закона којим се уређују облигациони односи.</w:t>
      </w:r>
    </w:p>
    <w:p w14:paraId="378F9AA9" w14:textId="77777777" w:rsidR="00EE6B77" w:rsidRPr="00D632CD" w:rsidRDefault="00EE6B77">
      <w:pPr>
        <w:jc w:val="both"/>
        <w:rPr>
          <w:lang w:val="sr-Cyrl-RS"/>
        </w:rPr>
      </w:pPr>
    </w:p>
    <w:p w14:paraId="3B737D1F" w14:textId="77777777" w:rsidR="00B67CA3" w:rsidRPr="00EE6B77" w:rsidRDefault="00847618" w:rsidP="00D4665C">
      <w:pPr>
        <w:jc w:val="center"/>
        <w:rPr>
          <w:b/>
          <w:bCs/>
          <w:lang w:val="sr-Cyrl-RS"/>
        </w:rPr>
      </w:pPr>
      <w:r w:rsidRPr="00EE6B77">
        <w:rPr>
          <w:b/>
          <w:bCs/>
          <w:lang w:val="sr-Cyrl-RS"/>
        </w:rPr>
        <w:t>Институционално ЈПП</w:t>
      </w:r>
    </w:p>
    <w:p w14:paraId="5893DECF" w14:textId="77777777" w:rsidR="00B67CA3" w:rsidRPr="00EE6B77" w:rsidRDefault="00847618">
      <w:pPr>
        <w:jc w:val="center"/>
        <w:rPr>
          <w:b/>
          <w:bCs/>
          <w:lang w:val="sr-Cyrl-RS"/>
        </w:rPr>
      </w:pPr>
      <w:r w:rsidRPr="00EE6B77">
        <w:rPr>
          <w:b/>
          <w:bCs/>
          <w:lang w:val="sr-Cyrl-RS"/>
        </w:rPr>
        <w:t>Члан 9</w:t>
      </w:r>
    </w:p>
    <w:p w14:paraId="3BD78F27" w14:textId="77777777" w:rsidR="00B67CA3" w:rsidRPr="00D632CD" w:rsidRDefault="00847618">
      <w:pPr>
        <w:jc w:val="both"/>
        <w:rPr>
          <w:lang w:val="sr-Cyrl-RS"/>
        </w:rPr>
      </w:pPr>
      <w:r w:rsidRPr="00D632CD">
        <w:rPr>
          <w:lang w:val="sr-Cyrl-RS"/>
        </w:rPr>
        <w:t xml:space="preserve">Институционално ЈПП, са </w:t>
      </w:r>
      <w:r w:rsidRPr="00B510EF">
        <w:rPr>
          <w:lang w:val="sr-Cyrl-RS"/>
        </w:rPr>
        <w:t>или без елемената концесије, се заснива на односу јавног и приватног партнера као чланова заједничког привредног друштва које је носилац реализације пројекта ЈПП, при чему се тај однос може заснивати на оснивачким улозима у новооснованом привредном друштву или на стицању власничког удела, односно докапитализацији постојећег привредног друштва.</w:t>
      </w:r>
    </w:p>
    <w:p w14:paraId="579BB0D8" w14:textId="77777777" w:rsidR="00B67CA3" w:rsidRPr="00D632CD" w:rsidRDefault="00847618">
      <w:pPr>
        <w:jc w:val="both"/>
        <w:rPr>
          <w:lang w:val="sr-Cyrl-RS"/>
        </w:rPr>
      </w:pPr>
      <w:r w:rsidRPr="00D632CD">
        <w:rPr>
          <w:lang w:val="sr-Cyrl-RS"/>
        </w:rPr>
        <w:t>Оснивачка и управљачка права уређују се слободно између чланова заједничког привредног друштва у складу са законом којим се уређује положај привредних друштава.</w:t>
      </w:r>
    </w:p>
    <w:p w14:paraId="0ADC3AF8" w14:textId="77777777" w:rsidR="00B67CA3" w:rsidRPr="00D632CD" w:rsidRDefault="00847618">
      <w:pPr>
        <w:jc w:val="both"/>
        <w:rPr>
          <w:lang w:val="sr-Cyrl-RS"/>
        </w:rPr>
      </w:pPr>
      <w:r w:rsidRPr="00D632CD">
        <w:rPr>
          <w:lang w:val="sr-Cyrl-RS"/>
        </w:rPr>
        <w:t xml:space="preserve">Јавно тело покреће поступак избора приватног партнера за институционално ЈПП без елемената концесије на начин прописан </w:t>
      </w:r>
      <w:r w:rsidRPr="00734829">
        <w:rPr>
          <w:lang w:val="sr-Cyrl-RS"/>
        </w:rPr>
        <w:t>чланом 32.</w:t>
      </w:r>
      <w:r w:rsidRPr="00D632CD">
        <w:rPr>
          <w:lang w:val="sr-Cyrl-RS"/>
        </w:rPr>
        <w:t xml:space="preserve"> овог закона, а за институционално ЈПП са елементима концесије на начин прописан одредбама овог закона којима се уређује поступак доделе концесије, примењујући критеријуме из </w:t>
      </w:r>
      <w:r w:rsidRPr="002A67C5">
        <w:rPr>
          <w:lang w:val="sr-Cyrl-RS"/>
        </w:rPr>
        <w:t>члана 25.</w:t>
      </w:r>
      <w:r w:rsidRPr="00D632CD">
        <w:rPr>
          <w:lang w:val="sr-Cyrl-RS"/>
        </w:rPr>
        <w:t xml:space="preserve"> овог закона.</w:t>
      </w:r>
    </w:p>
    <w:p w14:paraId="3DCEF02B" w14:textId="77777777" w:rsidR="00B67CA3" w:rsidRPr="00D632CD" w:rsidRDefault="00847618">
      <w:pPr>
        <w:jc w:val="both"/>
        <w:rPr>
          <w:lang w:val="sr-Cyrl-RS"/>
        </w:rPr>
      </w:pPr>
      <w:r w:rsidRPr="00D632CD">
        <w:rPr>
          <w:lang w:val="sr-Cyrl-RS"/>
        </w:rPr>
        <w:t>Након спроведеног поступка избора приватног партнера, јавно тело и одабрани приватни партнер закључују јавни уговор и уговор о оснивању ДПН из члана 15. овог закона, а у сврху реализације ЈПП.</w:t>
      </w:r>
    </w:p>
    <w:p w14:paraId="46E084AD" w14:textId="77777777" w:rsidR="00B67CA3" w:rsidRPr="00D632CD" w:rsidRDefault="00847618">
      <w:pPr>
        <w:jc w:val="both"/>
        <w:rPr>
          <w:lang w:val="sr-Cyrl-RS"/>
        </w:rPr>
      </w:pPr>
      <w:r w:rsidRPr="00D632CD">
        <w:rPr>
          <w:lang w:val="sr-Cyrl-RS"/>
        </w:rPr>
        <w:t>На садржину уговора о оснивању заједничког привредног друштва из става 4. овог члана примењују се одредбе закона којим се уређују облигациони односи и закона којима се уређује положај привредних друштава.</w:t>
      </w:r>
    </w:p>
    <w:p w14:paraId="2E4EBFA2" w14:textId="77777777" w:rsidR="00B67CA3" w:rsidRPr="00D632CD" w:rsidRDefault="00847618">
      <w:pPr>
        <w:jc w:val="both"/>
        <w:rPr>
          <w:lang w:val="sr-Cyrl-RS"/>
        </w:rPr>
      </w:pPr>
      <w:r w:rsidRPr="00D632CD">
        <w:rPr>
          <w:lang w:val="sr-Cyrl-RS"/>
        </w:rPr>
        <w:lastRenderedPageBreak/>
        <w:t>На заједничко привредно друштво из члана 15. овог закона примењују се одредбе закона којим се уређује оснивање и пословање привредних друштава, као и одредбе уговора о оснивању из става 5. овог члана.</w:t>
      </w:r>
    </w:p>
    <w:p w14:paraId="1E1A7B14" w14:textId="77777777" w:rsidR="00B67CA3" w:rsidRPr="00D632CD" w:rsidRDefault="00847618">
      <w:pPr>
        <w:jc w:val="both"/>
        <w:rPr>
          <w:lang w:val="sr-Cyrl-RS"/>
        </w:rPr>
      </w:pPr>
      <w:r w:rsidRPr="00D632CD">
        <w:rPr>
          <w:lang w:val="sr-Cyrl-RS"/>
        </w:rPr>
        <w:t>На располагање уделима или акцијама у заједничком привредном друштву на начин на који је уговорено његовим оснивачким актима, не примењује се закон којим се уређује приватизација (</w:t>
      </w:r>
      <w:r w:rsidRPr="0052620A">
        <w:rPr>
          <w:i/>
          <w:iCs/>
          <w:lang w:val="sr-Cyrl-RS"/>
        </w:rPr>
        <w:t>put</w:t>
      </w:r>
      <w:r w:rsidRPr="00D632CD">
        <w:rPr>
          <w:lang w:val="sr-Cyrl-RS"/>
        </w:rPr>
        <w:t xml:space="preserve"> и </w:t>
      </w:r>
      <w:r w:rsidRPr="0052620A">
        <w:rPr>
          <w:i/>
          <w:iCs/>
          <w:lang w:val="sr-Cyrl-RS"/>
        </w:rPr>
        <w:t>call</w:t>
      </w:r>
      <w:r w:rsidRPr="00D632CD">
        <w:rPr>
          <w:lang w:val="sr-Cyrl-RS"/>
        </w:rPr>
        <w:t xml:space="preserve"> опција).</w:t>
      </w:r>
    </w:p>
    <w:p w14:paraId="78F05DD8" w14:textId="77777777" w:rsidR="00B67CA3" w:rsidRDefault="00847618">
      <w:pPr>
        <w:jc w:val="both"/>
        <w:rPr>
          <w:lang w:val="sr-Cyrl-RS"/>
        </w:rPr>
      </w:pPr>
      <w:r w:rsidRPr="00D632CD">
        <w:rPr>
          <w:lang w:val="sr-Cyrl-RS"/>
        </w:rPr>
        <w:t>Одредбе овог закона којима се уређује регистрација јавних уговора и надзор над њиховом реализацијом, примењују се и на јавне уговоре о институционалном ЈПП.</w:t>
      </w:r>
    </w:p>
    <w:p w14:paraId="70DF250A" w14:textId="77777777" w:rsidR="0052620A" w:rsidRPr="00D632CD" w:rsidRDefault="0052620A">
      <w:pPr>
        <w:jc w:val="both"/>
        <w:rPr>
          <w:lang w:val="sr-Cyrl-RS"/>
        </w:rPr>
      </w:pPr>
    </w:p>
    <w:p w14:paraId="4B5B0982" w14:textId="77777777" w:rsidR="00B67CA3" w:rsidRPr="00EE6B77" w:rsidRDefault="00847618">
      <w:pPr>
        <w:jc w:val="center"/>
        <w:rPr>
          <w:b/>
          <w:bCs/>
          <w:lang w:val="sr-Cyrl-RS"/>
        </w:rPr>
      </w:pPr>
      <w:r w:rsidRPr="00EE6B77">
        <w:rPr>
          <w:b/>
          <w:bCs/>
          <w:lang w:val="sr-Cyrl-RS"/>
        </w:rPr>
        <w:t>3. Концесија</w:t>
      </w:r>
    </w:p>
    <w:p w14:paraId="7E88A18E" w14:textId="77777777" w:rsidR="00B67CA3" w:rsidRPr="00EE6B77" w:rsidRDefault="00847618">
      <w:pPr>
        <w:spacing w:after="0"/>
        <w:jc w:val="center"/>
        <w:rPr>
          <w:b/>
          <w:bCs/>
          <w:lang w:val="sr-Cyrl-RS"/>
        </w:rPr>
      </w:pPr>
      <w:r w:rsidRPr="00EE6B77">
        <w:rPr>
          <w:b/>
          <w:bCs/>
          <w:lang w:val="sr-Cyrl-RS"/>
        </w:rPr>
        <w:t>Појам концесије</w:t>
      </w:r>
    </w:p>
    <w:p w14:paraId="5AAAC2EA" w14:textId="77777777" w:rsidR="00B67CA3" w:rsidRPr="00EE6B77" w:rsidRDefault="00847618">
      <w:pPr>
        <w:jc w:val="center"/>
        <w:rPr>
          <w:b/>
          <w:bCs/>
          <w:lang w:val="sr-Cyrl-RS"/>
        </w:rPr>
      </w:pPr>
      <w:r w:rsidRPr="00EE6B77">
        <w:rPr>
          <w:b/>
          <w:bCs/>
          <w:lang w:val="sr-Cyrl-RS"/>
        </w:rPr>
        <w:t>Члан 10</w:t>
      </w:r>
    </w:p>
    <w:p w14:paraId="64046E70" w14:textId="77777777" w:rsidR="00B67CA3" w:rsidRPr="00D632CD" w:rsidRDefault="00847618">
      <w:pPr>
        <w:jc w:val="both"/>
        <w:rPr>
          <w:lang w:val="sr-Cyrl-RS"/>
        </w:rPr>
      </w:pPr>
      <w:r w:rsidRPr="00D632CD">
        <w:rPr>
          <w:lang w:val="sr-Cyrl-RS"/>
        </w:rPr>
        <w:t>Концесија, у смислу овог закона, јесте уговорно или институционално ЈПП са елементима концесије у коме је јавним уговором уређено комерцијално коришћење природног богатства, добра у општој употреби која су у јавној својини, односно добра у својини јавног тела или обављање делатности од општег интереса, које јавни партнер уступа приватном партнеру на одређено време, под посебно прописаним условима, уз плаћање концесионе накнаде од стране приватног, односно јавног партнера, при чему приватни партнер сноси оперативни ризик везан за комерцијално коришћење предмета концесије.</w:t>
      </w:r>
    </w:p>
    <w:p w14:paraId="190D99F4" w14:textId="77777777" w:rsidR="00B67CA3" w:rsidRPr="00D632CD" w:rsidRDefault="00847618">
      <w:pPr>
        <w:jc w:val="both"/>
        <w:rPr>
          <w:lang w:val="sr-Cyrl-RS"/>
        </w:rPr>
      </w:pPr>
      <w:r w:rsidRPr="00D632CD">
        <w:rPr>
          <w:lang w:val="sr-Cyrl-RS"/>
        </w:rPr>
        <w:t>Посебни облици концесије су концесија за јавне радове и концесија за јавне услуге.</w:t>
      </w:r>
    </w:p>
    <w:p w14:paraId="39D7E242" w14:textId="77777777" w:rsidR="00B67CA3" w:rsidRPr="00D632CD" w:rsidRDefault="00847618">
      <w:pPr>
        <w:jc w:val="both"/>
        <w:rPr>
          <w:lang w:val="sr-Cyrl-RS"/>
        </w:rPr>
      </w:pPr>
      <w:r w:rsidRPr="00D632CD">
        <w:rPr>
          <w:lang w:val="sr-Cyrl-RS"/>
        </w:rPr>
        <w:t>Концесија за јавне радове је јавни уговор чији је предмет извођење радова, пројектовање и извођење радова, изградња, реконструкција, управљање или одржавање јавне инфраструктуре или другог објекта од јавног значаја, када се накнада састоји од права на коришћење изведених радова или од тог права заједно са плаћањем, уз пренос оперативног ризика на концесионара.</w:t>
      </w:r>
    </w:p>
    <w:p w14:paraId="2A0FD5CB" w14:textId="77777777" w:rsidR="00B67CA3" w:rsidRPr="00D632CD" w:rsidRDefault="00847618">
      <w:pPr>
        <w:jc w:val="both"/>
        <w:rPr>
          <w:lang w:val="sr-Cyrl-RS"/>
        </w:rPr>
      </w:pPr>
      <w:r w:rsidRPr="00D632CD">
        <w:rPr>
          <w:lang w:val="sr-Cyrl-RS"/>
        </w:rPr>
        <w:t>Концесија за јавне услуге је јавни уговор чији је предмет пружање и управљање услугама од јавног значаја, осим извођења радова из става 3. овог члана, када се накнада састоји од права на коришћење услуга, наплату од корисника или остваривање прихода по другом уговореном основу, или од тог права заједно са плаћањем, уз пренос оперативног ризика на концесионара.</w:t>
      </w:r>
    </w:p>
    <w:p w14:paraId="3C89A217" w14:textId="77777777" w:rsidR="00B67CA3" w:rsidRPr="00D632CD" w:rsidRDefault="00847618">
      <w:pPr>
        <w:jc w:val="both"/>
        <w:rPr>
          <w:lang w:val="sr-Cyrl-RS"/>
        </w:rPr>
      </w:pPr>
      <w:r w:rsidRPr="00D632CD">
        <w:rPr>
          <w:lang w:val="sr-Cyrl-RS"/>
        </w:rPr>
        <w:t>Додела концесије за јавне радове или јавне услуге подразумева пренос оперативног ризика на концесионара при искоришћавању тих радова или услуга који обухвата ризик понуде или тражње или оба.</w:t>
      </w:r>
    </w:p>
    <w:p w14:paraId="071C21ED" w14:textId="77777777" w:rsidR="00B67CA3" w:rsidRDefault="00847618">
      <w:pPr>
        <w:jc w:val="both"/>
        <w:rPr>
          <w:lang w:val="sr-Cyrl-RS"/>
        </w:rPr>
      </w:pPr>
      <w:r w:rsidRPr="00D632CD">
        <w:rPr>
          <w:lang w:val="sr-Cyrl-RS"/>
        </w:rPr>
        <w:t>Сматра се да концесионар преузима оперативни ризик када, под нормалним оперативним условима, није загарантовано да ће надокнадити уложена улагања или трошкове настале у извођењу радова или услуга које су предмет концесије.</w:t>
      </w:r>
    </w:p>
    <w:p w14:paraId="23DDCEA8" w14:textId="77777777" w:rsidR="00EE6B77" w:rsidRPr="00D632CD" w:rsidRDefault="00EE6B77">
      <w:pPr>
        <w:jc w:val="both"/>
        <w:rPr>
          <w:lang w:val="sr-Cyrl-RS"/>
        </w:rPr>
      </w:pPr>
    </w:p>
    <w:p w14:paraId="5D4E4535" w14:textId="77777777" w:rsidR="00B67CA3" w:rsidRPr="00EE6B77" w:rsidRDefault="00847618">
      <w:pPr>
        <w:spacing w:after="0"/>
        <w:jc w:val="center"/>
        <w:rPr>
          <w:b/>
          <w:bCs/>
          <w:lang w:val="sr-Cyrl-RS"/>
        </w:rPr>
      </w:pPr>
      <w:r w:rsidRPr="00EE6B77">
        <w:rPr>
          <w:b/>
          <w:bCs/>
          <w:lang w:val="sr-Cyrl-RS"/>
        </w:rPr>
        <w:t>Предмет концесије</w:t>
      </w:r>
    </w:p>
    <w:p w14:paraId="1EC1E05E" w14:textId="77777777" w:rsidR="00B67CA3" w:rsidRPr="00EE6B77" w:rsidRDefault="00847618">
      <w:pPr>
        <w:jc w:val="center"/>
        <w:rPr>
          <w:b/>
          <w:bCs/>
          <w:lang w:val="sr-Cyrl-RS"/>
        </w:rPr>
      </w:pPr>
      <w:r w:rsidRPr="00EE6B77">
        <w:rPr>
          <w:b/>
          <w:bCs/>
          <w:lang w:val="sr-Cyrl-RS"/>
        </w:rPr>
        <w:t>Члан 11</w:t>
      </w:r>
    </w:p>
    <w:p w14:paraId="0EC92F06" w14:textId="77777777" w:rsidR="00B67CA3" w:rsidRPr="00D632CD" w:rsidRDefault="00847618">
      <w:pPr>
        <w:jc w:val="both"/>
        <w:rPr>
          <w:lang w:val="sr-Cyrl-RS"/>
        </w:rPr>
      </w:pPr>
      <w:r w:rsidRPr="00D632CD">
        <w:rPr>
          <w:lang w:val="sr-Cyrl-RS"/>
        </w:rPr>
        <w:lastRenderedPageBreak/>
        <w:t>Концесија се може дати ради комерцијалног коришћења природног богатства, добра у општој употреби која су у јавној својини, односно добра у својини јавног тела или обављања делатности од општег интереса, а нарочито:</w:t>
      </w:r>
    </w:p>
    <w:p w14:paraId="571DA77C" w14:textId="77777777" w:rsidR="00B67CA3" w:rsidRPr="00D632CD" w:rsidRDefault="00847618">
      <w:pPr>
        <w:jc w:val="both"/>
        <w:rPr>
          <w:lang w:val="sr-Cyrl-RS"/>
        </w:rPr>
      </w:pPr>
      <w:r w:rsidRPr="00D632CD">
        <w:rPr>
          <w:lang w:val="sr-Cyrl-RS"/>
        </w:rPr>
        <w:t>1) за истраживање и експлоатацију минералних сировина и других геолошких ресурса;</w:t>
      </w:r>
    </w:p>
    <w:p w14:paraId="27AF23A1" w14:textId="77777777" w:rsidR="00B67CA3" w:rsidRPr="00D632CD" w:rsidRDefault="00847618">
      <w:pPr>
        <w:jc w:val="both"/>
        <w:rPr>
          <w:lang w:val="sr-Cyrl-RS"/>
        </w:rPr>
      </w:pPr>
      <w:r w:rsidRPr="00D632CD">
        <w:rPr>
          <w:lang w:val="sr-Cyrl-RS"/>
        </w:rPr>
        <w:t>2) за поједине делатности унутар заштићених подручја природе, као и за коришћење других заштићених природних богатстава;</w:t>
      </w:r>
    </w:p>
    <w:p w14:paraId="04F69A54" w14:textId="77777777" w:rsidR="00B67CA3" w:rsidRPr="00D632CD" w:rsidRDefault="00847618">
      <w:pPr>
        <w:jc w:val="both"/>
        <w:rPr>
          <w:lang w:val="sr-Cyrl-RS"/>
        </w:rPr>
      </w:pPr>
      <w:r w:rsidRPr="00D632CD">
        <w:rPr>
          <w:lang w:val="sr-Cyrl-RS"/>
        </w:rPr>
        <w:t>3) у области енергетике;</w:t>
      </w:r>
    </w:p>
    <w:p w14:paraId="038B3CE5" w14:textId="77777777" w:rsidR="00B67CA3" w:rsidRPr="00D632CD" w:rsidRDefault="00847618">
      <w:pPr>
        <w:jc w:val="both"/>
        <w:rPr>
          <w:lang w:val="sr-Cyrl-RS"/>
        </w:rPr>
      </w:pPr>
      <w:r w:rsidRPr="00D632CD">
        <w:rPr>
          <w:lang w:val="sr-Cyrl-RS"/>
        </w:rPr>
        <w:t>4) за луке;</w:t>
      </w:r>
    </w:p>
    <w:p w14:paraId="0FABCF66" w14:textId="77777777" w:rsidR="00B67CA3" w:rsidRPr="00D632CD" w:rsidRDefault="00847618">
      <w:pPr>
        <w:jc w:val="both"/>
        <w:rPr>
          <w:lang w:val="sr-Cyrl-RS"/>
        </w:rPr>
      </w:pPr>
      <w:r w:rsidRPr="00D632CD">
        <w:rPr>
          <w:lang w:val="sr-Cyrl-RS"/>
        </w:rPr>
        <w:t>5) за јавне путеве;</w:t>
      </w:r>
    </w:p>
    <w:p w14:paraId="4D4023FE" w14:textId="77777777" w:rsidR="00B67CA3" w:rsidRPr="00D632CD" w:rsidRDefault="00847618">
      <w:pPr>
        <w:jc w:val="both"/>
        <w:rPr>
          <w:lang w:val="sr-Cyrl-RS"/>
        </w:rPr>
      </w:pPr>
      <w:r w:rsidRPr="00D632CD">
        <w:rPr>
          <w:lang w:val="sr-Cyrl-RS"/>
        </w:rPr>
        <w:t>6) за јавни превоз;</w:t>
      </w:r>
    </w:p>
    <w:p w14:paraId="30B199FF" w14:textId="77777777" w:rsidR="00B67CA3" w:rsidRPr="00D632CD" w:rsidRDefault="00847618">
      <w:pPr>
        <w:jc w:val="both"/>
        <w:rPr>
          <w:lang w:val="sr-Cyrl-RS"/>
        </w:rPr>
      </w:pPr>
      <w:r w:rsidRPr="00D632CD">
        <w:rPr>
          <w:lang w:val="sr-Cyrl-RS"/>
        </w:rPr>
        <w:t>7) за аеродроме;</w:t>
      </w:r>
    </w:p>
    <w:p w14:paraId="286D937F" w14:textId="77777777" w:rsidR="00B67CA3" w:rsidRPr="00D632CD" w:rsidRDefault="00847618">
      <w:pPr>
        <w:jc w:val="both"/>
        <w:rPr>
          <w:lang w:val="sr-Cyrl-RS"/>
        </w:rPr>
      </w:pPr>
      <w:r w:rsidRPr="00D632CD">
        <w:rPr>
          <w:lang w:val="sr-Cyrl-RS"/>
        </w:rPr>
        <w:t>8) у области спорта и образовања;</w:t>
      </w:r>
    </w:p>
    <w:p w14:paraId="0EC02A09" w14:textId="77777777" w:rsidR="00B67CA3" w:rsidRPr="00D632CD" w:rsidRDefault="00847618">
      <w:pPr>
        <w:jc w:val="both"/>
        <w:rPr>
          <w:lang w:val="sr-Cyrl-RS"/>
        </w:rPr>
      </w:pPr>
      <w:r w:rsidRPr="00D632CD">
        <w:rPr>
          <w:lang w:val="sr-Cyrl-RS"/>
        </w:rPr>
        <w:t>9) на културним добрима;</w:t>
      </w:r>
    </w:p>
    <w:p w14:paraId="7D1945E6" w14:textId="77777777" w:rsidR="00B67CA3" w:rsidRPr="00D632CD" w:rsidRDefault="00847618">
      <w:pPr>
        <w:jc w:val="both"/>
        <w:rPr>
          <w:lang w:val="sr-Cyrl-RS"/>
        </w:rPr>
      </w:pPr>
      <w:r w:rsidRPr="00D632CD">
        <w:rPr>
          <w:lang w:val="sr-Cyrl-RS"/>
        </w:rPr>
        <w:t>10) за комуналне делатности;</w:t>
      </w:r>
    </w:p>
    <w:p w14:paraId="4D9B9652" w14:textId="77777777" w:rsidR="00B67CA3" w:rsidRPr="00D632CD" w:rsidRDefault="00847618">
      <w:pPr>
        <w:jc w:val="both"/>
        <w:rPr>
          <w:lang w:val="sr-Cyrl-RS"/>
        </w:rPr>
      </w:pPr>
      <w:r w:rsidRPr="00D632CD">
        <w:rPr>
          <w:lang w:val="sr-Cyrl-RS"/>
        </w:rPr>
        <w:t>11) у области железница;</w:t>
      </w:r>
    </w:p>
    <w:p w14:paraId="64E294BD" w14:textId="77777777" w:rsidR="00B67CA3" w:rsidRPr="00D632CD" w:rsidRDefault="00847618">
      <w:pPr>
        <w:jc w:val="both"/>
        <w:rPr>
          <w:lang w:val="sr-Cyrl-RS"/>
        </w:rPr>
      </w:pPr>
      <w:r w:rsidRPr="00D632CD">
        <w:rPr>
          <w:lang w:val="sr-Cyrl-RS"/>
        </w:rPr>
        <w:t>12) за комерцијално коришћење жичара;</w:t>
      </w:r>
    </w:p>
    <w:p w14:paraId="63710567" w14:textId="77777777" w:rsidR="00B67CA3" w:rsidRPr="00D632CD" w:rsidRDefault="00847618">
      <w:pPr>
        <w:jc w:val="both"/>
        <w:rPr>
          <w:lang w:val="sr-Cyrl-RS"/>
        </w:rPr>
      </w:pPr>
      <w:r w:rsidRPr="00D632CD">
        <w:rPr>
          <w:lang w:val="sr-Cyrl-RS"/>
        </w:rPr>
        <w:t>13) у области здравства;</w:t>
      </w:r>
    </w:p>
    <w:p w14:paraId="01E92C18" w14:textId="77777777" w:rsidR="00B67CA3" w:rsidRPr="00D632CD" w:rsidRDefault="00847618">
      <w:pPr>
        <w:jc w:val="both"/>
        <w:rPr>
          <w:lang w:val="sr-Cyrl-RS"/>
        </w:rPr>
      </w:pPr>
      <w:r w:rsidRPr="00D632CD">
        <w:rPr>
          <w:lang w:val="sr-Cyrl-RS"/>
        </w:rPr>
        <w:t>14) у области туризма;</w:t>
      </w:r>
    </w:p>
    <w:p w14:paraId="694D48DE" w14:textId="77777777" w:rsidR="00B67CA3" w:rsidRPr="00D632CD" w:rsidRDefault="00847618">
      <w:pPr>
        <w:jc w:val="both"/>
        <w:rPr>
          <w:lang w:val="sr-Cyrl-RS"/>
        </w:rPr>
      </w:pPr>
      <w:r w:rsidRPr="00D632CD">
        <w:rPr>
          <w:lang w:val="sr-Cyrl-RS"/>
        </w:rPr>
        <w:t>15) и другим областима.</w:t>
      </w:r>
    </w:p>
    <w:p w14:paraId="54F156AC" w14:textId="77777777" w:rsidR="00B67CA3" w:rsidRPr="00D632CD" w:rsidRDefault="00847618">
      <w:pPr>
        <w:jc w:val="both"/>
        <w:rPr>
          <w:lang w:val="sr-Cyrl-RS"/>
        </w:rPr>
      </w:pPr>
      <w:r w:rsidRPr="00D632CD">
        <w:rPr>
          <w:lang w:val="sr-Cyrl-RS"/>
        </w:rPr>
        <w:t>Осим питања поступка, сва друга питања од значаја за давање концесија за поједину област или делатност из става 1. овог члана могу се уредити посебним законом којим се уређује та област или делатност.</w:t>
      </w:r>
    </w:p>
    <w:p w14:paraId="52ED6ED1" w14:textId="77777777" w:rsidR="00EE6B77" w:rsidRDefault="00EE6B77">
      <w:pPr>
        <w:jc w:val="center"/>
        <w:rPr>
          <w:lang w:val="sr-Cyrl-RS"/>
        </w:rPr>
      </w:pPr>
    </w:p>
    <w:p w14:paraId="178D4EEC" w14:textId="07793864" w:rsidR="00EE6B77" w:rsidRPr="00EE6B77" w:rsidRDefault="00847618" w:rsidP="00EE6B77">
      <w:pPr>
        <w:jc w:val="center"/>
        <w:rPr>
          <w:b/>
          <w:bCs/>
          <w:lang w:val="sr-Cyrl-RS"/>
        </w:rPr>
      </w:pPr>
      <w:r w:rsidRPr="00EE6B77">
        <w:rPr>
          <w:b/>
          <w:bCs/>
          <w:lang w:val="sr-Cyrl-RS"/>
        </w:rPr>
        <w:t>4. Јавни партнер</w:t>
      </w:r>
    </w:p>
    <w:p w14:paraId="53134E24" w14:textId="7F9A5E40" w:rsidR="00EE6B77" w:rsidRPr="00EE6B77" w:rsidRDefault="00847618" w:rsidP="00EE6B77">
      <w:pPr>
        <w:spacing w:after="0"/>
        <w:jc w:val="center"/>
        <w:rPr>
          <w:b/>
          <w:bCs/>
          <w:lang w:val="sr-Cyrl-RS"/>
        </w:rPr>
      </w:pPr>
      <w:r w:rsidRPr="00EE6B77">
        <w:rPr>
          <w:b/>
          <w:bCs/>
          <w:lang w:val="sr-Cyrl-RS"/>
        </w:rPr>
        <w:t>Јавно тело и његова овлашћења</w:t>
      </w:r>
    </w:p>
    <w:p w14:paraId="5F9EBCF3" w14:textId="77777777" w:rsidR="00B67CA3" w:rsidRPr="00EE6B77" w:rsidRDefault="00847618">
      <w:pPr>
        <w:jc w:val="center"/>
        <w:rPr>
          <w:b/>
          <w:bCs/>
          <w:lang w:val="sr-Cyrl-RS"/>
        </w:rPr>
      </w:pPr>
      <w:r w:rsidRPr="00EE6B77">
        <w:rPr>
          <w:b/>
          <w:bCs/>
          <w:lang w:val="sr-Cyrl-RS"/>
        </w:rPr>
        <w:t>Члан 12</w:t>
      </w:r>
    </w:p>
    <w:p w14:paraId="67C397D5" w14:textId="77777777" w:rsidR="00B67CA3" w:rsidRPr="00D632CD" w:rsidRDefault="00847618">
      <w:pPr>
        <w:jc w:val="both"/>
        <w:rPr>
          <w:lang w:val="sr-Cyrl-RS"/>
        </w:rPr>
      </w:pPr>
      <w:r w:rsidRPr="00D632CD">
        <w:rPr>
          <w:lang w:val="sr-Cyrl-RS"/>
        </w:rPr>
        <w:t>Јавна тела имају право да самостално покрену поступак реализације пројекта ЈПП из своје надлежности.</w:t>
      </w:r>
    </w:p>
    <w:p w14:paraId="55A4B340" w14:textId="77777777" w:rsidR="00B67CA3" w:rsidRPr="00D632CD" w:rsidRDefault="00847618">
      <w:pPr>
        <w:jc w:val="both"/>
        <w:rPr>
          <w:lang w:val="sr-Cyrl-RS"/>
        </w:rPr>
      </w:pPr>
      <w:r w:rsidRPr="00D632CD">
        <w:rPr>
          <w:lang w:val="sr-Cyrl-RS"/>
        </w:rPr>
        <w:t>Јавна тела имају право да закључују јавне уговоре са свим правним или физичким лицима, као и да закључују споредне или повезане споразуме.</w:t>
      </w:r>
    </w:p>
    <w:p w14:paraId="54A5B751" w14:textId="74767604" w:rsidR="00EE6B77" w:rsidRPr="00EE6B77" w:rsidRDefault="00847618" w:rsidP="00EE6B77">
      <w:pPr>
        <w:jc w:val="center"/>
        <w:rPr>
          <w:b/>
          <w:bCs/>
          <w:lang w:val="sr-Cyrl-RS"/>
        </w:rPr>
      </w:pPr>
      <w:r w:rsidRPr="00EE6B77">
        <w:rPr>
          <w:b/>
          <w:bCs/>
          <w:lang w:val="sr-Cyrl-RS"/>
        </w:rPr>
        <w:t>Јавно тело као давалац концесије</w:t>
      </w:r>
    </w:p>
    <w:p w14:paraId="2A04C113" w14:textId="77777777" w:rsidR="00B67CA3" w:rsidRPr="00EE6B77" w:rsidRDefault="00847618">
      <w:pPr>
        <w:jc w:val="center"/>
        <w:rPr>
          <w:b/>
          <w:bCs/>
          <w:lang w:val="sr-Cyrl-RS"/>
        </w:rPr>
      </w:pPr>
      <w:r w:rsidRPr="00EE6B77">
        <w:rPr>
          <w:b/>
          <w:bCs/>
          <w:lang w:val="sr-Cyrl-RS"/>
        </w:rPr>
        <w:t>Члан 13</w:t>
      </w:r>
    </w:p>
    <w:p w14:paraId="136FB033" w14:textId="77777777" w:rsidR="00B67CA3" w:rsidRPr="00D632CD" w:rsidRDefault="00847618">
      <w:pPr>
        <w:jc w:val="both"/>
        <w:rPr>
          <w:lang w:val="sr-Cyrl-RS"/>
        </w:rPr>
      </w:pPr>
      <w:r w:rsidRPr="00D632CD">
        <w:rPr>
          <w:lang w:val="sr-Cyrl-RS"/>
        </w:rPr>
        <w:lastRenderedPageBreak/>
        <w:t>Јавно тело има право да самостално покрене поступак реализације пројекта ЈПП са елементима концесије за коришћење природног богатства, добра у општој употреби која су у јавној својини, односно добра у својини јавног тела или обављања делатности од општег интереса из своје надлежности.</w:t>
      </w:r>
    </w:p>
    <w:p w14:paraId="3EC75424" w14:textId="77777777" w:rsidR="00B67CA3" w:rsidRPr="00D632CD" w:rsidRDefault="00847618">
      <w:pPr>
        <w:jc w:val="both"/>
        <w:rPr>
          <w:lang w:val="sr-Cyrl-RS"/>
        </w:rPr>
      </w:pPr>
      <w:r w:rsidRPr="00D632CD">
        <w:rPr>
          <w:lang w:val="sr-Cyrl-RS"/>
        </w:rPr>
        <w:t>Давалац концесије може бити:</w:t>
      </w:r>
    </w:p>
    <w:p w14:paraId="7FF3CB15" w14:textId="77777777" w:rsidR="00B67CA3" w:rsidRPr="00D632CD" w:rsidRDefault="00847618">
      <w:pPr>
        <w:jc w:val="both"/>
        <w:rPr>
          <w:lang w:val="sr-Cyrl-RS"/>
        </w:rPr>
      </w:pPr>
      <w:r w:rsidRPr="00D632CD">
        <w:rPr>
          <w:lang w:val="sr-Cyrl-RS"/>
        </w:rPr>
        <w:t>1) Влада, у име Републике Србије када су јавна тела и предмет концесије у надлежности Републике Србије;</w:t>
      </w:r>
    </w:p>
    <w:p w14:paraId="46C2D4F2" w14:textId="77777777" w:rsidR="00B67CA3" w:rsidRPr="00D632CD" w:rsidRDefault="00847618">
      <w:pPr>
        <w:jc w:val="both"/>
        <w:rPr>
          <w:lang w:val="sr-Cyrl-RS"/>
        </w:rPr>
      </w:pPr>
      <w:r w:rsidRPr="00D632CD">
        <w:rPr>
          <w:lang w:val="sr-Cyrl-RS"/>
        </w:rPr>
        <w:t>2) Влада аутономне покрајине, у име аутономне покрајине када су јавна тела и предмет концесије у надлежности аутономне покрајине;</w:t>
      </w:r>
    </w:p>
    <w:p w14:paraId="3B702C8B" w14:textId="77777777" w:rsidR="00B67CA3" w:rsidRPr="00D632CD" w:rsidRDefault="00847618">
      <w:pPr>
        <w:jc w:val="both"/>
        <w:rPr>
          <w:lang w:val="sr-Cyrl-RS"/>
        </w:rPr>
      </w:pPr>
      <w:r w:rsidRPr="00D632CD">
        <w:rPr>
          <w:lang w:val="sr-Cyrl-RS"/>
        </w:rPr>
        <w:t>3) скупштина јединице локалне самоуправе, када су јавна тела и предмет концесије у надлежности јединице локалне самоуправе;</w:t>
      </w:r>
    </w:p>
    <w:p w14:paraId="5969A829" w14:textId="77777777" w:rsidR="00B67CA3" w:rsidRPr="00D632CD" w:rsidRDefault="00847618">
      <w:pPr>
        <w:jc w:val="both"/>
        <w:rPr>
          <w:lang w:val="sr-Cyrl-RS"/>
        </w:rPr>
      </w:pPr>
      <w:r w:rsidRPr="00D632CD">
        <w:rPr>
          <w:lang w:val="sr-Cyrl-RS"/>
        </w:rPr>
        <w:t>4) јавно предузеће;</w:t>
      </w:r>
    </w:p>
    <w:p w14:paraId="45651AAA" w14:textId="77777777" w:rsidR="00B67CA3" w:rsidRPr="00D632CD" w:rsidRDefault="00847618">
      <w:pPr>
        <w:jc w:val="both"/>
        <w:rPr>
          <w:lang w:val="sr-Cyrl-RS"/>
        </w:rPr>
      </w:pPr>
      <w:r w:rsidRPr="00D632CD">
        <w:rPr>
          <w:lang w:val="sr-Cyrl-RS"/>
        </w:rPr>
        <w:t>5) правно лице овлашћено посебним прописима за давање концесије.</w:t>
      </w:r>
    </w:p>
    <w:p w14:paraId="50929EF8" w14:textId="77777777" w:rsidR="003C5BD9" w:rsidRDefault="003C5BD9">
      <w:pPr>
        <w:jc w:val="center"/>
        <w:rPr>
          <w:lang w:val="sr-Cyrl-RS"/>
        </w:rPr>
      </w:pPr>
    </w:p>
    <w:p w14:paraId="68A89335" w14:textId="74C54FC8" w:rsidR="00B67CA3" w:rsidRPr="00EE6B77" w:rsidRDefault="00847618">
      <w:pPr>
        <w:jc w:val="center"/>
        <w:rPr>
          <w:b/>
          <w:bCs/>
          <w:lang w:val="sr-Cyrl-RS"/>
        </w:rPr>
      </w:pPr>
      <w:r w:rsidRPr="00EE6B77">
        <w:rPr>
          <w:b/>
          <w:bCs/>
          <w:lang w:val="sr-Cyrl-RS"/>
        </w:rPr>
        <w:t>5. Приватни партнер</w:t>
      </w:r>
    </w:p>
    <w:p w14:paraId="26243A56" w14:textId="77777777" w:rsidR="00B67CA3" w:rsidRPr="00EE6B77" w:rsidRDefault="00847618">
      <w:pPr>
        <w:spacing w:after="0"/>
        <w:jc w:val="center"/>
        <w:rPr>
          <w:b/>
          <w:bCs/>
          <w:lang w:val="sr-Cyrl-RS"/>
        </w:rPr>
      </w:pPr>
      <w:r w:rsidRPr="00EE6B77">
        <w:rPr>
          <w:b/>
          <w:bCs/>
          <w:lang w:val="sr-Cyrl-RS"/>
        </w:rPr>
        <w:t>Правно и физичко лице</w:t>
      </w:r>
    </w:p>
    <w:p w14:paraId="23405718" w14:textId="77777777" w:rsidR="00EE6B77" w:rsidRPr="00EE6B77" w:rsidRDefault="00EE6B77">
      <w:pPr>
        <w:spacing w:after="0"/>
        <w:jc w:val="center"/>
        <w:rPr>
          <w:b/>
          <w:bCs/>
          <w:lang w:val="sr-Cyrl-RS"/>
        </w:rPr>
      </w:pPr>
    </w:p>
    <w:p w14:paraId="56DEC62A" w14:textId="77777777" w:rsidR="00B67CA3" w:rsidRPr="00EE6B77" w:rsidRDefault="00847618">
      <w:pPr>
        <w:jc w:val="center"/>
        <w:rPr>
          <w:b/>
          <w:bCs/>
          <w:lang w:val="sr-Cyrl-RS"/>
        </w:rPr>
      </w:pPr>
      <w:r w:rsidRPr="00EE6B77">
        <w:rPr>
          <w:b/>
          <w:bCs/>
          <w:lang w:val="sr-Cyrl-RS"/>
        </w:rPr>
        <w:t>Члан 14</w:t>
      </w:r>
    </w:p>
    <w:p w14:paraId="3B6519B1" w14:textId="77777777" w:rsidR="00B67CA3" w:rsidRPr="00D632CD" w:rsidRDefault="00847618">
      <w:pPr>
        <w:jc w:val="both"/>
        <w:rPr>
          <w:lang w:val="sr-Cyrl-RS"/>
        </w:rPr>
      </w:pPr>
      <w:r w:rsidRPr="00D632CD">
        <w:rPr>
          <w:lang w:val="sr-Cyrl-RS"/>
        </w:rPr>
        <w:t>Учесник у поступку избора приватног партнера може бити свако домаће или страно физичко, односно правно лице, као и група тих лица.</w:t>
      </w:r>
    </w:p>
    <w:p w14:paraId="30976C60" w14:textId="77777777" w:rsidR="00B67CA3" w:rsidRPr="00D632CD" w:rsidRDefault="00847618">
      <w:pPr>
        <w:jc w:val="both"/>
        <w:rPr>
          <w:lang w:val="sr-Cyrl-RS"/>
        </w:rPr>
      </w:pPr>
      <w:r w:rsidRPr="00D632CD">
        <w:rPr>
          <w:lang w:val="sr-Cyrl-RS"/>
        </w:rPr>
        <w:t>Лица из ставa 1. овог члана могу подносити понуде или наступати као учесници у поступку. Јавна тела немају право да траже од ових лица да имају одређену правну форму како би учествовала у поступку.</w:t>
      </w:r>
    </w:p>
    <w:p w14:paraId="3C2566E2" w14:textId="77777777" w:rsidR="00B67CA3" w:rsidRDefault="00847618">
      <w:pPr>
        <w:jc w:val="both"/>
        <w:rPr>
          <w:lang w:val="sr-Cyrl-RS"/>
        </w:rPr>
      </w:pPr>
      <w:r w:rsidRPr="00D632CD">
        <w:rPr>
          <w:lang w:val="sr-Cyrl-RS"/>
        </w:rPr>
        <w:t>Од свих учесника у поступку чија је понуда оцењена као најповољнија мора се захтевати одређена правна форма по додели јавног уговора.</w:t>
      </w:r>
    </w:p>
    <w:p w14:paraId="043B8B38" w14:textId="77777777" w:rsidR="00EE6B77" w:rsidRPr="00D632CD" w:rsidRDefault="00EE6B77">
      <w:pPr>
        <w:jc w:val="both"/>
        <w:rPr>
          <w:lang w:val="sr-Cyrl-RS"/>
        </w:rPr>
      </w:pPr>
    </w:p>
    <w:p w14:paraId="73744A69" w14:textId="4F578552" w:rsidR="00EE6B77" w:rsidRPr="00EE6B77" w:rsidRDefault="00847618" w:rsidP="00EE6B77">
      <w:pPr>
        <w:jc w:val="center"/>
        <w:rPr>
          <w:b/>
          <w:bCs/>
          <w:lang w:val="sr-Cyrl-RS"/>
        </w:rPr>
      </w:pPr>
      <w:r w:rsidRPr="00EE6B77">
        <w:rPr>
          <w:b/>
          <w:bCs/>
          <w:lang w:val="sr-Cyrl-RS"/>
        </w:rPr>
        <w:t>Друштво за посебне намене</w:t>
      </w:r>
    </w:p>
    <w:p w14:paraId="5771FD94" w14:textId="77777777" w:rsidR="00B67CA3" w:rsidRPr="00EE6B77" w:rsidRDefault="00847618">
      <w:pPr>
        <w:jc w:val="center"/>
        <w:rPr>
          <w:b/>
          <w:bCs/>
          <w:lang w:val="sr-Cyrl-RS"/>
        </w:rPr>
      </w:pPr>
      <w:r w:rsidRPr="00EE6B77">
        <w:rPr>
          <w:b/>
          <w:bCs/>
          <w:lang w:val="sr-Cyrl-RS"/>
        </w:rPr>
        <w:t>Члан 15</w:t>
      </w:r>
    </w:p>
    <w:p w14:paraId="4B19FEEB" w14:textId="77777777" w:rsidR="00B67CA3" w:rsidRPr="00D632CD" w:rsidRDefault="00847618">
      <w:pPr>
        <w:jc w:val="both"/>
        <w:rPr>
          <w:lang w:val="sr-Cyrl-RS"/>
        </w:rPr>
      </w:pPr>
      <w:r w:rsidRPr="00D632CD">
        <w:rPr>
          <w:lang w:val="sr-Cyrl-RS"/>
        </w:rPr>
        <w:t>ДПН се може основати ради реализације јавног уговора, осим ако предлогом пројекта ЈПП, односно концесионим актом није другачије одређено, и може учествовати искључиво у спровођењу пројекта ЈПП са или без елемената концесије у чију сврху је основано.</w:t>
      </w:r>
    </w:p>
    <w:p w14:paraId="3F555A48" w14:textId="77777777" w:rsidR="00B67CA3" w:rsidRDefault="00847618">
      <w:pPr>
        <w:jc w:val="both"/>
        <w:rPr>
          <w:lang w:val="sr-Cyrl-RS"/>
        </w:rPr>
      </w:pPr>
      <w:r w:rsidRPr="00D632CD">
        <w:rPr>
          <w:lang w:val="sr-Cyrl-RS"/>
        </w:rPr>
        <w:t>ДПН се оснива у складу са одредбама закона којим се уређује положај привредних друштава.</w:t>
      </w:r>
    </w:p>
    <w:p w14:paraId="72D89287" w14:textId="77777777" w:rsidR="00EE6B77" w:rsidRPr="00D632CD" w:rsidRDefault="00EE6B77">
      <w:pPr>
        <w:jc w:val="both"/>
        <w:rPr>
          <w:lang w:val="sr-Cyrl-RS"/>
        </w:rPr>
      </w:pPr>
    </w:p>
    <w:p w14:paraId="48755EFD" w14:textId="11C9BA84" w:rsidR="00B67CA3" w:rsidRPr="00EE6B77" w:rsidRDefault="00847618" w:rsidP="00EE6B77">
      <w:pPr>
        <w:jc w:val="center"/>
        <w:rPr>
          <w:b/>
          <w:bCs/>
          <w:lang w:val="sr-Cyrl-RS"/>
        </w:rPr>
      </w:pPr>
      <w:r w:rsidRPr="00EE6B77">
        <w:rPr>
          <w:b/>
          <w:bCs/>
          <w:lang w:val="sr-Cyrl-RS"/>
        </w:rPr>
        <w:t>Конзорцијум као учесник у поступку доделе јавног уговора</w:t>
      </w:r>
    </w:p>
    <w:p w14:paraId="59C9D9CA" w14:textId="77777777" w:rsidR="00B67CA3" w:rsidRPr="00EE6B77" w:rsidRDefault="00847618">
      <w:pPr>
        <w:jc w:val="center"/>
        <w:rPr>
          <w:b/>
          <w:bCs/>
          <w:lang w:val="sr-Cyrl-RS"/>
        </w:rPr>
      </w:pPr>
      <w:r w:rsidRPr="00EE6B77">
        <w:rPr>
          <w:b/>
          <w:bCs/>
          <w:lang w:val="sr-Cyrl-RS"/>
        </w:rPr>
        <w:t>Члан 16</w:t>
      </w:r>
    </w:p>
    <w:p w14:paraId="2FB4F7F8" w14:textId="77777777" w:rsidR="00B67CA3" w:rsidRPr="00D632CD" w:rsidRDefault="00847618">
      <w:pPr>
        <w:jc w:val="both"/>
        <w:rPr>
          <w:lang w:val="sr-Cyrl-RS"/>
        </w:rPr>
      </w:pPr>
      <w:r w:rsidRPr="00D632CD">
        <w:rPr>
          <w:lang w:val="sr-Cyrl-RS"/>
        </w:rPr>
        <w:lastRenderedPageBreak/>
        <w:t>Формирање конзорцијума ради учешћа у поступку доделе јавног уговора је дозвољено.</w:t>
      </w:r>
    </w:p>
    <w:p w14:paraId="4C99B9EA" w14:textId="77777777" w:rsidR="00B67CA3" w:rsidRPr="00D632CD" w:rsidRDefault="00847618">
      <w:pPr>
        <w:jc w:val="both"/>
        <w:rPr>
          <w:lang w:val="sr-Cyrl-RS"/>
        </w:rPr>
      </w:pPr>
      <w:r w:rsidRPr="00D632CD">
        <w:rPr>
          <w:lang w:val="sr-Cyrl-RS"/>
        </w:rPr>
        <w:t>Сваки члан конзорцијума може непосредно или посредно учествовати истовремено само у једном конзорцијуму.</w:t>
      </w:r>
    </w:p>
    <w:p w14:paraId="407E1129" w14:textId="77777777" w:rsidR="00B67CA3" w:rsidRPr="00D632CD" w:rsidRDefault="00847618">
      <w:pPr>
        <w:jc w:val="both"/>
        <w:rPr>
          <w:lang w:val="sr-Cyrl-RS"/>
        </w:rPr>
      </w:pPr>
      <w:r w:rsidRPr="00D632CD">
        <w:rPr>
          <w:lang w:val="sr-Cyrl-RS"/>
        </w:rPr>
        <w:t>Члан конзорцијума не може учествовати у поступку избора приватног партнера као самостални кандидат или понуђач. Одступање од овог правила доводи до дисквалификације свих конзорцијума у којима тај члан учествује и до дисквалификације тог члана ако учествује самостално.</w:t>
      </w:r>
    </w:p>
    <w:p w14:paraId="3F6532DA" w14:textId="77777777" w:rsidR="00B67CA3" w:rsidRPr="00D632CD" w:rsidRDefault="00847618">
      <w:pPr>
        <w:jc w:val="both"/>
        <w:rPr>
          <w:lang w:val="sr-Cyrl-RS"/>
        </w:rPr>
      </w:pPr>
      <w:r w:rsidRPr="00D632CD">
        <w:rPr>
          <w:lang w:val="sr-Cyrl-RS"/>
        </w:rPr>
        <w:t>Приликом разматрања квалификација конзорцијума, јавно тело разматра способности сваког члана конзорцијума и оцењује да ли су квалификације чланова конзорцијума, узете заједно, довољне и одговарајуће за испуњење критеријума за квалитативни избор.</w:t>
      </w:r>
    </w:p>
    <w:p w14:paraId="285CB0AF" w14:textId="77777777" w:rsidR="00B67CA3" w:rsidRPr="00D632CD" w:rsidRDefault="00847618">
      <w:pPr>
        <w:jc w:val="both"/>
        <w:rPr>
          <w:lang w:val="sr-Cyrl-RS"/>
        </w:rPr>
      </w:pPr>
      <w:r w:rsidRPr="00D632CD">
        <w:rPr>
          <w:lang w:val="sr-Cyrl-RS"/>
        </w:rPr>
        <w:t>Уговор о конзорцијуму може да садржи одредбе којима се ограничава одговорност појединих чланова конзорцијума док најмање један члан конзорцијума мора да буде неограничено одговоран, осим ако јавно тело другачије не захтева.</w:t>
      </w:r>
    </w:p>
    <w:p w14:paraId="06F2FB1A" w14:textId="77777777" w:rsidR="00B67CA3" w:rsidRDefault="00847618">
      <w:pPr>
        <w:jc w:val="both"/>
        <w:rPr>
          <w:lang w:val="sr-Cyrl-RS"/>
        </w:rPr>
      </w:pPr>
      <w:r w:rsidRPr="00D632CD">
        <w:rPr>
          <w:lang w:val="sr-Cyrl-RS"/>
        </w:rPr>
        <w:t>Ограничење одговорности из става 5. овог члана, у случају прихвата понуде конзорцијума, производи правно дејство према јавном телу.</w:t>
      </w:r>
    </w:p>
    <w:p w14:paraId="35C48F7B" w14:textId="77777777" w:rsidR="00EE6B77" w:rsidRPr="00D632CD" w:rsidRDefault="00EE6B77">
      <w:pPr>
        <w:jc w:val="both"/>
        <w:rPr>
          <w:lang w:val="sr-Cyrl-RS"/>
        </w:rPr>
      </w:pPr>
    </w:p>
    <w:p w14:paraId="3297B989" w14:textId="77777777" w:rsidR="00B67CA3" w:rsidRPr="00EE6B77" w:rsidRDefault="00847618" w:rsidP="0052620A">
      <w:pPr>
        <w:jc w:val="center"/>
        <w:rPr>
          <w:b/>
          <w:bCs/>
          <w:lang w:val="sr-Cyrl-RS"/>
        </w:rPr>
      </w:pPr>
      <w:r w:rsidRPr="00EE6B77">
        <w:rPr>
          <w:b/>
          <w:bCs/>
          <w:lang w:val="sr-Cyrl-RS"/>
        </w:rPr>
        <w:t>Подуговарање</w:t>
      </w:r>
    </w:p>
    <w:p w14:paraId="01B5933E" w14:textId="77777777" w:rsidR="00B67CA3" w:rsidRPr="00EE6B77" w:rsidRDefault="00847618">
      <w:pPr>
        <w:jc w:val="center"/>
        <w:rPr>
          <w:b/>
          <w:bCs/>
          <w:lang w:val="sr-Cyrl-RS"/>
        </w:rPr>
      </w:pPr>
      <w:r w:rsidRPr="00EE6B77">
        <w:rPr>
          <w:b/>
          <w:bCs/>
          <w:lang w:val="sr-Cyrl-RS"/>
        </w:rPr>
        <w:t>Члан 17</w:t>
      </w:r>
    </w:p>
    <w:p w14:paraId="2DDE562A" w14:textId="77777777" w:rsidR="00B67CA3" w:rsidRPr="00D632CD" w:rsidRDefault="00847618">
      <w:pPr>
        <w:jc w:val="both"/>
        <w:rPr>
          <w:lang w:val="sr-Cyrl-RS"/>
        </w:rPr>
      </w:pPr>
      <w:r w:rsidRPr="00D632CD">
        <w:rPr>
          <w:lang w:val="sr-Cyrl-RS"/>
        </w:rPr>
        <w:t>У конкурсној документацији и нацрту јавног уговора, јавно тело захтева од учесника у поступку да у својој понуди наведе део вредности уговора у процентима за који намерава да закључи уговор са подизвођачима и податке о подизвођачима.</w:t>
      </w:r>
    </w:p>
    <w:p w14:paraId="459C5C48" w14:textId="77777777" w:rsidR="00B67CA3" w:rsidRPr="00D632CD" w:rsidRDefault="00847618">
      <w:pPr>
        <w:jc w:val="both"/>
        <w:rPr>
          <w:lang w:val="sr-Cyrl-RS"/>
        </w:rPr>
      </w:pPr>
      <w:r w:rsidRPr="00D632CD">
        <w:rPr>
          <w:lang w:val="sr-Cyrl-RS"/>
        </w:rPr>
        <w:t>Подуговарање је могуће једино ако предложени подизвођач испуњава услове одређене од стране јавног тела у конкурсној документацији у погледу способности за обављање професионалне делатности, финансијског и економског капацитета и техничког и стручног капацитета, у односу на део уговора који ће тај подизвођач извршавати.</w:t>
      </w:r>
    </w:p>
    <w:p w14:paraId="1A8D0A87" w14:textId="77777777" w:rsidR="00B67CA3" w:rsidRPr="00D632CD" w:rsidRDefault="00847618">
      <w:pPr>
        <w:jc w:val="both"/>
        <w:rPr>
          <w:lang w:val="sr-Cyrl-RS"/>
        </w:rPr>
      </w:pPr>
      <w:r w:rsidRPr="00D632CD">
        <w:rPr>
          <w:lang w:val="sr-Cyrl-RS"/>
        </w:rPr>
        <w:t>У случају подуговарања, приватни партнер је у потпуности одговоран за извршење уговорних обавеза које извршава подизвођач.</w:t>
      </w:r>
    </w:p>
    <w:p w14:paraId="2FD9A4C0" w14:textId="77777777" w:rsidR="00B67CA3" w:rsidRPr="00D632CD" w:rsidRDefault="00847618">
      <w:pPr>
        <w:jc w:val="both"/>
        <w:rPr>
          <w:lang w:val="sr-Cyrl-RS"/>
        </w:rPr>
      </w:pPr>
      <w:r w:rsidRPr="00D632CD">
        <w:rPr>
          <w:lang w:val="sr-Cyrl-RS"/>
        </w:rPr>
        <w:t>Изузетно, ако потреба за подуговарањем настане после закључења јавног уговора услед околности које нису биле познате нити су могле бити познате у време подношења понуде, приватни партнер може да замени подизвођача наведеног у понуди или да уведе новог подизвођача само уз претходну писану сагласност јавног партнера, под условом да предложени подизвођач испуњава услове из става 2. овог члана и да се тиме не врши битна измена јавног уговора.</w:t>
      </w:r>
    </w:p>
    <w:p w14:paraId="41D7E4C7" w14:textId="12C6AD5B" w:rsidR="00B67CA3" w:rsidRPr="00EE6B77" w:rsidRDefault="00EE6B77">
      <w:pPr>
        <w:spacing w:after="0"/>
        <w:jc w:val="center"/>
        <w:rPr>
          <w:b/>
          <w:bCs/>
          <w:lang w:val="sr-Cyrl-RS"/>
        </w:rPr>
      </w:pPr>
      <w:r w:rsidRPr="00EE6B77">
        <w:rPr>
          <w:b/>
          <w:bCs/>
          <w:lang w:val="sr-Cyrl-RS"/>
        </w:rPr>
        <w:t>6. Рок на који се закључује јавни уговор</w:t>
      </w:r>
    </w:p>
    <w:p w14:paraId="59C05CDD" w14:textId="77777777" w:rsidR="00EE6B77" w:rsidRPr="00EE6B77" w:rsidRDefault="00EE6B77">
      <w:pPr>
        <w:spacing w:after="0"/>
        <w:jc w:val="center"/>
        <w:rPr>
          <w:b/>
          <w:bCs/>
          <w:lang w:val="sr-Cyrl-RS"/>
        </w:rPr>
      </w:pPr>
    </w:p>
    <w:p w14:paraId="12708CF3" w14:textId="77777777" w:rsidR="00B67CA3" w:rsidRPr="00EE6B77" w:rsidRDefault="00847618">
      <w:pPr>
        <w:jc w:val="center"/>
        <w:rPr>
          <w:b/>
          <w:bCs/>
          <w:lang w:val="sr-Cyrl-RS"/>
        </w:rPr>
      </w:pPr>
      <w:r w:rsidRPr="00EE6B77">
        <w:rPr>
          <w:b/>
          <w:bCs/>
          <w:lang w:val="sr-Cyrl-RS"/>
        </w:rPr>
        <w:t>Члан 18</w:t>
      </w:r>
    </w:p>
    <w:p w14:paraId="02DBF3EA" w14:textId="77777777" w:rsidR="00B67CA3" w:rsidRPr="00D632CD" w:rsidRDefault="00847618">
      <w:pPr>
        <w:jc w:val="both"/>
        <w:rPr>
          <w:lang w:val="sr-Cyrl-RS"/>
        </w:rPr>
      </w:pPr>
      <w:r w:rsidRPr="00D632CD">
        <w:rPr>
          <w:lang w:val="sr-Cyrl-RS"/>
        </w:rPr>
        <w:lastRenderedPageBreak/>
        <w:t>Рок на који се закључује јавни уговор одређује се на начин који не ограничава тржишну утакмицу више него што је то потребно да се обезбеди амортизација улагања приватног партнера и разуман повраћај уложеног капитала, истовремено узимајући у обзир ризик који је повезан са комерцијалним коришћењем предмета уговора.</w:t>
      </w:r>
    </w:p>
    <w:p w14:paraId="4B28FCDF" w14:textId="77777777" w:rsidR="00B67CA3" w:rsidRPr="00D632CD" w:rsidRDefault="00847618">
      <w:pPr>
        <w:jc w:val="both"/>
        <w:rPr>
          <w:lang w:val="sr-Cyrl-RS"/>
        </w:rPr>
      </w:pPr>
      <w:r w:rsidRPr="00D632CD">
        <w:rPr>
          <w:lang w:val="sr-Cyrl-RS"/>
        </w:rPr>
        <w:t>Рок из става 1. овог члана не може бити краћи од пет година ни дужи од 50 година.</w:t>
      </w:r>
    </w:p>
    <w:p w14:paraId="7E79DEF0" w14:textId="614D9645" w:rsidR="00B67CA3" w:rsidRPr="00D632CD" w:rsidRDefault="00847618">
      <w:pPr>
        <w:jc w:val="both"/>
        <w:rPr>
          <w:lang w:val="sr-Cyrl-RS"/>
        </w:rPr>
      </w:pPr>
      <w:r w:rsidRPr="00D632CD">
        <w:rPr>
          <w:lang w:val="sr-Cyrl-RS"/>
        </w:rPr>
        <w:t>Када се јавним уговором додељује концесија, рок се утврђује у складу са овим законом, осим ако рок на који се д</w:t>
      </w:r>
      <w:r w:rsidR="00EE6B77">
        <w:rPr>
          <w:lang w:val="sr-Cyrl-RS"/>
        </w:rPr>
        <w:t>одељује</w:t>
      </w:r>
      <w:r w:rsidRPr="00D632CD">
        <w:rPr>
          <w:lang w:val="sr-Cyrl-RS"/>
        </w:rPr>
        <w:t xml:space="preserve"> концесија није одређен посебним прописом којим се уређује област из које је предмет концесије.</w:t>
      </w:r>
    </w:p>
    <w:p w14:paraId="246A8B8F" w14:textId="77777777" w:rsidR="00B67CA3" w:rsidRPr="00D632CD" w:rsidRDefault="00847618">
      <w:pPr>
        <w:jc w:val="both"/>
        <w:rPr>
          <w:lang w:val="sr-Cyrl-RS"/>
        </w:rPr>
      </w:pPr>
      <w:r w:rsidRPr="00D632CD">
        <w:rPr>
          <w:lang w:val="sr-Cyrl-RS"/>
        </w:rPr>
        <w:t>Рок из става 2. овог члана почиње да тече од дана потписивања јавног уговора, осим ако није другачије предвиђено у јавном уговору, односно конкурсној документацији.</w:t>
      </w:r>
    </w:p>
    <w:p w14:paraId="2678B5DB" w14:textId="77777777" w:rsidR="00B67CA3" w:rsidRDefault="00847618">
      <w:pPr>
        <w:jc w:val="both"/>
        <w:rPr>
          <w:lang w:val="sr-Cyrl-RS"/>
        </w:rPr>
      </w:pPr>
      <w:r w:rsidRPr="00D632CD">
        <w:rPr>
          <w:lang w:val="sr-Cyrl-RS"/>
        </w:rPr>
        <w:t>Рок на који је закључен јавни уговор не може се продужити, осим у случају када је приватни партнер, без своје кривице онемогућен у спровођењу својих уговорних обавеза.</w:t>
      </w:r>
    </w:p>
    <w:p w14:paraId="69E25B5A" w14:textId="77777777" w:rsidR="0052620A" w:rsidRPr="00D632CD" w:rsidRDefault="0052620A">
      <w:pPr>
        <w:jc w:val="both"/>
        <w:rPr>
          <w:lang w:val="sr-Cyrl-RS"/>
        </w:rPr>
      </w:pPr>
    </w:p>
    <w:p w14:paraId="7B732B4E" w14:textId="50C13B72" w:rsidR="00EE6B77" w:rsidRDefault="0052620A" w:rsidP="00EE6B77">
      <w:pPr>
        <w:spacing w:after="0"/>
        <w:jc w:val="center"/>
        <w:rPr>
          <w:b/>
          <w:bCs/>
          <w:lang w:val="sr-Cyrl-RS"/>
        </w:rPr>
      </w:pPr>
      <w:r w:rsidRPr="00EE6B77">
        <w:rPr>
          <w:b/>
          <w:bCs/>
          <w:lang w:val="sr-Cyrl-RS"/>
        </w:rPr>
        <w:t>7. Предлог заинтересованих лица за реализацију ЈПП</w:t>
      </w:r>
    </w:p>
    <w:p w14:paraId="7F31CD31" w14:textId="77777777" w:rsidR="00EE6B77" w:rsidRPr="00EE6B77" w:rsidRDefault="00EE6B77" w:rsidP="00EE6B77">
      <w:pPr>
        <w:spacing w:after="0"/>
        <w:jc w:val="center"/>
        <w:rPr>
          <w:b/>
          <w:bCs/>
          <w:lang w:val="sr-Cyrl-RS"/>
        </w:rPr>
      </w:pPr>
    </w:p>
    <w:p w14:paraId="58F61FCB" w14:textId="77777777" w:rsidR="00B67CA3" w:rsidRPr="00EE6B77" w:rsidRDefault="00847618">
      <w:pPr>
        <w:jc w:val="center"/>
        <w:rPr>
          <w:b/>
          <w:bCs/>
          <w:lang w:val="sr-Cyrl-RS"/>
        </w:rPr>
      </w:pPr>
      <w:r w:rsidRPr="00EE6B77">
        <w:rPr>
          <w:b/>
          <w:bCs/>
          <w:lang w:val="sr-Cyrl-RS"/>
        </w:rPr>
        <w:t>Члан 19</w:t>
      </w:r>
    </w:p>
    <w:p w14:paraId="752E9E16" w14:textId="77777777" w:rsidR="00B67CA3" w:rsidRPr="00B510EF" w:rsidRDefault="00847618">
      <w:pPr>
        <w:jc w:val="both"/>
        <w:rPr>
          <w:lang w:val="sr-Cyrl-RS"/>
        </w:rPr>
      </w:pPr>
      <w:r w:rsidRPr="00D632CD">
        <w:rPr>
          <w:lang w:val="sr-Cyrl-RS"/>
        </w:rPr>
        <w:t xml:space="preserve">Јавно тело има право да размотри и прихвати предлог заинтересованих лица за реализацију пројекта ЈПП са или без елемената концесије, на основу поступка предвиђеног овим чланом, под условом да се ти предлози не односе на пројекат за који је покренут поступак избора приватног партнера или објављен </w:t>
      </w:r>
      <w:r w:rsidRPr="00B510EF">
        <w:rPr>
          <w:lang w:val="sr-Cyrl-RS"/>
        </w:rPr>
        <w:t>јавни позив за подношење понуда.</w:t>
      </w:r>
    </w:p>
    <w:p w14:paraId="1873AF0D" w14:textId="77777777" w:rsidR="00B67CA3" w:rsidRPr="00B510EF" w:rsidRDefault="00847618">
      <w:pPr>
        <w:jc w:val="both"/>
        <w:rPr>
          <w:lang w:val="sr-Cyrl-RS"/>
        </w:rPr>
      </w:pPr>
      <w:r w:rsidRPr="00B510EF">
        <w:rPr>
          <w:lang w:val="sr-Cyrl-RS"/>
        </w:rPr>
        <w:t>Предлагач при подношењу самоиницијативног предлога, обавештава јавно тело о вредности израђене документације, коју ће јавно тело бити дужно да надокнади, у случају доделе уговора лицу које није подносилац самоиницијативног предлога.</w:t>
      </w:r>
    </w:p>
    <w:p w14:paraId="290F3F58" w14:textId="77777777" w:rsidR="00B67CA3" w:rsidRPr="00B510EF" w:rsidRDefault="00847618">
      <w:pPr>
        <w:jc w:val="both"/>
        <w:rPr>
          <w:lang w:val="sr-Cyrl-RS"/>
        </w:rPr>
      </w:pPr>
      <w:r w:rsidRPr="00B510EF">
        <w:rPr>
          <w:lang w:val="sr-Cyrl-RS"/>
        </w:rPr>
        <w:t>У року од 90 дана од пријема конкретног самоиницијативног предлога, јавно тело утврђује да ли сматра да је пројекат у јавном интересу и у том смислу обавештава предлагача. Јавно тело има право да расправља о сваком аспекту пројекта који је предложио предлагач, укључујући оправданост трошкова израде документације из става 2. овог члана.</w:t>
      </w:r>
    </w:p>
    <w:p w14:paraId="48FDE098" w14:textId="77777777" w:rsidR="00B67CA3" w:rsidRPr="00B510EF" w:rsidRDefault="00847618">
      <w:pPr>
        <w:jc w:val="both"/>
        <w:rPr>
          <w:lang w:val="sr-Cyrl-RS"/>
        </w:rPr>
      </w:pPr>
      <w:r w:rsidRPr="00B510EF">
        <w:rPr>
          <w:lang w:val="sr-Cyrl-RS"/>
        </w:rPr>
        <w:t>Ако се сматра да је самоиницијативни предлог у јавном интересу и ако јавно тело одлучи да покрене тај пројекат, то тело поступа у складу са поступком предвиђеним чланом 30. овог закона, односно одредбама овог закона којима се уређује поступак доделе концесије.</w:t>
      </w:r>
    </w:p>
    <w:p w14:paraId="4E9E07F3" w14:textId="77777777" w:rsidR="00B67CA3" w:rsidRPr="00D632CD" w:rsidRDefault="00847618">
      <w:pPr>
        <w:jc w:val="both"/>
        <w:rPr>
          <w:lang w:val="sr-Cyrl-RS"/>
        </w:rPr>
      </w:pPr>
      <w:r w:rsidRPr="00B510EF">
        <w:rPr>
          <w:lang w:val="sr-Cyrl-RS"/>
        </w:rPr>
        <w:t>Ако се покрене поступак избора приватног партнера за предложено ЈПП, са или без елемената</w:t>
      </w:r>
      <w:r w:rsidRPr="00D632CD">
        <w:rPr>
          <w:lang w:val="sr-Cyrl-RS"/>
        </w:rPr>
        <w:t xml:space="preserve"> концесије, јавно тело у јавном позиву наводи да су пројекат покренули приватни предлагачи.</w:t>
      </w:r>
    </w:p>
    <w:p w14:paraId="1FA3E23A" w14:textId="77777777" w:rsidR="00B67CA3" w:rsidRPr="00D632CD" w:rsidRDefault="00847618">
      <w:pPr>
        <w:jc w:val="both"/>
        <w:rPr>
          <w:lang w:val="sr-Cyrl-RS"/>
        </w:rPr>
      </w:pPr>
      <w:r w:rsidRPr="00D632CD">
        <w:rPr>
          <w:lang w:val="sr-Cyrl-RS"/>
        </w:rPr>
        <w:t>Предлагач има право да учествује у поступку избора приватног партнера ако његово учешће у припреми самоиницијативног предлога пројекта не нарушава конкуренцију.</w:t>
      </w:r>
    </w:p>
    <w:p w14:paraId="6D2A8297" w14:textId="3B96C7AA" w:rsidR="00B67CA3" w:rsidRPr="00D632CD" w:rsidRDefault="00847618">
      <w:pPr>
        <w:jc w:val="both"/>
        <w:rPr>
          <w:lang w:val="sr-Cyrl-RS"/>
        </w:rPr>
      </w:pPr>
      <w:r w:rsidRPr="00D632CD">
        <w:rPr>
          <w:lang w:val="sr-Cyrl-RS"/>
        </w:rPr>
        <w:t xml:space="preserve">Ако лице из става </w:t>
      </w:r>
      <w:r w:rsidR="002E1818">
        <w:rPr>
          <w:lang w:val="sr-Latn-RS"/>
        </w:rPr>
        <w:t>6</w:t>
      </w:r>
      <w:r w:rsidRPr="00D632CD">
        <w:rPr>
          <w:lang w:val="sr-Cyrl-RS"/>
        </w:rPr>
        <w:t>. овог члана има конкурентску предност, јавно тело свим другим заинтересованим лицима или понуђачима обезбеђује све информације потребне да се отклони таква предност.</w:t>
      </w:r>
    </w:p>
    <w:p w14:paraId="12E0CB8D" w14:textId="77777777" w:rsidR="00B67CA3" w:rsidRPr="00D632CD" w:rsidRDefault="00847618">
      <w:pPr>
        <w:jc w:val="both"/>
        <w:rPr>
          <w:lang w:val="sr-Cyrl-RS"/>
        </w:rPr>
      </w:pPr>
      <w:r w:rsidRPr="00D632CD">
        <w:rPr>
          <w:lang w:val="sr-Cyrl-RS"/>
        </w:rPr>
        <w:lastRenderedPageBreak/>
        <w:t>Ако се конкурентска предност не може отклонити, лице из става 5. овог члана мора се искључити из поступка избора приватног партнера.</w:t>
      </w:r>
    </w:p>
    <w:p w14:paraId="54ED9AE4" w14:textId="77777777" w:rsidR="00B67CA3" w:rsidRDefault="00847618">
      <w:pPr>
        <w:jc w:val="both"/>
        <w:rPr>
          <w:lang w:val="sr-Cyrl-RS"/>
        </w:rPr>
      </w:pPr>
      <w:r w:rsidRPr="00D632CD">
        <w:rPr>
          <w:lang w:val="sr-Cyrl-RS"/>
        </w:rPr>
        <w:t>Одлука јавног тела о мерама за отклањање конкурентске предности, односно о искључењу предлагача, мора бити образложена и објављена заједно са конкурсном документацијом.</w:t>
      </w:r>
    </w:p>
    <w:p w14:paraId="78A6DC82" w14:textId="77777777" w:rsidR="0052620A" w:rsidRPr="00D632CD" w:rsidRDefault="0052620A">
      <w:pPr>
        <w:jc w:val="both"/>
        <w:rPr>
          <w:lang w:val="sr-Cyrl-RS"/>
        </w:rPr>
      </w:pPr>
    </w:p>
    <w:p w14:paraId="765D60EB" w14:textId="59206AE3" w:rsidR="00B67CA3" w:rsidRDefault="0052620A">
      <w:pPr>
        <w:spacing w:after="0"/>
        <w:jc w:val="center"/>
        <w:rPr>
          <w:b/>
          <w:bCs/>
          <w:lang w:val="sr-Cyrl-RS"/>
        </w:rPr>
      </w:pPr>
      <w:r w:rsidRPr="00EE6B77">
        <w:rPr>
          <w:b/>
          <w:bCs/>
          <w:lang w:val="sr-Cyrl-RS"/>
        </w:rPr>
        <w:t>8.</w:t>
      </w:r>
      <w:r w:rsidR="009A4DBF">
        <w:rPr>
          <w:b/>
          <w:bCs/>
          <w:lang w:val="sr-Cyrl-RS"/>
        </w:rPr>
        <w:t xml:space="preserve"> </w:t>
      </w:r>
      <w:r w:rsidRPr="00EE6B77">
        <w:rPr>
          <w:b/>
          <w:bCs/>
          <w:lang w:val="sr-Cyrl-RS"/>
        </w:rPr>
        <w:t>Стручни тим јавног тела</w:t>
      </w:r>
    </w:p>
    <w:p w14:paraId="0A27F9CE" w14:textId="77777777" w:rsidR="00EE6B77" w:rsidRPr="00EE6B77" w:rsidRDefault="00EE6B77">
      <w:pPr>
        <w:spacing w:after="0"/>
        <w:jc w:val="center"/>
        <w:rPr>
          <w:b/>
          <w:bCs/>
          <w:lang w:val="sr-Cyrl-RS"/>
        </w:rPr>
      </w:pPr>
    </w:p>
    <w:p w14:paraId="775C098F" w14:textId="77777777" w:rsidR="00B67CA3" w:rsidRPr="00EE6B77" w:rsidRDefault="00847618">
      <w:pPr>
        <w:jc w:val="center"/>
        <w:rPr>
          <w:b/>
          <w:bCs/>
          <w:lang w:val="sr-Cyrl-RS"/>
        </w:rPr>
      </w:pPr>
      <w:r w:rsidRPr="00EE6B77">
        <w:rPr>
          <w:b/>
          <w:bCs/>
          <w:lang w:val="sr-Cyrl-RS"/>
        </w:rPr>
        <w:t>Члан 20</w:t>
      </w:r>
    </w:p>
    <w:p w14:paraId="20E7AC43" w14:textId="77777777" w:rsidR="00B67CA3" w:rsidRPr="00D632CD" w:rsidRDefault="00847618">
      <w:pPr>
        <w:jc w:val="both"/>
        <w:rPr>
          <w:lang w:val="sr-Cyrl-RS"/>
        </w:rPr>
      </w:pPr>
      <w:r w:rsidRPr="00D632CD">
        <w:rPr>
          <w:lang w:val="sr-Cyrl-RS"/>
        </w:rPr>
        <w:t>Јавно тело је дужно да, пре израде предлога пројекта ЈПП, односно пре израде предлога за доношење концесионог акта, односно пре разматрања и прихватања предлога заинтересованих лица за реализацију пројекта ЈПП са или без елемената концесије из члана 19. овог закона, образује стручни тим јавног тела за припрему и спровођење пројекта ЈПП, са или без елемената концесије.</w:t>
      </w:r>
    </w:p>
    <w:p w14:paraId="72C83CCF" w14:textId="77777777" w:rsidR="00B67CA3" w:rsidRPr="00D632CD" w:rsidRDefault="00847618">
      <w:pPr>
        <w:jc w:val="both"/>
        <w:rPr>
          <w:lang w:val="sr-Cyrl-RS"/>
        </w:rPr>
      </w:pPr>
      <w:r w:rsidRPr="00D632CD">
        <w:rPr>
          <w:lang w:val="sr-Cyrl-RS"/>
        </w:rPr>
        <w:t>Стручни тим јавног тела пружа стручну подршку јавном телу у припреми, структурирању, процени оправданости, одобравању, уговарању и праћењу реализације пројекта ЈПП, са или без елемената концесије, укључујући координацију израде потребних анализа, предлога пројекта ЈПП, односно предлога за доношење концесионог акта, студије оправданости, нацрта јавног уговора и документације потребне за прибављање мишљења, сагласности и одобрења надлежних органа.</w:t>
      </w:r>
    </w:p>
    <w:p w14:paraId="06D1D36E" w14:textId="77777777" w:rsidR="00B67CA3" w:rsidRPr="00D632CD" w:rsidRDefault="00847618">
      <w:pPr>
        <w:jc w:val="both"/>
        <w:rPr>
          <w:lang w:val="sr-Cyrl-RS"/>
        </w:rPr>
      </w:pPr>
      <w:r w:rsidRPr="00D632CD">
        <w:rPr>
          <w:lang w:val="sr-Cyrl-RS"/>
        </w:rPr>
        <w:t>Стручни тим јавног тела има најмање три члана, од којих најмање један члан мора бити службеник за јавно-приватно партнерство и концесије (у даљем тексту: службеник за ЈПП и концесије).</w:t>
      </w:r>
    </w:p>
    <w:p w14:paraId="3AA8CAC0" w14:textId="77777777" w:rsidR="00B67CA3" w:rsidRPr="00D632CD" w:rsidRDefault="00847618">
      <w:pPr>
        <w:jc w:val="both"/>
        <w:rPr>
          <w:lang w:val="sr-Cyrl-RS"/>
        </w:rPr>
      </w:pPr>
      <w:r w:rsidRPr="00D632CD">
        <w:rPr>
          <w:lang w:val="sr-Cyrl-RS"/>
        </w:rPr>
        <w:t>Чланови стручног тима јавног тела и ангажовани саветници дужни су да поступају у складу са одредбама овог закона и закона којим се уређују јавне набавке које се односе на спречавање корупције, сукоб интереса, заштиту конкуренције, поверљивост података и једнак третман учесника у поступку.</w:t>
      </w:r>
    </w:p>
    <w:p w14:paraId="7876EC88" w14:textId="77777777" w:rsidR="00B67CA3" w:rsidRPr="00D632CD" w:rsidRDefault="00847618">
      <w:pPr>
        <w:jc w:val="both"/>
        <w:rPr>
          <w:lang w:val="sr-Cyrl-RS"/>
        </w:rPr>
      </w:pPr>
      <w:r w:rsidRPr="00D632CD">
        <w:rPr>
          <w:lang w:val="sr-Cyrl-RS"/>
        </w:rPr>
        <w:t>Ако јавно тело нема запослено лице које испуњава услове из члана 22. овог закона, за члана стручног тима може се ангажовати лице које није запослено код јавног тела, под условом да испуњава прописане услове и да није у сукобу интереса у односу на конкретан пројекат.</w:t>
      </w:r>
    </w:p>
    <w:p w14:paraId="055D13DF" w14:textId="77777777" w:rsidR="00B67CA3" w:rsidRPr="00D632CD" w:rsidRDefault="00847618">
      <w:pPr>
        <w:jc w:val="both"/>
        <w:rPr>
          <w:lang w:val="sr-Cyrl-RS"/>
        </w:rPr>
      </w:pPr>
      <w:r w:rsidRPr="00D632CD">
        <w:rPr>
          <w:lang w:val="sr-Cyrl-RS"/>
        </w:rPr>
        <w:t>Именовање службеника за ЈПП и концесије не искључује право јавног тела да, у складу са законом којим се уређују јавне набавке, ангажује саветнике који поседују специјалистичка знања неопходна за припрему, уговарање и реализацију пројекта ЈПП, односно концесије.</w:t>
      </w:r>
    </w:p>
    <w:p w14:paraId="5ED00C3B" w14:textId="77777777" w:rsidR="00B67CA3" w:rsidRDefault="00847618">
      <w:pPr>
        <w:jc w:val="both"/>
        <w:rPr>
          <w:lang w:val="sr-Cyrl-RS"/>
        </w:rPr>
      </w:pPr>
      <w:r w:rsidRPr="00D632CD">
        <w:rPr>
          <w:lang w:val="sr-Cyrl-RS"/>
        </w:rPr>
        <w:t>Стручни тим јавног тела о свом раду води записник и сачињава друга документа која потписују сви чланови стручног тима.</w:t>
      </w:r>
    </w:p>
    <w:p w14:paraId="53234F83" w14:textId="77777777" w:rsidR="0052620A" w:rsidRPr="00D632CD" w:rsidRDefault="0052620A">
      <w:pPr>
        <w:jc w:val="both"/>
        <w:rPr>
          <w:lang w:val="sr-Cyrl-RS"/>
        </w:rPr>
      </w:pPr>
    </w:p>
    <w:p w14:paraId="6E721271" w14:textId="77777777" w:rsidR="00B67CA3" w:rsidRDefault="00847618">
      <w:pPr>
        <w:spacing w:after="0"/>
        <w:jc w:val="center"/>
        <w:rPr>
          <w:b/>
          <w:bCs/>
          <w:lang w:val="sr-Cyrl-RS"/>
        </w:rPr>
      </w:pPr>
      <w:r w:rsidRPr="00EE6B77">
        <w:rPr>
          <w:b/>
          <w:bCs/>
          <w:lang w:val="sr-Cyrl-RS"/>
        </w:rPr>
        <w:t>Посебна правила за стручни тим у поступку избора приватног партнера</w:t>
      </w:r>
    </w:p>
    <w:p w14:paraId="36DE6212" w14:textId="77777777" w:rsidR="00EE6B77" w:rsidRPr="00EE6B77" w:rsidRDefault="00EE6B77">
      <w:pPr>
        <w:spacing w:after="0"/>
        <w:jc w:val="center"/>
        <w:rPr>
          <w:b/>
          <w:bCs/>
          <w:lang w:val="sr-Cyrl-RS"/>
        </w:rPr>
      </w:pPr>
    </w:p>
    <w:p w14:paraId="293A5F2E" w14:textId="77777777" w:rsidR="00B67CA3" w:rsidRPr="00EE6B77" w:rsidRDefault="00847618">
      <w:pPr>
        <w:jc w:val="center"/>
        <w:rPr>
          <w:b/>
          <w:bCs/>
          <w:lang w:val="sr-Cyrl-RS"/>
        </w:rPr>
      </w:pPr>
      <w:r w:rsidRPr="00EE6B77">
        <w:rPr>
          <w:b/>
          <w:bCs/>
          <w:lang w:val="sr-Cyrl-RS"/>
        </w:rPr>
        <w:t>Члан 21</w:t>
      </w:r>
    </w:p>
    <w:p w14:paraId="3F62315E" w14:textId="77777777" w:rsidR="00B67CA3" w:rsidRPr="00D632CD" w:rsidRDefault="00847618">
      <w:pPr>
        <w:jc w:val="both"/>
        <w:rPr>
          <w:lang w:val="sr-Cyrl-RS"/>
        </w:rPr>
      </w:pPr>
      <w:r w:rsidRPr="00D632CD">
        <w:rPr>
          <w:lang w:val="sr-Cyrl-RS"/>
        </w:rPr>
        <w:lastRenderedPageBreak/>
        <w:t>У поступку избора приватног партнера за пројекат ЈПП без елемената концесије, који се спроводи у складу са законом којим се уређују јавне набавке, послове у поступку јавне набавке обавља комисија за јавну набавку, односно лице одређено у складу са тим законом.</w:t>
      </w:r>
    </w:p>
    <w:p w14:paraId="350CABD4" w14:textId="77777777" w:rsidR="00B67CA3" w:rsidRPr="00D632CD" w:rsidRDefault="00847618">
      <w:pPr>
        <w:jc w:val="both"/>
        <w:rPr>
          <w:lang w:val="sr-Cyrl-RS"/>
        </w:rPr>
      </w:pPr>
      <w:r w:rsidRPr="00D632CD">
        <w:rPr>
          <w:lang w:val="sr-Cyrl-RS"/>
        </w:rPr>
        <w:t>Стручни тим јавног тела из члана 20. овог закона може обављати послове комисије за јавну набавку, ако је његов састав усклађен са условима прописаним законом којим се уређују јавне набавке и ако је најмање један члан стручног тима службеник за јавне набавке, што мора бити назначено у одлуци о именовању стручног тима.</w:t>
      </w:r>
    </w:p>
    <w:p w14:paraId="4228C533" w14:textId="77777777" w:rsidR="00B67CA3" w:rsidRPr="00D632CD" w:rsidRDefault="00847618">
      <w:pPr>
        <w:jc w:val="both"/>
        <w:rPr>
          <w:lang w:val="sr-Cyrl-RS"/>
        </w:rPr>
      </w:pPr>
      <w:r w:rsidRPr="00D632CD">
        <w:rPr>
          <w:lang w:val="sr-Cyrl-RS"/>
        </w:rPr>
        <w:t>У поступку избора приватног партнера за пројекат ЈПП са елементима концесије, поред послова из члана 20. овог закона, стручни тим јавног тела обавља и све послове у вези са припремом и спровођењем поступка избора приватног партнера, а нарочито припрема јавни позив, огласе о јавном уговору и конкурсну документацију, обавља потребну комуникацију у поступку, врши преглед и стручну оцену пријава и понуда, припрема извештај о поступку, предлог одлуке о додели јавног уговора, односно предлог одлуке о обустави или поништају поступка, као и потребна изјашњења и друге радње у случају подношења захтева за заштиту права, у складу са овим законом и законом којим се уређују јавне набавке, када се тај закон примењује.</w:t>
      </w:r>
    </w:p>
    <w:p w14:paraId="3121FF8F" w14:textId="77777777" w:rsidR="00B67CA3" w:rsidRPr="00EE6B77" w:rsidRDefault="00847618" w:rsidP="0052620A">
      <w:pPr>
        <w:jc w:val="center"/>
        <w:rPr>
          <w:b/>
          <w:bCs/>
          <w:lang w:val="sr-Cyrl-RS"/>
        </w:rPr>
      </w:pPr>
      <w:r w:rsidRPr="00EE6B77">
        <w:rPr>
          <w:b/>
          <w:bCs/>
          <w:lang w:val="sr-Cyrl-RS"/>
        </w:rPr>
        <w:t>Службеник за ЈПП и концесије</w:t>
      </w:r>
    </w:p>
    <w:p w14:paraId="0055D61D" w14:textId="77777777" w:rsidR="00B67CA3" w:rsidRPr="00EE6B77" w:rsidRDefault="00847618">
      <w:pPr>
        <w:jc w:val="center"/>
        <w:rPr>
          <w:b/>
          <w:bCs/>
          <w:lang w:val="sr-Cyrl-RS"/>
        </w:rPr>
      </w:pPr>
      <w:r w:rsidRPr="00EE6B77">
        <w:rPr>
          <w:b/>
          <w:bCs/>
          <w:lang w:val="sr-Cyrl-RS"/>
        </w:rPr>
        <w:t>Члан 22</w:t>
      </w:r>
    </w:p>
    <w:p w14:paraId="7803BCBF" w14:textId="77777777" w:rsidR="00B67CA3" w:rsidRPr="00D632CD" w:rsidRDefault="00847618">
      <w:pPr>
        <w:jc w:val="both"/>
        <w:rPr>
          <w:lang w:val="sr-Cyrl-RS"/>
        </w:rPr>
      </w:pPr>
      <w:r w:rsidRPr="00D632CD">
        <w:rPr>
          <w:lang w:val="sr-Cyrl-RS"/>
        </w:rPr>
        <w:t>Службеник за јавно-приватно партнерство и концесије је лице које испуњава следеће услове:</w:t>
      </w:r>
    </w:p>
    <w:p w14:paraId="426CDDA7" w14:textId="77777777" w:rsidR="00B67CA3" w:rsidRPr="00D632CD" w:rsidRDefault="00847618">
      <w:pPr>
        <w:jc w:val="both"/>
        <w:rPr>
          <w:lang w:val="sr-Cyrl-RS"/>
        </w:rPr>
      </w:pPr>
      <w:r w:rsidRPr="00D632CD">
        <w:rPr>
          <w:lang w:val="sr-Cyrl-RS"/>
        </w:rPr>
        <w:t>1) да има стечено високо образовање на основним академским студијама у обиму од најмање 240 ЕСПБ бодова, мастер академским студијама, специјалистичким академским студијама, специјалистичким струковним студијама, односно основним студијама у трајању од најмање четири године или специјалистичким студијама на факултету;</w:t>
      </w:r>
    </w:p>
    <w:p w14:paraId="6580380B" w14:textId="77777777" w:rsidR="00B67CA3" w:rsidRPr="00D632CD" w:rsidRDefault="00847618">
      <w:pPr>
        <w:jc w:val="both"/>
        <w:rPr>
          <w:lang w:val="sr-Cyrl-RS"/>
        </w:rPr>
      </w:pPr>
      <w:r w:rsidRPr="00D632CD">
        <w:rPr>
          <w:lang w:val="sr-Cyrl-RS"/>
        </w:rPr>
        <w:t>2) да има најмање три године радног искуства на правним, економским, финансијским, техничким, инфраструктурним пословима, пословима јавних набавки, пословима управљања пројектима или другим пословима од значаја за припрему и реализацију пројеката ЈПП и концесија;</w:t>
      </w:r>
    </w:p>
    <w:p w14:paraId="02F2D8D0" w14:textId="77777777" w:rsidR="00B67CA3" w:rsidRDefault="00847618">
      <w:pPr>
        <w:jc w:val="both"/>
        <w:rPr>
          <w:lang w:val="sr-Cyrl-RS"/>
        </w:rPr>
      </w:pPr>
      <w:r w:rsidRPr="00D632CD">
        <w:rPr>
          <w:lang w:val="sr-Cyrl-RS"/>
        </w:rPr>
        <w:t>3) да има положен испит за службеника за ЈПП и концесије.</w:t>
      </w:r>
    </w:p>
    <w:p w14:paraId="57167EA8" w14:textId="77777777" w:rsidR="0052620A" w:rsidRPr="00D632CD" w:rsidRDefault="0052620A">
      <w:pPr>
        <w:jc w:val="both"/>
        <w:rPr>
          <w:lang w:val="sr-Cyrl-RS"/>
        </w:rPr>
      </w:pPr>
    </w:p>
    <w:p w14:paraId="39745CBC" w14:textId="77777777" w:rsidR="00B67CA3" w:rsidRPr="00EE6B77" w:rsidRDefault="00847618">
      <w:pPr>
        <w:spacing w:after="0"/>
        <w:jc w:val="center"/>
        <w:rPr>
          <w:b/>
          <w:bCs/>
          <w:lang w:val="sr-Cyrl-RS"/>
        </w:rPr>
      </w:pPr>
      <w:r w:rsidRPr="00EE6B77">
        <w:rPr>
          <w:b/>
          <w:bCs/>
          <w:lang w:val="sr-Cyrl-RS"/>
        </w:rPr>
        <w:t>Испит и Регистар службеника за ЈПП и концесије</w:t>
      </w:r>
    </w:p>
    <w:p w14:paraId="4016627B" w14:textId="77777777" w:rsidR="00B67CA3" w:rsidRPr="00EE6B77" w:rsidRDefault="00847618">
      <w:pPr>
        <w:jc w:val="center"/>
        <w:rPr>
          <w:b/>
          <w:bCs/>
          <w:lang w:val="sr-Cyrl-RS"/>
        </w:rPr>
      </w:pPr>
      <w:r w:rsidRPr="00EE6B77">
        <w:rPr>
          <w:b/>
          <w:bCs/>
          <w:lang w:val="sr-Cyrl-RS"/>
        </w:rPr>
        <w:t>Члан 23</w:t>
      </w:r>
    </w:p>
    <w:p w14:paraId="35CCCC6B" w14:textId="77777777" w:rsidR="00B67CA3" w:rsidRPr="00D632CD" w:rsidRDefault="00847618">
      <w:pPr>
        <w:jc w:val="both"/>
        <w:rPr>
          <w:lang w:val="sr-Cyrl-RS"/>
        </w:rPr>
      </w:pPr>
      <w:r w:rsidRPr="00D632CD">
        <w:rPr>
          <w:lang w:val="sr-Cyrl-RS"/>
        </w:rPr>
        <w:t>Испит за службеника за ЈПП и концесије полаже се ради провере оспособљености за обављање послова припреме, структурирања, спровођења, уговарања, праћења и реализације пројеката ЈПП и концесија.</w:t>
      </w:r>
    </w:p>
    <w:p w14:paraId="0CCB0682" w14:textId="77777777" w:rsidR="00B67CA3" w:rsidRPr="00D632CD" w:rsidRDefault="00847618">
      <w:pPr>
        <w:jc w:val="both"/>
        <w:rPr>
          <w:lang w:val="sr-Cyrl-RS"/>
        </w:rPr>
      </w:pPr>
      <w:r w:rsidRPr="00D632CD">
        <w:rPr>
          <w:lang w:val="sr-Cyrl-RS"/>
        </w:rPr>
        <w:t>Лицу које положи испит из става 1. овог члана издаје се уверење о положеном испиту за службеника за ЈПП и концесије.</w:t>
      </w:r>
    </w:p>
    <w:p w14:paraId="63C55056" w14:textId="1E4B7C59" w:rsidR="00B67CA3" w:rsidRPr="00D632CD" w:rsidRDefault="00847618">
      <w:pPr>
        <w:jc w:val="both"/>
        <w:rPr>
          <w:lang w:val="sr-Cyrl-RS"/>
        </w:rPr>
      </w:pPr>
      <w:r w:rsidRPr="00D632CD">
        <w:rPr>
          <w:lang w:val="sr-Cyrl-RS"/>
        </w:rPr>
        <w:lastRenderedPageBreak/>
        <w:t xml:space="preserve">Комисија </w:t>
      </w:r>
      <w:r w:rsidR="00581126" w:rsidRPr="00581126">
        <w:rPr>
          <w:lang w:val="sr-Cyrl-RS"/>
        </w:rPr>
        <w:t>за јавно-приватно партнерство (у даљем тексту: Комисија)</w:t>
      </w:r>
      <w:r w:rsidR="00581126">
        <w:rPr>
          <w:lang w:val="sr-Cyrl-RS"/>
        </w:rPr>
        <w:t xml:space="preserve"> </w:t>
      </w:r>
      <w:r w:rsidR="00F61207">
        <w:rPr>
          <w:lang w:val="sr-Cyrl-RS"/>
        </w:rPr>
        <w:t>спроводи испит из става 1</w:t>
      </w:r>
      <w:r w:rsidR="003C5BD9">
        <w:rPr>
          <w:lang w:val="sr-Cyrl-RS"/>
        </w:rPr>
        <w:t>.</w:t>
      </w:r>
      <w:r w:rsidR="00F61207">
        <w:rPr>
          <w:lang w:val="sr-Cyrl-RS"/>
        </w:rPr>
        <w:t xml:space="preserve"> овог члана и </w:t>
      </w:r>
      <w:r w:rsidRPr="00D632CD">
        <w:rPr>
          <w:lang w:val="sr-Cyrl-RS"/>
        </w:rPr>
        <w:t>води Регистар службеника за ЈПП и концесије</w:t>
      </w:r>
      <w:r w:rsidR="00F61207">
        <w:rPr>
          <w:lang w:val="sr-Cyrl-RS"/>
        </w:rPr>
        <w:t xml:space="preserve"> (у даљем тексту: Регистар)</w:t>
      </w:r>
      <w:r w:rsidRPr="00D632CD">
        <w:rPr>
          <w:lang w:val="sr-Cyrl-RS"/>
        </w:rPr>
        <w:t>, као електронску евиденцију.</w:t>
      </w:r>
    </w:p>
    <w:p w14:paraId="23A7EC67" w14:textId="03F3BE0C" w:rsidR="00B67CA3" w:rsidRPr="00D632CD" w:rsidRDefault="00847618">
      <w:pPr>
        <w:jc w:val="both"/>
        <w:rPr>
          <w:lang w:val="sr-Cyrl-RS"/>
        </w:rPr>
      </w:pPr>
      <w:r w:rsidRPr="00D632CD">
        <w:rPr>
          <w:lang w:val="sr-Cyrl-RS"/>
        </w:rPr>
        <w:t xml:space="preserve">У Регистар </w:t>
      </w:r>
      <w:r w:rsidR="00F61207">
        <w:rPr>
          <w:lang w:val="sr-Cyrl-RS"/>
        </w:rPr>
        <w:t xml:space="preserve">се </w:t>
      </w:r>
      <w:r w:rsidRPr="00D632CD">
        <w:rPr>
          <w:lang w:val="sr-Cyrl-RS"/>
        </w:rPr>
        <w:t>уписују лица којима је издато уверење из става 2. овог члана.</w:t>
      </w:r>
    </w:p>
    <w:p w14:paraId="7C24FA3D" w14:textId="7F9B38B0" w:rsidR="00B67CA3" w:rsidRPr="00D632CD" w:rsidRDefault="00847618">
      <w:pPr>
        <w:jc w:val="both"/>
        <w:rPr>
          <w:lang w:val="sr-Cyrl-RS"/>
        </w:rPr>
      </w:pPr>
      <w:r w:rsidRPr="00D632CD">
        <w:rPr>
          <w:lang w:val="sr-Cyrl-RS"/>
        </w:rPr>
        <w:t>Регистар садржи нарочито: име и презиме службеника за ЈПП и концесије, број и датум издавања уверења, податак о органу, јавном телу или другом правном лицу у коме је лице запослено или ангажовано, односно податак да лице обавља делатност као предузетник, као и податак о статусу уверења.</w:t>
      </w:r>
    </w:p>
    <w:p w14:paraId="31A0F9A9" w14:textId="77777777" w:rsidR="00B67CA3" w:rsidRPr="00D632CD" w:rsidRDefault="00847618">
      <w:pPr>
        <w:jc w:val="both"/>
        <w:rPr>
          <w:lang w:val="sr-Cyrl-RS"/>
        </w:rPr>
      </w:pPr>
      <w:r w:rsidRPr="00D632CD">
        <w:rPr>
          <w:lang w:val="sr-Cyrl-RS"/>
        </w:rPr>
        <w:t>Јавно доступни су подаци о имену и презимену службеника за ЈПП и концесије, броју уверења и статусу уверења.</w:t>
      </w:r>
    </w:p>
    <w:p w14:paraId="079699D8" w14:textId="77777777" w:rsidR="00B67CA3" w:rsidRDefault="00847618">
      <w:pPr>
        <w:jc w:val="both"/>
        <w:rPr>
          <w:lang w:val="sr-Cyrl-RS"/>
        </w:rPr>
      </w:pPr>
      <w:r w:rsidRPr="00D632CD">
        <w:rPr>
          <w:lang w:val="sr-Cyrl-RS"/>
        </w:rPr>
        <w:t>Министар надлежан за послове привреде ближе прописује програм, начин и поступак полагања испита за службеника за ЈПП и концесије, састав и начин рада испитне комисије, образац и садржину уверења о положеном испиту, садржину и начин вођења Регистра, начин уписа, ажурирања и брисања података из Регистра, као и јавност података из Регистра, у складу са прописима којима се уређује заштита података о личности.</w:t>
      </w:r>
    </w:p>
    <w:p w14:paraId="1B353151" w14:textId="77777777" w:rsidR="0052620A" w:rsidRPr="00D632CD" w:rsidRDefault="0052620A">
      <w:pPr>
        <w:jc w:val="both"/>
        <w:rPr>
          <w:lang w:val="sr-Cyrl-RS"/>
        </w:rPr>
      </w:pPr>
    </w:p>
    <w:p w14:paraId="3798B7F4" w14:textId="77777777" w:rsidR="00B67CA3" w:rsidRPr="00F61207" w:rsidRDefault="00847618">
      <w:pPr>
        <w:jc w:val="center"/>
        <w:rPr>
          <w:b/>
          <w:bCs/>
          <w:lang w:val="sr-Cyrl-RS"/>
        </w:rPr>
      </w:pPr>
      <w:r w:rsidRPr="00F61207">
        <w:rPr>
          <w:b/>
          <w:bCs/>
          <w:lang w:val="sr-Cyrl-RS"/>
        </w:rPr>
        <w:t>III ПОСТУПАК ИЗБОРА ПРИВАТНОГ ПАРТНЕРА</w:t>
      </w:r>
    </w:p>
    <w:p w14:paraId="78D5E63A" w14:textId="77777777" w:rsidR="00B67CA3" w:rsidRPr="00F61207" w:rsidRDefault="00847618">
      <w:pPr>
        <w:jc w:val="center"/>
        <w:rPr>
          <w:b/>
          <w:bCs/>
          <w:lang w:val="sr-Cyrl-RS"/>
        </w:rPr>
      </w:pPr>
      <w:r w:rsidRPr="00F61207">
        <w:rPr>
          <w:b/>
          <w:bCs/>
          <w:lang w:val="sr-Cyrl-RS"/>
        </w:rPr>
        <w:t>1. Опште одредбе</w:t>
      </w:r>
    </w:p>
    <w:p w14:paraId="40EE3010" w14:textId="77777777" w:rsidR="00B67CA3" w:rsidRPr="00F61207" w:rsidRDefault="00847618">
      <w:pPr>
        <w:spacing w:after="0"/>
        <w:jc w:val="center"/>
        <w:rPr>
          <w:b/>
          <w:bCs/>
          <w:lang w:val="sr-Cyrl-RS"/>
        </w:rPr>
      </w:pPr>
      <w:r w:rsidRPr="00F61207">
        <w:rPr>
          <w:b/>
          <w:bCs/>
          <w:lang w:val="sr-Cyrl-RS"/>
        </w:rPr>
        <w:t>Врсте поступака</w:t>
      </w:r>
    </w:p>
    <w:p w14:paraId="0CB6AC5C" w14:textId="77777777" w:rsidR="00B67CA3" w:rsidRPr="00D632CD" w:rsidRDefault="00847618">
      <w:pPr>
        <w:jc w:val="center"/>
        <w:rPr>
          <w:lang w:val="sr-Cyrl-RS"/>
        </w:rPr>
      </w:pPr>
      <w:r w:rsidRPr="00D632CD">
        <w:rPr>
          <w:lang w:val="sr-Cyrl-RS"/>
        </w:rPr>
        <w:t>Члан 24</w:t>
      </w:r>
    </w:p>
    <w:p w14:paraId="56FEF107" w14:textId="77777777" w:rsidR="00B67CA3" w:rsidRPr="00D632CD" w:rsidRDefault="00847618">
      <w:pPr>
        <w:jc w:val="both"/>
        <w:rPr>
          <w:lang w:val="sr-Cyrl-RS"/>
        </w:rPr>
      </w:pPr>
      <w:r w:rsidRPr="00D632CD">
        <w:rPr>
          <w:lang w:val="sr-Cyrl-RS"/>
        </w:rPr>
        <w:t>Поступак избора приватног партнера у пројектима ЈПП без елемената концесије спроводи се као поступак јавне набавке у складу са законом којим се уређују јавне набавке.</w:t>
      </w:r>
    </w:p>
    <w:p w14:paraId="0D718ECF" w14:textId="77777777" w:rsidR="00B67CA3" w:rsidRPr="00D632CD" w:rsidRDefault="00847618">
      <w:pPr>
        <w:jc w:val="both"/>
        <w:rPr>
          <w:lang w:val="sr-Cyrl-RS"/>
        </w:rPr>
      </w:pPr>
      <w:r w:rsidRPr="00D632CD">
        <w:rPr>
          <w:lang w:val="sr-Cyrl-RS"/>
        </w:rPr>
        <w:t>Поступак избора приватног партнера у пројектима ЈПП са елементима концесије спроводи се као поступак доделе концесије у складу са овим законом.</w:t>
      </w:r>
    </w:p>
    <w:p w14:paraId="588058F0" w14:textId="77777777" w:rsidR="00B67CA3" w:rsidRPr="00D632CD" w:rsidRDefault="00847618">
      <w:pPr>
        <w:jc w:val="both"/>
        <w:rPr>
          <w:lang w:val="sr-Cyrl-RS"/>
        </w:rPr>
      </w:pPr>
      <w:r w:rsidRPr="00D632CD">
        <w:rPr>
          <w:lang w:val="sr-Cyrl-RS"/>
        </w:rPr>
        <w:t>На питања поступка избора приватног партнера у пројектима ЈПП са елементима концесије која нису уређена овим законом сходно се примењују одредбе закона којим се уређују јавне набавке, ако овим законом није другачије прописано.</w:t>
      </w:r>
    </w:p>
    <w:p w14:paraId="4EE0E2CD" w14:textId="45FEF495" w:rsidR="00B67CA3" w:rsidRPr="00D632CD" w:rsidRDefault="00847618">
      <w:pPr>
        <w:jc w:val="both"/>
        <w:rPr>
          <w:lang w:val="sr-Cyrl-RS"/>
        </w:rPr>
      </w:pPr>
      <w:r w:rsidRPr="00D632CD">
        <w:rPr>
          <w:lang w:val="sr-Cyrl-RS"/>
        </w:rPr>
        <w:t xml:space="preserve">Јавни уговор закључује се као уговор о јавно-приватном партнерству без елемената концесије или као јавни </w:t>
      </w:r>
      <w:r w:rsidR="00F61207">
        <w:rPr>
          <w:lang w:val="sr-Cyrl-RS"/>
        </w:rPr>
        <w:t xml:space="preserve">уговор о јавно-приватном партнерству са елементима концесије односно </w:t>
      </w:r>
      <w:r w:rsidR="003C5BD9">
        <w:rPr>
          <w:lang w:val="sr-Cyrl-RS"/>
        </w:rPr>
        <w:t xml:space="preserve">јавни </w:t>
      </w:r>
      <w:r w:rsidRPr="00D632CD">
        <w:rPr>
          <w:lang w:val="sr-Cyrl-RS"/>
        </w:rPr>
        <w:t>уговор о концесији.</w:t>
      </w:r>
    </w:p>
    <w:p w14:paraId="2469B6BB" w14:textId="77777777" w:rsidR="00B67CA3" w:rsidRDefault="00847618">
      <w:pPr>
        <w:jc w:val="both"/>
        <w:rPr>
          <w:lang w:val="sr-Cyrl-RS"/>
        </w:rPr>
      </w:pPr>
      <w:r w:rsidRPr="00D632CD">
        <w:rPr>
          <w:lang w:val="sr-Cyrl-RS"/>
        </w:rPr>
        <w:t>Ако јавно тело ради реализације пројекта ЈПП ангажује саветнике, на њихов избор примењује се закон којим се уређују јавне набавке.</w:t>
      </w:r>
    </w:p>
    <w:p w14:paraId="6EFF9841" w14:textId="77777777" w:rsidR="00F61207" w:rsidRPr="00D632CD" w:rsidRDefault="00F61207">
      <w:pPr>
        <w:jc w:val="both"/>
        <w:rPr>
          <w:lang w:val="sr-Cyrl-RS"/>
        </w:rPr>
      </w:pPr>
    </w:p>
    <w:p w14:paraId="0693D8C3" w14:textId="77777777" w:rsidR="00B67CA3" w:rsidRPr="00F61207" w:rsidRDefault="00847618">
      <w:pPr>
        <w:spacing w:after="0"/>
        <w:jc w:val="center"/>
        <w:rPr>
          <w:b/>
          <w:bCs/>
          <w:lang w:val="sr-Cyrl-RS"/>
        </w:rPr>
      </w:pPr>
      <w:r w:rsidRPr="00F61207">
        <w:rPr>
          <w:b/>
          <w:bCs/>
          <w:lang w:val="sr-Cyrl-RS"/>
        </w:rPr>
        <w:t>Критеријуми за избор и израчунавање вредности</w:t>
      </w:r>
    </w:p>
    <w:p w14:paraId="70EF667C" w14:textId="77777777" w:rsidR="00B67CA3" w:rsidRPr="00F61207" w:rsidRDefault="00847618">
      <w:pPr>
        <w:jc w:val="center"/>
        <w:rPr>
          <w:b/>
          <w:bCs/>
          <w:lang w:val="sr-Cyrl-RS"/>
        </w:rPr>
      </w:pPr>
      <w:r w:rsidRPr="00F61207">
        <w:rPr>
          <w:b/>
          <w:bCs/>
          <w:lang w:val="sr-Cyrl-RS"/>
        </w:rPr>
        <w:t>Члан 25</w:t>
      </w:r>
    </w:p>
    <w:p w14:paraId="2B3BA559" w14:textId="77777777" w:rsidR="00B67CA3" w:rsidRPr="00D632CD" w:rsidRDefault="00847618">
      <w:pPr>
        <w:jc w:val="both"/>
        <w:rPr>
          <w:lang w:val="sr-Cyrl-RS"/>
        </w:rPr>
      </w:pPr>
      <w:r w:rsidRPr="00D632CD">
        <w:rPr>
          <w:lang w:val="sr-Cyrl-RS"/>
        </w:rPr>
        <w:lastRenderedPageBreak/>
        <w:t>За избор приватног партнера у пројектима ЈПП без елемената концесије примењују се критеријуми за доделу уговора прописани законом којим се уређују јавне набавке.</w:t>
      </w:r>
    </w:p>
    <w:p w14:paraId="2A431C61" w14:textId="77777777" w:rsidR="00B67CA3" w:rsidRPr="00D632CD" w:rsidRDefault="00847618">
      <w:pPr>
        <w:jc w:val="both"/>
        <w:rPr>
          <w:lang w:val="sr-Cyrl-RS"/>
        </w:rPr>
      </w:pPr>
      <w:r w:rsidRPr="00D632CD">
        <w:rPr>
          <w:lang w:val="sr-Cyrl-RS"/>
        </w:rPr>
        <w:t>У примени критеријума из става 1. овог члана под ценом се подразумева нето садашња вредност која се односи на укупне трошкове у уговореном периоду без пореза на додату вредност.</w:t>
      </w:r>
    </w:p>
    <w:p w14:paraId="6BA46EEE" w14:textId="77777777" w:rsidR="00B67CA3" w:rsidRPr="00D632CD" w:rsidRDefault="00847618">
      <w:pPr>
        <w:jc w:val="both"/>
        <w:rPr>
          <w:lang w:val="sr-Cyrl-RS"/>
        </w:rPr>
      </w:pPr>
      <w:r w:rsidRPr="00D632CD">
        <w:rPr>
          <w:lang w:val="sr-Cyrl-RS"/>
        </w:rPr>
        <w:t>Обрачун процењене вредности уговора о концесији заснива се на укупној вредности, према процени јавног тела, при чему се узима у обзир процењени укупан износ, укључујући евентуалне опције и дозвољене измене које настају током трајања јавног уговора.</w:t>
      </w:r>
    </w:p>
    <w:p w14:paraId="1E409B6C" w14:textId="77777777" w:rsidR="00B67CA3" w:rsidRPr="00D632CD" w:rsidRDefault="00847618">
      <w:pPr>
        <w:jc w:val="both"/>
        <w:rPr>
          <w:lang w:val="sr-Cyrl-RS"/>
        </w:rPr>
      </w:pPr>
      <w:r w:rsidRPr="00D632CD">
        <w:rPr>
          <w:lang w:val="sr-Cyrl-RS"/>
        </w:rPr>
        <w:t>Процена вредности концесије која се додељује у складу са овим законом, утврђује се у складу са овим законом и другим прописима.</w:t>
      </w:r>
    </w:p>
    <w:p w14:paraId="2F97348F" w14:textId="77777777" w:rsidR="00B67CA3" w:rsidRPr="00D632CD" w:rsidRDefault="00847618">
      <w:pPr>
        <w:jc w:val="both"/>
        <w:rPr>
          <w:lang w:val="sr-Cyrl-RS"/>
        </w:rPr>
      </w:pPr>
      <w:r w:rsidRPr="00D632CD">
        <w:rPr>
          <w:lang w:val="sr-Cyrl-RS"/>
        </w:rPr>
        <w:t>Вредност концесије је процењени укупан приход концесионара који се очекује да ће концесионар остварити током трајања јавног уговора о концесији, без ПДВ-а, који је проценио давалац концесије, укључујући и радове и услуге који су предмет концесије, као и добра везана за те радове и услуге.</w:t>
      </w:r>
    </w:p>
    <w:p w14:paraId="56C81FE0" w14:textId="67FC8578" w:rsidR="00B67CA3" w:rsidRPr="00B510EF" w:rsidRDefault="00847618">
      <w:pPr>
        <w:jc w:val="both"/>
        <w:rPr>
          <w:lang w:val="sr-Cyrl-RS"/>
        </w:rPr>
      </w:pPr>
      <w:r w:rsidRPr="00B510EF">
        <w:rPr>
          <w:lang w:val="sr-Cyrl-RS"/>
        </w:rPr>
        <w:t>Процена из става 5. овог члана важи у тренутку предлагања концесионог акта, односно у тренутку слања јавног позива на објављивање на Порталу јавних набавки</w:t>
      </w:r>
      <w:r w:rsidR="002A67C5" w:rsidRPr="00B510EF">
        <w:rPr>
          <w:lang w:val="sr-Cyrl-RS"/>
        </w:rPr>
        <w:t xml:space="preserve"> (у даљем тексту: Портал)</w:t>
      </w:r>
      <w:r w:rsidRPr="00B510EF">
        <w:rPr>
          <w:lang w:val="sr-Cyrl-RS"/>
        </w:rPr>
        <w:t>.</w:t>
      </w:r>
    </w:p>
    <w:p w14:paraId="567BAA9E" w14:textId="77777777" w:rsidR="00B67CA3" w:rsidRPr="00B510EF" w:rsidRDefault="00847618">
      <w:pPr>
        <w:jc w:val="both"/>
        <w:rPr>
          <w:lang w:val="sr-Cyrl-RS"/>
        </w:rPr>
      </w:pPr>
      <w:r w:rsidRPr="00B510EF">
        <w:rPr>
          <w:lang w:val="sr-Cyrl-RS"/>
        </w:rPr>
        <w:t>Ако је предмет концесије објективно дељив по функционалним, територијалним, техничким, економским или другим оправданим целинама, давалац концесије може предвидети доделу концесије по партијама.</w:t>
      </w:r>
    </w:p>
    <w:p w14:paraId="614D4BDC" w14:textId="77777777" w:rsidR="00B67CA3" w:rsidRPr="00D632CD" w:rsidRDefault="00847618">
      <w:pPr>
        <w:jc w:val="both"/>
        <w:rPr>
          <w:lang w:val="sr-Cyrl-RS"/>
        </w:rPr>
      </w:pPr>
      <w:r w:rsidRPr="00B510EF">
        <w:rPr>
          <w:lang w:val="sr-Cyrl-RS"/>
        </w:rPr>
        <w:t>У случају из става 7 овог члана, концесиони</w:t>
      </w:r>
      <w:r w:rsidRPr="00D632CD">
        <w:rPr>
          <w:lang w:val="sr-Cyrl-RS"/>
        </w:rPr>
        <w:t xml:space="preserve"> акт, јавни позив и конкурсна документација садрже опис сваке партије, процењену вредност сваке партије, укупну процењену вредност свих партија, услове за подношење понуде за једну, више или све партије, као и правила о могућности доделе једне или више партија истом понуђачу.</w:t>
      </w:r>
    </w:p>
    <w:p w14:paraId="6D64164E" w14:textId="77777777" w:rsidR="00B67CA3" w:rsidRPr="00D632CD" w:rsidRDefault="00847618">
      <w:pPr>
        <w:jc w:val="both"/>
        <w:rPr>
          <w:lang w:val="sr-Cyrl-RS"/>
        </w:rPr>
      </w:pPr>
      <w:r w:rsidRPr="00D632CD">
        <w:rPr>
          <w:lang w:val="sr-Cyrl-RS"/>
        </w:rPr>
        <w:t>Подела концесије на партије не може се вршити са циљем избегавања примене овог закона, вредносних прагова, правила поступка или обавеза прибављања мишљења, сагласности или другог акта надлежног органа.</w:t>
      </w:r>
    </w:p>
    <w:p w14:paraId="33B890F1" w14:textId="77777777" w:rsidR="00B67CA3" w:rsidRPr="00D632CD" w:rsidRDefault="00847618">
      <w:pPr>
        <w:jc w:val="both"/>
        <w:rPr>
          <w:lang w:val="sr-Cyrl-RS"/>
        </w:rPr>
      </w:pPr>
      <w:r w:rsidRPr="00D632CD">
        <w:rPr>
          <w:lang w:val="sr-Cyrl-RS"/>
        </w:rPr>
        <w:t>Ако је укупна процењена вредност свих партија једнака или већа од вредности од које се примењују правила овог закона, овај закон се примењује на доделу сваке појединачне партије.</w:t>
      </w:r>
    </w:p>
    <w:p w14:paraId="4A9D48E3" w14:textId="77777777" w:rsidR="00B67CA3" w:rsidRPr="00D632CD" w:rsidRDefault="00847618">
      <w:pPr>
        <w:jc w:val="both"/>
        <w:rPr>
          <w:lang w:val="sr-Cyrl-RS"/>
        </w:rPr>
      </w:pPr>
      <w:r w:rsidRPr="00D632CD">
        <w:rPr>
          <w:lang w:val="sr-Cyrl-RS"/>
        </w:rPr>
        <w:t>Ако давалац концесије одлучи да предмет концесије који је објективно дељив не додели по партијама, разлози за такву одлуку наводе се у концесионом акту или конкурсној документацији.</w:t>
      </w:r>
    </w:p>
    <w:p w14:paraId="0F02166B" w14:textId="77777777" w:rsidR="00B67CA3" w:rsidRPr="00F61207" w:rsidRDefault="00847618" w:rsidP="00F61207">
      <w:pPr>
        <w:jc w:val="center"/>
        <w:rPr>
          <w:b/>
          <w:bCs/>
          <w:lang w:val="sr-Cyrl-RS"/>
        </w:rPr>
      </w:pPr>
      <w:r w:rsidRPr="00F61207">
        <w:rPr>
          <w:b/>
          <w:bCs/>
          <w:lang w:val="sr-Cyrl-RS"/>
        </w:rPr>
        <w:t>Прагови до којих се закон не примењује</w:t>
      </w:r>
    </w:p>
    <w:p w14:paraId="5E22B434" w14:textId="77777777" w:rsidR="00B67CA3" w:rsidRPr="00F61207" w:rsidRDefault="00847618" w:rsidP="00F61207">
      <w:pPr>
        <w:jc w:val="center"/>
        <w:rPr>
          <w:b/>
          <w:bCs/>
          <w:lang w:val="sr-Cyrl-RS"/>
        </w:rPr>
      </w:pPr>
      <w:r w:rsidRPr="00F61207">
        <w:rPr>
          <w:b/>
          <w:bCs/>
          <w:lang w:val="sr-Cyrl-RS"/>
        </w:rPr>
        <w:t>Члан 26</w:t>
      </w:r>
    </w:p>
    <w:p w14:paraId="7468049B" w14:textId="410DC944" w:rsidR="00B67CA3" w:rsidRDefault="00847618">
      <w:pPr>
        <w:jc w:val="both"/>
        <w:rPr>
          <w:color w:val="0070C0"/>
          <w:lang w:val="ru-RU"/>
        </w:rPr>
      </w:pPr>
      <w:r w:rsidRPr="0086211F">
        <w:rPr>
          <w:color w:val="0070C0"/>
          <w:lang w:val="ru-RU"/>
        </w:rPr>
        <w:t>Овај закон се примењује на све јавне уговоре који нису изузети и чија је процењена вредност без пореза на додату вредност (ПДВ) једнака или већа од прагова до којих се закон којим се уређују јавне набавке не примењује.</w:t>
      </w:r>
    </w:p>
    <w:p w14:paraId="48EEFFE2" w14:textId="77777777" w:rsidR="00B510EF" w:rsidRDefault="00B510EF">
      <w:pPr>
        <w:jc w:val="both"/>
        <w:rPr>
          <w:lang w:val="sr-Cyrl-RS"/>
        </w:rPr>
      </w:pPr>
    </w:p>
    <w:p w14:paraId="104FB38C" w14:textId="77777777" w:rsidR="00F61207" w:rsidRPr="00D632CD" w:rsidRDefault="00F61207">
      <w:pPr>
        <w:jc w:val="both"/>
        <w:rPr>
          <w:lang w:val="sr-Cyrl-RS"/>
        </w:rPr>
      </w:pPr>
    </w:p>
    <w:p w14:paraId="5585A6B8" w14:textId="3EFE917C" w:rsidR="00B67CA3" w:rsidRPr="00521A36" w:rsidRDefault="00847618" w:rsidP="00F61207">
      <w:pPr>
        <w:jc w:val="center"/>
        <w:rPr>
          <w:b/>
          <w:bCs/>
          <w:lang w:val="sr-Cyrl-RS"/>
        </w:rPr>
      </w:pPr>
      <w:r w:rsidRPr="00521A36">
        <w:rPr>
          <w:b/>
          <w:bCs/>
          <w:lang w:val="sr-Cyrl-RS"/>
        </w:rPr>
        <w:t>Мишљење</w:t>
      </w:r>
      <w:r w:rsidR="00EE3A5A">
        <w:rPr>
          <w:b/>
          <w:bCs/>
          <w:lang w:val="sr-Cyrl-RS"/>
        </w:rPr>
        <w:t xml:space="preserve"> Комисије и</w:t>
      </w:r>
      <w:r w:rsidRPr="00521A36">
        <w:rPr>
          <w:b/>
          <w:bCs/>
          <w:lang w:val="sr-Cyrl-RS"/>
        </w:rPr>
        <w:t xml:space="preserve"> министарства надлежног за послове финансија</w:t>
      </w:r>
    </w:p>
    <w:p w14:paraId="28CA9714" w14:textId="74100B24" w:rsidR="00F61207" w:rsidRPr="00521A36" w:rsidRDefault="00F61207" w:rsidP="00F61207">
      <w:pPr>
        <w:jc w:val="center"/>
        <w:rPr>
          <w:b/>
          <w:bCs/>
          <w:lang w:val="sr-Cyrl-RS"/>
        </w:rPr>
      </w:pPr>
      <w:r w:rsidRPr="00521A36">
        <w:rPr>
          <w:b/>
          <w:bCs/>
          <w:lang w:val="sr-Cyrl-RS"/>
        </w:rPr>
        <w:t>Члан 27</w:t>
      </w:r>
    </w:p>
    <w:p w14:paraId="3A761C8C" w14:textId="77777777" w:rsidR="00EE3A5A" w:rsidRDefault="00F61207" w:rsidP="00F61207">
      <w:pPr>
        <w:jc w:val="both"/>
        <w:rPr>
          <w:lang w:val="sr-Cyrl-RS"/>
        </w:rPr>
      </w:pPr>
      <w:r w:rsidRPr="00F61207">
        <w:rPr>
          <w:lang w:val="sr-Cyrl-RS"/>
        </w:rPr>
        <w:t>Комисија даје позитивно мишљење на предлог пројекта</w:t>
      </w:r>
      <w:r>
        <w:rPr>
          <w:lang w:val="sr-Cyrl-RS"/>
        </w:rPr>
        <w:t xml:space="preserve"> ЈПП</w:t>
      </w:r>
      <w:r w:rsidRPr="00F61207">
        <w:rPr>
          <w:lang w:val="sr-Cyrl-RS"/>
        </w:rPr>
        <w:t>, односно предлог концесионог акта ако су испуњени критеријуми у складу са овим законом</w:t>
      </w:r>
      <w:r w:rsidR="00EE3A5A">
        <w:rPr>
          <w:lang w:val="sr-Cyrl-RS"/>
        </w:rPr>
        <w:t>.</w:t>
      </w:r>
    </w:p>
    <w:p w14:paraId="1381FB6D" w14:textId="7B6AD15F" w:rsidR="00F61207" w:rsidRPr="00F61207" w:rsidRDefault="00EE3A5A" w:rsidP="00F61207">
      <w:pPr>
        <w:jc w:val="both"/>
        <w:rPr>
          <w:lang w:val="sr-Cyrl-RS"/>
        </w:rPr>
      </w:pPr>
      <w:r>
        <w:rPr>
          <w:lang w:val="sr-Cyrl-RS"/>
        </w:rPr>
        <w:t xml:space="preserve">Комисија, пре давања мишљења на предлог пројекта ЈПП без елемената концесије, односно на предлог за доношење концесионог акта, обавезно прибавља претходно мишљење </w:t>
      </w:r>
      <w:r w:rsidR="00F61207" w:rsidRPr="00F61207">
        <w:rPr>
          <w:lang w:val="sr-Cyrl-RS"/>
        </w:rPr>
        <w:t xml:space="preserve"> министарства надлежног за послове финансија</w:t>
      </w:r>
      <w:r>
        <w:rPr>
          <w:lang w:val="sr-Cyrl-RS"/>
        </w:rPr>
        <w:t xml:space="preserve">, </w:t>
      </w:r>
      <w:r w:rsidRPr="00EE3A5A">
        <w:rPr>
          <w:lang w:val="sr-Cyrl-RS"/>
        </w:rPr>
        <w:t>ако је процењена вредност пројекта ЈПП без елемената концесије, односно процењена вредност концесије, већа од 6 милијарди динара.</w:t>
      </w:r>
    </w:p>
    <w:p w14:paraId="7602026B" w14:textId="4E2A6A3E" w:rsidR="00F61207" w:rsidRPr="00F61207" w:rsidRDefault="00F61207" w:rsidP="00F61207">
      <w:pPr>
        <w:jc w:val="both"/>
        <w:rPr>
          <w:lang w:val="sr-Cyrl-RS"/>
        </w:rPr>
      </w:pPr>
      <w:r w:rsidRPr="00F61207">
        <w:rPr>
          <w:lang w:val="sr-Cyrl-RS"/>
        </w:rPr>
        <w:t>Министарство надлежно за послове финансија даје мишљење на основу усаглашености непосредних финансијских обавеза јавног тела садржаних у предлогу пројекта јавно-приватног партнерства, односно предлогу концесионог акта, са буџетским и фискалним пројекцијама, условима и ограничењима одређеним посебним прописима.</w:t>
      </w:r>
    </w:p>
    <w:p w14:paraId="562BF5FA" w14:textId="51E9D9A8" w:rsidR="00F61207" w:rsidRDefault="00F61207" w:rsidP="00F61207">
      <w:pPr>
        <w:jc w:val="both"/>
        <w:rPr>
          <w:lang w:val="sr-Cyrl-RS"/>
        </w:rPr>
      </w:pPr>
      <w:r w:rsidRPr="00F61207">
        <w:rPr>
          <w:lang w:val="sr-Cyrl-RS"/>
        </w:rPr>
        <w:t>Непосредне финансијске обавезе из става 3. овог члана јесу накнаде у новцу за које је предвиђено да јавно тело плаћа у сврху реализације пројекта, у односу на финансирање по традиционалном (буџетском) моделу.</w:t>
      </w:r>
    </w:p>
    <w:p w14:paraId="3BEBA5FA" w14:textId="77777777" w:rsidR="00521A36" w:rsidRDefault="00521A36" w:rsidP="00F61207">
      <w:pPr>
        <w:jc w:val="both"/>
        <w:rPr>
          <w:lang w:val="sr-Cyrl-RS"/>
        </w:rPr>
      </w:pPr>
    </w:p>
    <w:p w14:paraId="0359B6CA" w14:textId="77777777" w:rsidR="00B67CA3" w:rsidRPr="00521A36" w:rsidRDefault="00847618" w:rsidP="00F61207">
      <w:pPr>
        <w:spacing w:after="0"/>
        <w:jc w:val="center"/>
        <w:rPr>
          <w:b/>
          <w:bCs/>
          <w:lang w:val="sr-Cyrl-RS"/>
        </w:rPr>
      </w:pPr>
      <w:r w:rsidRPr="00521A36">
        <w:rPr>
          <w:b/>
          <w:bCs/>
          <w:lang w:val="sr-Cyrl-RS"/>
        </w:rPr>
        <w:t>Објављивање јавног позива</w:t>
      </w:r>
    </w:p>
    <w:p w14:paraId="23C623F9" w14:textId="571587C4" w:rsidR="00B67CA3" w:rsidRPr="00521A36" w:rsidRDefault="00847618" w:rsidP="00F61207">
      <w:pPr>
        <w:jc w:val="center"/>
        <w:rPr>
          <w:b/>
          <w:bCs/>
          <w:lang w:val="sr-Cyrl-RS"/>
        </w:rPr>
      </w:pPr>
      <w:r w:rsidRPr="00521A36">
        <w:rPr>
          <w:b/>
          <w:bCs/>
          <w:lang w:val="sr-Cyrl-RS"/>
        </w:rPr>
        <w:t>Члан 2</w:t>
      </w:r>
      <w:r w:rsidR="00521A36">
        <w:rPr>
          <w:b/>
          <w:bCs/>
          <w:lang w:val="sr-Cyrl-RS"/>
        </w:rPr>
        <w:t>8</w:t>
      </w:r>
    </w:p>
    <w:p w14:paraId="035ED0F7" w14:textId="525031EB" w:rsidR="00B67CA3" w:rsidRPr="00D632CD" w:rsidRDefault="00847618">
      <w:pPr>
        <w:jc w:val="both"/>
        <w:rPr>
          <w:lang w:val="sr-Cyrl-RS"/>
        </w:rPr>
      </w:pPr>
      <w:r w:rsidRPr="00D632CD">
        <w:rPr>
          <w:lang w:val="sr-Cyrl-RS"/>
        </w:rPr>
        <w:t xml:space="preserve">Поступак избора приватног партнера покреће се након одобравања предлога пројекта ЈПП, односно након доношења концесионог акта, слањем јавног позива на објављивање на </w:t>
      </w:r>
      <w:r w:rsidR="002A67C5">
        <w:rPr>
          <w:lang w:val="sr-Cyrl-RS"/>
        </w:rPr>
        <w:t>Порталу.</w:t>
      </w:r>
    </w:p>
    <w:p w14:paraId="67834E79" w14:textId="76F110C8" w:rsidR="00B67CA3" w:rsidRPr="00D632CD" w:rsidRDefault="00847618">
      <w:pPr>
        <w:jc w:val="both"/>
        <w:rPr>
          <w:lang w:val="sr-Cyrl-RS"/>
        </w:rPr>
      </w:pPr>
      <w:r w:rsidRPr="00D632CD">
        <w:rPr>
          <w:lang w:val="sr-Cyrl-RS"/>
        </w:rPr>
        <w:t>Поступак из става 1. овог члана сматра се покренутим даном слања јавног позива на објављивање на Порталу.</w:t>
      </w:r>
    </w:p>
    <w:p w14:paraId="33666162" w14:textId="191DBBF9" w:rsidR="00B67CA3" w:rsidRPr="00D632CD" w:rsidRDefault="00847618">
      <w:pPr>
        <w:jc w:val="both"/>
        <w:rPr>
          <w:lang w:val="sr-Cyrl-RS"/>
        </w:rPr>
      </w:pPr>
      <w:r w:rsidRPr="00D632CD">
        <w:rPr>
          <w:lang w:val="sr-Cyrl-RS"/>
        </w:rPr>
        <w:t>Јавни позив се објављује на Порталу, у „</w:t>
      </w:r>
      <w:r w:rsidRPr="00521A36">
        <w:rPr>
          <w:i/>
          <w:iCs/>
          <w:lang w:val="sr-Cyrl-RS"/>
        </w:rPr>
        <w:t>Службеном гласнику Републике Србије</w:t>
      </w:r>
      <w:r w:rsidRPr="00D632CD">
        <w:rPr>
          <w:lang w:val="sr-Cyrl-RS"/>
        </w:rPr>
        <w:t>”, у средству јавног информисања које се дистрибуира на целој територији Републике Србије и на интернет страници јавног тела.</w:t>
      </w:r>
    </w:p>
    <w:p w14:paraId="79B2B5E1" w14:textId="77777777" w:rsidR="00B67CA3" w:rsidRPr="00D632CD" w:rsidRDefault="00847618">
      <w:pPr>
        <w:jc w:val="both"/>
        <w:rPr>
          <w:lang w:val="sr-Cyrl-RS"/>
        </w:rPr>
      </w:pPr>
      <w:r w:rsidRPr="00D632CD">
        <w:rPr>
          <w:lang w:val="sr-Cyrl-RS"/>
        </w:rPr>
        <w:t xml:space="preserve">Јавни позив се, по потреби, објављује електронски на интернет страници </w:t>
      </w:r>
      <w:r w:rsidRPr="00F61207">
        <w:rPr>
          <w:i/>
          <w:iCs/>
          <w:lang w:val="sr-Cyrl-RS"/>
        </w:rPr>
        <w:t>Tenders Electronic Daily</w:t>
      </w:r>
      <w:r w:rsidRPr="00D632CD">
        <w:rPr>
          <w:lang w:val="sr-Cyrl-RS"/>
        </w:rPr>
        <w:t>, интернет издању додатка Службеном листу Европске уније, а обавезно за пројекте вредности преко 60 милиона динара.</w:t>
      </w:r>
    </w:p>
    <w:p w14:paraId="57F86B4D" w14:textId="77777777" w:rsidR="00B67CA3" w:rsidRDefault="00847618">
      <w:pPr>
        <w:jc w:val="both"/>
        <w:rPr>
          <w:lang w:val="sr-Cyrl-RS"/>
        </w:rPr>
      </w:pPr>
      <w:r w:rsidRPr="00D632CD">
        <w:rPr>
          <w:lang w:val="sr-Cyrl-RS"/>
        </w:rPr>
        <w:t>Трошкове објављивања јавног позива сноси надлежно јавно тело које спроводи поступак.</w:t>
      </w:r>
    </w:p>
    <w:p w14:paraId="1C59684A" w14:textId="77777777" w:rsidR="00F61207" w:rsidRPr="00D632CD" w:rsidRDefault="00F61207">
      <w:pPr>
        <w:jc w:val="both"/>
        <w:rPr>
          <w:lang w:val="sr-Cyrl-RS"/>
        </w:rPr>
      </w:pPr>
    </w:p>
    <w:p w14:paraId="70395ED5" w14:textId="77777777" w:rsidR="00B67CA3" w:rsidRPr="00521A36" w:rsidRDefault="00847618">
      <w:pPr>
        <w:spacing w:after="0"/>
        <w:jc w:val="center"/>
        <w:rPr>
          <w:b/>
          <w:bCs/>
          <w:lang w:val="sr-Cyrl-RS"/>
        </w:rPr>
      </w:pPr>
      <w:r w:rsidRPr="00521A36">
        <w:rPr>
          <w:b/>
          <w:bCs/>
          <w:lang w:val="sr-Cyrl-RS"/>
        </w:rPr>
        <w:t>Поверљивост и тајност</w:t>
      </w:r>
    </w:p>
    <w:p w14:paraId="63F806DD" w14:textId="15A9B07B" w:rsidR="00B67CA3" w:rsidRPr="00521A36" w:rsidRDefault="00847618">
      <w:pPr>
        <w:jc w:val="center"/>
        <w:rPr>
          <w:b/>
          <w:bCs/>
          <w:lang w:val="sr-Cyrl-RS"/>
        </w:rPr>
      </w:pPr>
      <w:r w:rsidRPr="00521A36">
        <w:rPr>
          <w:b/>
          <w:bCs/>
          <w:lang w:val="sr-Cyrl-RS"/>
        </w:rPr>
        <w:t>Члан 2</w:t>
      </w:r>
      <w:r w:rsidR="00521A36">
        <w:rPr>
          <w:b/>
          <w:bCs/>
          <w:lang w:val="sr-Cyrl-RS"/>
        </w:rPr>
        <w:t>9</w:t>
      </w:r>
    </w:p>
    <w:p w14:paraId="3D2C454B" w14:textId="77777777" w:rsidR="00B67CA3" w:rsidRPr="00D632CD" w:rsidRDefault="00847618">
      <w:pPr>
        <w:jc w:val="both"/>
        <w:rPr>
          <w:lang w:val="sr-Cyrl-RS"/>
        </w:rPr>
      </w:pPr>
      <w:r w:rsidRPr="00D632CD">
        <w:rPr>
          <w:lang w:val="sr-Cyrl-RS"/>
        </w:rPr>
        <w:t>Јавно тело је дужно да чува поверљивост свих техничких, економских, финансијских и других података из достављене понуде.</w:t>
      </w:r>
    </w:p>
    <w:p w14:paraId="666B357F" w14:textId="77777777" w:rsidR="00B67CA3" w:rsidRPr="00D632CD" w:rsidRDefault="00847618">
      <w:pPr>
        <w:jc w:val="both"/>
        <w:rPr>
          <w:lang w:val="sr-Cyrl-RS"/>
        </w:rPr>
      </w:pPr>
      <w:r w:rsidRPr="00D632CD">
        <w:rPr>
          <w:lang w:val="sr-Cyrl-RS"/>
        </w:rPr>
        <w:lastRenderedPageBreak/>
        <w:t>Ако није другачије предвиђено законом, судском одлуком или конкурсном документацијом, ниједна страна у поступку не може трећем лицу открити техничке, ценовне или друге елементе у вези са разговорима, комуникацијом или преговорима без сагласности друге стране.</w:t>
      </w:r>
    </w:p>
    <w:p w14:paraId="39F02E84" w14:textId="77777777" w:rsidR="00B67CA3" w:rsidRDefault="00847618">
      <w:pPr>
        <w:jc w:val="both"/>
        <w:rPr>
          <w:lang w:val="sr-Cyrl-RS"/>
        </w:rPr>
      </w:pPr>
      <w:r w:rsidRPr="00D632CD">
        <w:rPr>
          <w:lang w:val="sr-Cyrl-RS"/>
        </w:rPr>
        <w:t>На заштиту података и одређивање поверљивости у поступцима избора приватног партнера сходно се примењују одредбе закона којим се уређују јавне набавке.</w:t>
      </w:r>
    </w:p>
    <w:p w14:paraId="63BE20F6" w14:textId="77777777" w:rsidR="00521A36" w:rsidRPr="00D632CD" w:rsidRDefault="00521A36">
      <w:pPr>
        <w:jc w:val="both"/>
        <w:rPr>
          <w:lang w:val="sr-Cyrl-RS"/>
        </w:rPr>
      </w:pPr>
    </w:p>
    <w:p w14:paraId="27D1EDC9" w14:textId="77777777" w:rsidR="00B67CA3" w:rsidRDefault="00847618">
      <w:pPr>
        <w:jc w:val="center"/>
        <w:rPr>
          <w:b/>
          <w:bCs/>
          <w:lang w:val="sr-Cyrl-RS"/>
        </w:rPr>
      </w:pPr>
      <w:r w:rsidRPr="00D632CD">
        <w:rPr>
          <w:lang w:val="sr-Cyrl-RS"/>
        </w:rPr>
        <w:t xml:space="preserve">2. </w:t>
      </w:r>
      <w:r w:rsidRPr="00521A36">
        <w:rPr>
          <w:b/>
          <w:bCs/>
          <w:lang w:val="sr-Cyrl-RS"/>
        </w:rPr>
        <w:t>Поступак избора приватног партнера у пројектима ЈПП без елемената концесије</w:t>
      </w:r>
    </w:p>
    <w:p w14:paraId="7F9D6C00" w14:textId="77777777" w:rsidR="00521A36" w:rsidRPr="00521A36" w:rsidRDefault="00521A36">
      <w:pPr>
        <w:jc w:val="center"/>
        <w:rPr>
          <w:b/>
          <w:bCs/>
          <w:lang w:val="sr-Cyrl-RS"/>
        </w:rPr>
      </w:pPr>
    </w:p>
    <w:p w14:paraId="3B9BFE3A" w14:textId="77777777" w:rsidR="00B67CA3" w:rsidRPr="00521A36" w:rsidRDefault="00847618">
      <w:pPr>
        <w:spacing w:after="0"/>
        <w:jc w:val="center"/>
        <w:rPr>
          <w:b/>
          <w:bCs/>
          <w:lang w:val="sr-Cyrl-RS"/>
        </w:rPr>
      </w:pPr>
      <w:r w:rsidRPr="00521A36">
        <w:rPr>
          <w:b/>
          <w:bCs/>
          <w:lang w:val="sr-Cyrl-RS"/>
        </w:rPr>
        <w:t>Предлагање пројеката ЈПП без елемената концесије</w:t>
      </w:r>
    </w:p>
    <w:p w14:paraId="6A74D87A" w14:textId="397165BD" w:rsidR="00B67CA3" w:rsidRPr="00521A36" w:rsidRDefault="00847618">
      <w:pPr>
        <w:jc w:val="center"/>
        <w:rPr>
          <w:b/>
          <w:bCs/>
          <w:lang w:val="sr-Cyrl-RS"/>
        </w:rPr>
      </w:pPr>
      <w:r w:rsidRPr="00521A36">
        <w:rPr>
          <w:b/>
          <w:bCs/>
          <w:lang w:val="sr-Cyrl-RS"/>
        </w:rPr>
        <w:t xml:space="preserve">Члан </w:t>
      </w:r>
      <w:r w:rsidR="00521A36">
        <w:rPr>
          <w:b/>
          <w:bCs/>
          <w:lang w:val="sr-Cyrl-RS"/>
        </w:rPr>
        <w:t>30</w:t>
      </w:r>
    </w:p>
    <w:p w14:paraId="1FA19F42" w14:textId="77777777" w:rsidR="00B67CA3" w:rsidRPr="00D632CD" w:rsidRDefault="00847618">
      <w:pPr>
        <w:jc w:val="both"/>
        <w:rPr>
          <w:lang w:val="sr-Cyrl-RS"/>
        </w:rPr>
      </w:pPr>
      <w:r w:rsidRPr="00D632CD">
        <w:rPr>
          <w:lang w:val="sr-Cyrl-RS"/>
        </w:rPr>
        <w:t>Јавно тело подноси предлог пројекта ЈПП без елемената концесије ради давања сагласности следећим органима за одобравање пројеката:</w:t>
      </w:r>
    </w:p>
    <w:p w14:paraId="16675FC6" w14:textId="77777777" w:rsidR="00B67CA3" w:rsidRPr="00D632CD" w:rsidRDefault="00847618">
      <w:pPr>
        <w:jc w:val="both"/>
        <w:rPr>
          <w:lang w:val="sr-Cyrl-RS"/>
        </w:rPr>
      </w:pPr>
      <w:r w:rsidRPr="00D632CD">
        <w:rPr>
          <w:lang w:val="sr-Cyrl-RS"/>
        </w:rPr>
        <w:t>1) Влади, ако је јавни партнер Република Србија или друго јавно тело Републике Србије;</w:t>
      </w:r>
    </w:p>
    <w:p w14:paraId="16D1FCA2" w14:textId="77777777" w:rsidR="00B67CA3" w:rsidRPr="00D632CD" w:rsidRDefault="00847618">
      <w:pPr>
        <w:jc w:val="both"/>
        <w:rPr>
          <w:lang w:val="sr-Cyrl-RS"/>
        </w:rPr>
      </w:pPr>
      <w:r w:rsidRPr="00D632CD">
        <w:rPr>
          <w:lang w:val="sr-Cyrl-RS"/>
        </w:rPr>
        <w:t>2) Влади аутономне покрајине, ако је јавни партнер аутономна покрајина или друго јавно тело те аутономне покрајине;</w:t>
      </w:r>
    </w:p>
    <w:p w14:paraId="10D59431" w14:textId="77777777" w:rsidR="00B67CA3" w:rsidRPr="00D632CD" w:rsidRDefault="00847618">
      <w:pPr>
        <w:jc w:val="both"/>
        <w:rPr>
          <w:lang w:val="sr-Cyrl-RS"/>
        </w:rPr>
      </w:pPr>
      <w:r w:rsidRPr="00D632CD">
        <w:rPr>
          <w:lang w:val="sr-Cyrl-RS"/>
        </w:rPr>
        <w:t>3) скупштини јединице локалне самоуправе, ако је јавни партнер јединица локалне самоуправе или друго јавно тело те јединице локалне самоуправе.</w:t>
      </w:r>
    </w:p>
    <w:p w14:paraId="6CA2DE43" w14:textId="77777777" w:rsidR="00B67CA3" w:rsidRDefault="00847618">
      <w:pPr>
        <w:jc w:val="both"/>
        <w:rPr>
          <w:lang w:val="sr-Cyrl-RS"/>
        </w:rPr>
      </w:pPr>
      <w:r w:rsidRPr="00D632CD">
        <w:rPr>
          <w:lang w:val="sr-Cyrl-RS"/>
        </w:rPr>
        <w:t>Ако орган за одобравање из става 1. овог члана не одобри предлог пројекта ЈПП без елемената концесије у року од три месеца од дана давања позитивног мишљења Комисије, сматра се да предлог пројекта није одобрен.</w:t>
      </w:r>
    </w:p>
    <w:p w14:paraId="52D34F7E" w14:textId="77777777" w:rsidR="00521A36" w:rsidRPr="00D632CD" w:rsidRDefault="00521A36">
      <w:pPr>
        <w:jc w:val="both"/>
        <w:rPr>
          <w:lang w:val="sr-Cyrl-RS"/>
        </w:rPr>
      </w:pPr>
    </w:p>
    <w:p w14:paraId="3F358E9A" w14:textId="77777777" w:rsidR="00B67CA3" w:rsidRPr="00521A36" w:rsidRDefault="00847618">
      <w:pPr>
        <w:spacing w:after="0"/>
        <w:jc w:val="center"/>
        <w:rPr>
          <w:b/>
          <w:bCs/>
          <w:lang w:val="sr-Cyrl-RS"/>
        </w:rPr>
      </w:pPr>
      <w:r w:rsidRPr="00521A36">
        <w:rPr>
          <w:b/>
          <w:bCs/>
          <w:lang w:val="sr-Cyrl-RS"/>
        </w:rPr>
        <w:t>Садржина предлога пројекта ЈПП без елемената концесије</w:t>
      </w:r>
    </w:p>
    <w:p w14:paraId="04AC70E8" w14:textId="413394D0" w:rsidR="00B67CA3" w:rsidRPr="00521A36" w:rsidRDefault="00847618">
      <w:pPr>
        <w:jc w:val="center"/>
        <w:rPr>
          <w:b/>
          <w:bCs/>
          <w:lang w:val="sr-Cyrl-RS"/>
        </w:rPr>
      </w:pPr>
      <w:r w:rsidRPr="00521A36">
        <w:rPr>
          <w:b/>
          <w:bCs/>
          <w:lang w:val="sr-Cyrl-RS"/>
        </w:rPr>
        <w:t>Члан 3</w:t>
      </w:r>
      <w:r w:rsidR="00521A36">
        <w:rPr>
          <w:b/>
          <w:bCs/>
          <w:lang w:val="sr-Cyrl-RS"/>
        </w:rPr>
        <w:t>1</w:t>
      </w:r>
    </w:p>
    <w:p w14:paraId="66742848" w14:textId="77777777" w:rsidR="00B67CA3" w:rsidRPr="00D632CD" w:rsidRDefault="00847618">
      <w:pPr>
        <w:jc w:val="both"/>
        <w:rPr>
          <w:lang w:val="sr-Cyrl-RS"/>
        </w:rPr>
      </w:pPr>
      <w:r w:rsidRPr="00D632CD">
        <w:rPr>
          <w:lang w:val="sr-Cyrl-RS"/>
        </w:rPr>
        <w:t>Предлог пројекта ЈПП без елемената концесије садржи:</w:t>
      </w:r>
    </w:p>
    <w:p w14:paraId="113A2E3F" w14:textId="77777777" w:rsidR="00B67CA3" w:rsidRPr="00D632CD" w:rsidRDefault="00847618">
      <w:pPr>
        <w:jc w:val="both"/>
        <w:rPr>
          <w:lang w:val="sr-Cyrl-RS"/>
        </w:rPr>
      </w:pPr>
      <w:r w:rsidRPr="00D632CD">
        <w:rPr>
          <w:lang w:val="sr-Cyrl-RS"/>
        </w:rPr>
        <w:t>1) предмет предложеног ЈПП, назнаку географског подручја на којем би се обављала делатност ЈПП и циљеви у оквиру јавних задатака које треба остварити пројектом;</w:t>
      </w:r>
    </w:p>
    <w:p w14:paraId="000CE36F" w14:textId="221FBECE" w:rsidR="00B67CA3" w:rsidRPr="00D632CD" w:rsidRDefault="00847618">
      <w:pPr>
        <w:jc w:val="both"/>
        <w:rPr>
          <w:lang w:val="sr-Cyrl-RS"/>
        </w:rPr>
      </w:pPr>
      <w:r w:rsidRPr="00D632CD">
        <w:rPr>
          <w:lang w:val="sr-Cyrl-RS"/>
        </w:rPr>
        <w:t>2) пословни план, укључујући услове ЈПП, процену трошкова и анализу добијене вредности у односу на уложена средства (</w:t>
      </w:r>
      <w:r w:rsidRPr="00521A36">
        <w:rPr>
          <w:i/>
          <w:iCs/>
          <w:lang w:val="sr-Cyrl-RS"/>
        </w:rPr>
        <w:t>value-for-money</w:t>
      </w:r>
      <w:r w:rsidRPr="00D632CD">
        <w:rPr>
          <w:lang w:val="sr-Cyrl-RS"/>
        </w:rPr>
        <w:t>) и анализу друштвене вредности пројекта (</w:t>
      </w:r>
      <w:r w:rsidRPr="00521A36">
        <w:rPr>
          <w:i/>
          <w:iCs/>
          <w:lang w:val="sr-Cyrl-RS"/>
        </w:rPr>
        <w:t>value-for-people</w:t>
      </w:r>
      <w:r w:rsidRPr="00D632CD">
        <w:rPr>
          <w:lang w:val="sr-Cyrl-RS"/>
        </w:rPr>
        <w:t xml:space="preserve">) у складу са </w:t>
      </w:r>
      <w:r w:rsidR="00734829">
        <w:rPr>
          <w:lang w:val="sr-Cyrl-RS"/>
        </w:rPr>
        <w:t>м</w:t>
      </w:r>
      <w:r w:rsidRPr="00D632CD">
        <w:rPr>
          <w:lang w:val="sr-Cyrl-RS"/>
        </w:rPr>
        <w:t>етодологијом коју доноси Комисија за ЈПП, спецификације о финансијској прихватљивости ЈПП за јавно тело, спецификације у погледу финансирања пројекта (из буџета, финансирање од стране међународних финансијских институција, приватно финансирање и цена финансирања) и расположивост средстава, планирану расподелу ризика;</w:t>
      </w:r>
    </w:p>
    <w:p w14:paraId="097DC3D0" w14:textId="77777777" w:rsidR="00B67CA3" w:rsidRPr="00D632CD" w:rsidRDefault="00847618">
      <w:pPr>
        <w:jc w:val="both"/>
        <w:rPr>
          <w:lang w:val="sr-Cyrl-RS"/>
        </w:rPr>
      </w:pPr>
      <w:r w:rsidRPr="00D632CD">
        <w:rPr>
          <w:lang w:val="sr-Cyrl-RS"/>
        </w:rPr>
        <w:t>3) анализу економске ефикасности предложеног пројекта;</w:t>
      </w:r>
    </w:p>
    <w:p w14:paraId="38CDB5AA" w14:textId="02B7631F" w:rsidR="00B67CA3" w:rsidRPr="00D632CD" w:rsidRDefault="002A67C5">
      <w:pPr>
        <w:jc w:val="both"/>
        <w:rPr>
          <w:lang w:val="sr-Cyrl-RS"/>
        </w:rPr>
      </w:pPr>
      <w:r>
        <w:rPr>
          <w:lang w:val="sr-Cyrl-RS"/>
        </w:rPr>
        <w:lastRenderedPageBreak/>
        <w:t>4</w:t>
      </w:r>
      <w:r w:rsidRPr="00D632CD">
        <w:rPr>
          <w:lang w:val="sr-Cyrl-RS"/>
        </w:rPr>
        <w:t>) финансијске ефекте предложеног пројекта на буџет Републике Србије, односно буџет аутономне покрајине или буџет јединице локалне самоуправе током животног века трајања пројекта;</w:t>
      </w:r>
    </w:p>
    <w:p w14:paraId="46BF1D9B" w14:textId="66D9147D" w:rsidR="00B67CA3" w:rsidRPr="00D632CD" w:rsidRDefault="002A67C5">
      <w:pPr>
        <w:jc w:val="both"/>
        <w:rPr>
          <w:lang w:val="sr-Cyrl-RS"/>
        </w:rPr>
      </w:pPr>
      <w:r>
        <w:rPr>
          <w:lang w:val="sr-Cyrl-RS"/>
        </w:rPr>
        <w:t>5</w:t>
      </w:r>
      <w:r w:rsidRPr="00D632CD">
        <w:rPr>
          <w:lang w:val="sr-Cyrl-RS"/>
        </w:rPr>
        <w:t>) врсте и износе средстава обезбеђења које треба да обезбеде партнери у пројекту;</w:t>
      </w:r>
    </w:p>
    <w:p w14:paraId="2CDFABAF" w14:textId="172CCF0D" w:rsidR="00B67CA3" w:rsidRPr="00D632CD" w:rsidRDefault="002A67C5">
      <w:pPr>
        <w:jc w:val="both"/>
        <w:rPr>
          <w:lang w:val="sr-Cyrl-RS"/>
        </w:rPr>
      </w:pPr>
      <w:r>
        <w:rPr>
          <w:lang w:val="sr-Cyrl-RS"/>
        </w:rPr>
        <w:t>6</w:t>
      </w:r>
      <w:r w:rsidRPr="00D632CD">
        <w:rPr>
          <w:lang w:val="sr-Cyrl-RS"/>
        </w:rPr>
        <w:t>) кратак преглед услова, захтева и начина обезбеђења инфраструктуре и услуга корисницима од стране приватног партнера, као што је пројектни квалитет, спецификације резултата за услуге или ниво цена, и сл.;</w:t>
      </w:r>
    </w:p>
    <w:p w14:paraId="1BCA3364" w14:textId="75320635" w:rsidR="00B67CA3" w:rsidRPr="00D632CD" w:rsidRDefault="002A67C5">
      <w:pPr>
        <w:jc w:val="both"/>
        <w:rPr>
          <w:lang w:val="sr-Cyrl-RS"/>
        </w:rPr>
      </w:pPr>
      <w:r>
        <w:rPr>
          <w:lang w:val="sr-Cyrl-RS"/>
        </w:rPr>
        <w:t>7</w:t>
      </w:r>
      <w:r w:rsidRPr="00D632CD">
        <w:rPr>
          <w:lang w:val="sr-Cyrl-RS"/>
        </w:rPr>
        <w:t xml:space="preserve">) информације о поступку избора приватног партнера, посебно о критеријумима избора, одабрани поступак </w:t>
      </w:r>
      <w:r w:rsidR="003C5BD9">
        <w:rPr>
          <w:lang w:val="sr-Cyrl-RS"/>
        </w:rPr>
        <w:t>јавне набавке за избор приватног партнера</w:t>
      </w:r>
      <w:r w:rsidRPr="00D632CD">
        <w:rPr>
          <w:lang w:val="sr-Cyrl-RS"/>
        </w:rPr>
        <w:t>, преглед садржине јавног уговора у складу са чланом 52. овог закона;</w:t>
      </w:r>
    </w:p>
    <w:p w14:paraId="37223C80" w14:textId="3217237F" w:rsidR="00B67CA3" w:rsidRPr="00D632CD" w:rsidRDefault="002A67C5">
      <w:pPr>
        <w:jc w:val="both"/>
        <w:rPr>
          <w:lang w:val="sr-Cyrl-RS"/>
        </w:rPr>
      </w:pPr>
      <w:r>
        <w:rPr>
          <w:lang w:val="sr-Cyrl-RS"/>
        </w:rPr>
        <w:t>8</w:t>
      </w:r>
      <w:r w:rsidRPr="00D632CD">
        <w:rPr>
          <w:lang w:val="sr-Cyrl-RS"/>
        </w:rPr>
        <w:t>) захтеви у области заштите животне средине, у погледу услова рада, безбедности и заштите здравља и сигурности запослених које ангажује приватни партнер;</w:t>
      </w:r>
    </w:p>
    <w:p w14:paraId="3777C4AE" w14:textId="36094DAF" w:rsidR="00B67CA3" w:rsidRPr="00D632CD" w:rsidRDefault="002A67C5">
      <w:pPr>
        <w:jc w:val="both"/>
        <w:rPr>
          <w:lang w:val="sr-Cyrl-RS"/>
        </w:rPr>
      </w:pPr>
      <w:r>
        <w:rPr>
          <w:lang w:val="sr-Cyrl-RS"/>
        </w:rPr>
        <w:t>9</w:t>
      </w:r>
      <w:r w:rsidRPr="00D632CD">
        <w:rPr>
          <w:lang w:val="sr-Cyrl-RS"/>
        </w:rPr>
        <w:t>) планирана динамика развоја пројекта, од поступка доделе све до почетка пружања услуге или пуштања у рад објеката или друге инфраструктуре;</w:t>
      </w:r>
    </w:p>
    <w:p w14:paraId="08C11A4F" w14:textId="6A929A7A" w:rsidR="00B67CA3" w:rsidRPr="00D632CD" w:rsidRDefault="002A67C5">
      <w:pPr>
        <w:jc w:val="both"/>
        <w:rPr>
          <w:lang w:val="sr-Cyrl-RS"/>
        </w:rPr>
      </w:pPr>
      <w:r>
        <w:rPr>
          <w:lang w:val="sr-Cyrl-RS"/>
        </w:rPr>
        <w:t>10</w:t>
      </w:r>
      <w:r w:rsidRPr="00D632CD">
        <w:rPr>
          <w:lang w:val="sr-Cyrl-RS"/>
        </w:rPr>
        <w:t xml:space="preserve">) стручни тим јавног тела који ће пратити цео пројекат и </w:t>
      </w:r>
      <w:r w:rsidR="002E1818">
        <w:rPr>
          <w:lang w:val="sr-Cyrl-RS"/>
        </w:rPr>
        <w:t xml:space="preserve">може </w:t>
      </w:r>
      <w:r w:rsidRPr="00D632CD">
        <w:rPr>
          <w:lang w:val="sr-Cyrl-RS"/>
        </w:rPr>
        <w:t>обављати функцију конкурсне комисије која врши одабир понуђача, односно економски најповољније понуде, укључујући спољне саветнике;</w:t>
      </w:r>
    </w:p>
    <w:p w14:paraId="731B0D08" w14:textId="0DDB9FE9" w:rsidR="00B67CA3" w:rsidRPr="00D632CD" w:rsidRDefault="00847618">
      <w:pPr>
        <w:jc w:val="both"/>
        <w:rPr>
          <w:lang w:val="sr-Cyrl-RS"/>
        </w:rPr>
      </w:pPr>
      <w:r w:rsidRPr="00D632CD">
        <w:rPr>
          <w:lang w:val="sr-Cyrl-RS"/>
        </w:rPr>
        <w:t>1</w:t>
      </w:r>
      <w:r w:rsidR="002A67C5">
        <w:rPr>
          <w:lang w:val="sr-Cyrl-RS"/>
        </w:rPr>
        <w:t>1</w:t>
      </w:r>
      <w:r w:rsidRPr="00D632CD">
        <w:rPr>
          <w:lang w:val="sr-Cyrl-RS"/>
        </w:rPr>
        <w:t>) друге податке и документа релевантна за ЈПП.</w:t>
      </w:r>
    </w:p>
    <w:p w14:paraId="6FCFDEEB" w14:textId="77777777" w:rsidR="00B67CA3" w:rsidRPr="00D632CD" w:rsidRDefault="00847618">
      <w:pPr>
        <w:jc w:val="both"/>
        <w:rPr>
          <w:lang w:val="sr-Cyrl-RS"/>
        </w:rPr>
      </w:pPr>
      <w:r w:rsidRPr="00D632CD">
        <w:rPr>
          <w:lang w:val="sr-Cyrl-RS"/>
        </w:rPr>
        <w:t>Предлагач пројекта самостално или преко надлежног јавног тела прикупља сагласности на материјал којим се органу за одобравање пројекта ЈПП предлаже конкретни пројекат ЈПП.</w:t>
      </w:r>
    </w:p>
    <w:p w14:paraId="14A7D6AF" w14:textId="77777777" w:rsidR="00B67CA3" w:rsidRPr="00D632CD" w:rsidRDefault="00847618">
      <w:pPr>
        <w:jc w:val="both"/>
        <w:rPr>
          <w:lang w:val="sr-Cyrl-RS"/>
        </w:rPr>
      </w:pPr>
      <w:r w:rsidRPr="00D632CD">
        <w:rPr>
          <w:lang w:val="sr-Cyrl-RS"/>
        </w:rPr>
        <w:t>У поступку прибављања сагласности, односно мишљења, предлог пројекта ЈПП без елемената концесије доставља се Комисији ради давања мишљења и оцене да ли се конкретни пројекат, на начин на који је структуриран, може реализовати у форми ЈПП, пре достављања органу за одобравање из члана 30. овог закона ради давања сагласности.</w:t>
      </w:r>
    </w:p>
    <w:p w14:paraId="0A98DE3A" w14:textId="77777777" w:rsidR="00B67CA3" w:rsidRPr="00D632CD" w:rsidRDefault="00847618">
      <w:pPr>
        <w:jc w:val="both"/>
        <w:rPr>
          <w:lang w:val="sr-Cyrl-RS"/>
        </w:rPr>
      </w:pPr>
      <w:r w:rsidRPr="00D632CD">
        <w:rPr>
          <w:lang w:val="sr-Cyrl-RS"/>
        </w:rPr>
        <w:t>У процесу оцењивања усаглашености предложеног пројекта ЈПП са овим законом, јавно тело које је предлагач пројекта сарађује са Комисијом.</w:t>
      </w:r>
    </w:p>
    <w:p w14:paraId="2591FEB6" w14:textId="77777777" w:rsidR="00B67CA3" w:rsidRPr="00D632CD" w:rsidRDefault="00B67CA3">
      <w:pPr>
        <w:jc w:val="both"/>
        <w:rPr>
          <w:lang w:val="sr-Cyrl-RS"/>
        </w:rPr>
      </w:pPr>
    </w:p>
    <w:p w14:paraId="6CE542F6" w14:textId="77777777" w:rsidR="00B67CA3" w:rsidRPr="00521A36" w:rsidRDefault="00847618">
      <w:pPr>
        <w:spacing w:after="0"/>
        <w:jc w:val="center"/>
        <w:rPr>
          <w:b/>
          <w:bCs/>
          <w:lang w:val="sr-Cyrl-RS"/>
        </w:rPr>
      </w:pPr>
      <w:r w:rsidRPr="00521A36">
        <w:rPr>
          <w:b/>
          <w:bCs/>
          <w:lang w:val="sr-Cyrl-RS"/>
        </w:rPr>
        <w:t>Покретање поступка</w:t>
      </w:r>
    </w:p>
    <w:p w14:paraId="3246D612" w14:textId="32A15CDA" w:rsidR="00B67CA3" w:rsidRPr="00521A36" w:rsidRDefault="00847618">
      <w:pPr>
        <w:jc w:val="center"/>
        <w:rPr>
          <w:b/>
          <w:bCs/>
          <w:lang w:val="sr-Cyrl-RS"/>
        </w:rPr>
      </w:pPr>
      <w:r w:rsidRPr="00521A36">
        <w:rPr>
          <w:b/>
          <w:bCs/>
          <w:lang w:val="sr-Cyrl-RS"/>
        </w:rPr>
        <w:t>Члан 3</w:t>
      </w:r>
      <w:r w:rsidR="00521A36">
        <w:rPr>
          <w:b/>
          <w:bCs/>
          <w:lang w:val="sr-Cyrl-RS"/>
        </w:rPr>
        <w:t>2</w:t>
      </w:r>
    </w:p>
    <w:p w14:paraId="628F505F" w14:textId="16B06DFA" w:rsidR="00B67CA3" w:rsidRPr="00D632CD" w:rsidRDefault="00847618">
      <w:pPr>
        <w:jc w:val="both"/>
        <w:rPr>
          <w:lang w:val="sr-Cyrl-RS"/>
        </w:rPr>
      </w:pPr>
      <w:r w:rsidRPr="00D632CD">
        <w:rPr>
          <w:lang w:val="sr-Cyrl-RS"/>
        </w:rPr>
        <w:t xml:space="preserve">Даном давања сагласности органа из члана </w:t>
      </w:r>
      <w:r w:rsidR="00521A36">
        <w:rPr>
          <w:lang w:val="sr-Cyrl-RS"/>
        </w:rPr>
        <w:t>30</w:t>
      </w:r>
      <w:r w:rsidRPr="00D632CD">
        <w:rPr>
          <w:lang w:val="sr-Cyrl-RS"/>
        </w:rPr>
        <w:t>. став 1. овог закона на предлог пројекта ЈПП без елемената концесије, предлог пројекта ЈПП без елемената концесије сматра се одобреним пројектом ЈПП без елемената концесије.</w:t>
      </w:r>
    </w:p>
    <w:p w14:paraId="2F0B3291" w14:textId="77777777" w:rsidR="00B67CA3" w:rsidRPr="00D632CD" w:rsidRDefault="00847618">
      <w:pPr>
        <w:jc w:val="both"/>
        <w:rPr>
          <w:lang w:val="sr-Cyrl-RS"/>
        </w:rPr>
      </w:pPr>
      <w:r w:rsidRPr="00D632CD">
        <w:rPr>
          <w:lang w:val="sr-Cyrl-RS"/>
        </w:rPr>
        <w:t>Јавно тело покреће поступак јавне набавке за избор приватног партнера у складу са законом којим се уређују јавне набавке у року од три месеца од дана давања сагласности из става 1. овог члана.</w:t>
      </w:r>
    </w:p>
    <w:p w14:paraId="70C43DE8" w14:textId="03E36A8E" w:rsidR="00521A36" w:rsidRDefault="00847618">
      <w:pPr>
        <w:jc w:val="both"/>
        <w:rPr>
          <w:lang w:val="sr-Cyrl-RS"/>
        </w:rPr>
      </w:pPr>
      <w:r w:rsidRPr="00D632CD">
        <w:rPr>
          <w:lang w:val="sr-Cyrl-RS"/>
        </w:rPr>
        <w:t xml:space="preserve">Ако јавно тело не покрене поступак избора приватног партнера у року из става 2. овог члана, одобрени предлог пројекта ЈПП без елемената концесије престаје да важи, а поступак </w:t>
      </w:r>
      <w:r w:rsidRPr="00D632CD">
        <w:rPr>
          <w:lang w:val="sr-Cyrl-RS"/>
        </w:rPr>
        <w:lastRenderedPageBreak/>
        <w:t>одобравања предлога пројекта ЈПП без елемената концесије понавља се у складу са овим законом.</w:t>
      </w:r>
    </w:p>
    <w:p w14:paraId="46BF2D4F" w14:textId="77777777" w:rsidR="00521A36" w:rsidRPr="00521A36" w:rsidRDefault="00521A36" w:rsidP="00521A36">
      <w:pPr>
        <w:jc w:val="center"/>
        <w:rPr>
          <w:b/>
          <w:bCs/>
          <w:lang w:val="sr-Cyrl-RS"/>
        </w:rPr>
      </w:pPr>
      <w:r w:rsidRPr="00521A36">
        <w:rPr>
          <w:b/>
          <w:bCs/>
          <w:lang w:val="sr-Cyrl-RS"/>
        </w:rPr>
        <w:t>Рокови за подношење понуда и пријава у ЈПП без елемената концесије</w:t>
      </w:r>
    </w:p>
    <w:p w14:paraId="2F3A1BE6" w14:textId="53A5BF9B" w:rsidR="00521A36" w:rsidRPr="00521A36" w:rsidRDefault="00521A36" w:rsidP="00521A36">
      <w:pPr>
        <w:jc w:val="center"/>
        <w:rPr>
          <w:b/>
          <w:bCs/>
          <w:lang w:val="sr-Cyrl-RS"/>
        </w:rPr>
      </w:pPr>
      <w:r w:rsidRPr="00521A36">
        <w:rPr>
          <w:b/>
          <w:bCs/>
          <w:lang w:val="sr-Cyrl-RS"/>
        </w:rPr>
        <w:t xml:space="preserve">Члан </w:t>
      </w:r>
      <w:r>
        <w:rPr>
          <w:b/>
          <w:bCs/>
          <w:lang w:val="sr-Cyrl-RS"/>
        </w:rPr>
        <w:t>33</w:t>
      </w:r>
    </w:p>
    <w:p w14:paraId="634D051E" w14:textId="77777777" w:rsidR="00521A36" w:rsidRPr="00521A36" w:rsidRDefault="00521A36" w:rsidP="00521A36">
      <w:pPr>
        <w:jc w:val="both"/>
        <w:rPr>
          <w:lang w:val="sr-Cyrl-RS"/>
        </w:rPr>
      </w:pPr>
      <w:r w:rsidRPr="00521A36">
        <w:rPr>
          <w:lang w:val="sr-Cyrl-RS"/>
        </w:rPr>
        <w:t>Приликом одређивања рокова за подношење понуда и пријава за учешће у поступку избора приватног партнера у пројектима ЈПП без елемената концесије, јавно тело нарочито узима у обзир сложеност јавног уговора и време потребно за припремање понуде, како би предвидело примерен рок.</w:t>
      </w:r>
    </w:p>
    <w:p w14:paraId="24B7D993" w14:textId="1CCA4371" w:rsidR="00521A36" w:rsidRDefault="00521A36" w:rsidP="00521A36">
      <w:pPr>
        <w:jc w:val="both"/>
        <w:rPr>
          <w:lang w:val="sr-Cyrl-RS"/>
        </w:rPr>
      </w:pPr>
      <w:r w:rsidRPr="00521A36">
        <w:rPr>
          <w:lang w:val="sr-Cyrl-RS"/>
        </w:rPr>
        <w:t>Рокови из става 1. овог члана не могу бити краћи од 35 дана ни дужи од 60 дана, ако законом којим се уређују јавне набавке није прописан други рок.</w:t>
      </w:r>
    </w:p>
    <w:p w14:paraId="0B6B15A0" w14:textId="77777777" w:rsidR="00521A36" w:rsidRPr="00D632CD" w:rsidRDefault="00521A36" w:rsidP="00521A36">
      <w:pPr>
        <w:jc w:val="both"/>
        <w:rPr>
          <w:lang w:val="sr-Cyrl-RS"/>
        </w:rPr>
      </w:pPr>
    </w:p>
    <w:p w14:paraId="16E187B8" w14:textId="77777777" w:rsidR="00B67CA3" w:rsidRPr="00521A36" w:rsidRDefault="00847618">
      <w:pPr>
        <w:jc w:val="center"/>
        <w:rPr>
          <w:b/>
          <w:bCs/>
          <w:lang w:val="sr-Cyrl-RS"/>
        </w:rPr>
      </w:pPr>
      <w:r w:rsidRPr="00521A36">
        <w:rPr>
          <w:b/>
          <w:bCs/>
          <w:lang w:val="sr-Cyrl-RS"/>
        </w:rPr>
        <w:t>3.</w:t>
      </w:r>
      <w:r w:rsidRPr="00D632CD">
        <w:rPr>
          <w:lang w:val="sr-Cyrl-RS"/>
        </w:rPr>
        <w:t xml:space="preserve"> </w:t>
      </w:r>
      <w:r w:rsidRPr="00521A36">
        <w:rPr>
          <w:b/>
          <w:bCs/>
          <w:lang w:val="sr-Cyrl-RS"/>
        </w:rPr>
        <w:t>Поступак избора приватног партнера у пројектима ЈПП са елементима концесије</w:t>
      </w:r>
    </w:p>
    <w:p w14:paraId="65205C68" w14:textId="77777777" w:rsidR="00B67CA3" w:rsidRPr="00521A36" w:rsidRDefault="00847618">
      <w:pPr>
        <w:spacing w:after="0"/>
        <w:jc w:val="center"/>
        <w:rPr>
          <w:b/>
          <w:bCs/>
          <w:lang w:val="sr-Cyrl-RS"/>
        </w:rPr>
      </w:pPr>
      <w:r w:rsidRPr="00521A36">
        <w:rPr>
          <w:b/>
          <w:bCs/>
          <w:lang w:val="sr-Cyrl-RS"/>
        </w:rPr>
        <w:t>Предлог за доношење концесионог акта</w:t>
      </w:r>
    </w:p>
    <w:p w14:paraId="2585F553" w14:textId="60F21FF4" w:rsidR="00B67CA3" w:rsidRPr="00521A36" w:rsidRDefault="00847618">
      <w:pPr>
        <w:jc w:val="center"/>
        <w:rPr>
          <w:b/>
          <w:bCs/>
          <w:lang w:val="sr-Cyrl-RS"/>
        </w:rPr>
      </w:pPr>
      <w:r w:rsidRPr="00521A36">
        <w:rPr>
          <w:b/>
          <w:bCs/>
          <w:lang w:val="sr-Cyrl-RS"/>
        </w:rPr>
        <w:t>Члан 3</w:t>
      </w:r>
      <w:r w:rsidR="00521A36">
        <w:rPr>
          <w:b/>
          <w:bCs/>
          <w:lang w:val="sr-Cyrl-RS"/>
        </w:rPr>
        <w:t>4</w:t>
      </w:r>
    </w:p>
    <w:p w14:paraId="1F212814" w14:textId="77777777" w:rsidR="00B67CA3" w:rsidRPr="00D632CD" w:rsidRDefault="00847618">
      <w:pPr>
        <w:jc w:val="both"/>
        <w:rPr>
          <w:lang w:val="sr-Cyrl-RS"/>
        </w:rPr>
      </w:pPr>
      <w:r w:rsidRPr="00D632CD">
        <w:rPr>
          <w:lang w:val="sr-Cyrl-RS"/>
        </w:rPr>
        <w:t>Јавно тело, пре сачињавања предлога за доношење концесионог акта, образује стручни тим јавног тела из члана 20. овог закона.</w:t>
      </w:r>
    </w:p>
    <w:p w14:paraId="560B4036" w14:textId="77777777" w:rsidR="00B67CA3" w:rsidRPr="00D632CD" w:rsidRDefault="00847618">
      <w:pPr>
        <w:jc w:val="both"/>
        <w:rPr>
          <w:lang w:val="sr-Cyrl-RS"/>
        </w:rPr>
      </w:pPr>
      <w:r w:rsidRPr="00D632CD">
        <w:rPr>
          <w:lang w:val="sr-Cyrl-RS"/>
        </w:rPr>
        <w:t>На основу економских, финансијских, социјалних и других показатеља и процене утицаја концесионе делатности на животну средину, надлежно јавно тело припрема предлог за доношење концесионог акта који доставља, ради усвајања:</w:t>
      </w:r>
    </w:p>
    <w:p w14:paraId="08AB3342" w14:textId="77777777" w:rsidR="00B67CA3" w:rsidRPr="00D632CD" w:rsidRDefault="00847618">
      <w:pPr>
        <w:jc w:val="both"/>
        <w:rPr>
          <w:lang w:val="sr-Cyrl-RS"/>
        </w:rPr>
      </w:pPr>
      <w:r w:rsidRPr="00D632CD">
        <w:rPr>
          <w:lang w:val="sr-Cyrl-RS"/>
        </w:rPr>
        <w:t>1) Влади, ако је давалац концесије Република Србија, када су јавна тела и предмет концесије у надлежности Републике Србије;</w:t>
      </w:r>
    </w:p>
    <w:p w14:paraId="2ADA2413" w14:textId="77777777" w:rsidR="00B67CA3" w:rsidRPr="00D632CD" w:rsidRDefault="00847618">
      <w:pPr>
        <w:jc w:val="both"/>
        <w:rPr>
          <w:lang w:val="sr-Cyrl-RS"/>
        </w:rPr>
      </w:pPr>
      <w:r w:rsidRPr="00D632CD">
        <w:rPr>
          <w:lang w:val="sr-Cyrl-RS"/>
        </w:rPr>
        <w:t>2) Влади аутономне покрајине, ако је давалац концесије аутономна покрајина, када су јавна тела и предмет концесије у надлежности те аутономне покрајине;</w:t>
      </w:r>
    </w:p>
    <w:p w14:paraId="0DA6B01E" w14:textId="77777777" w:rsidR="00B67CA3" w:rsidRPr="00D632CD" w:rsidRDefault="00847618">
      <w:pPr>
        <w:jc w:val="both"/>
        <w:rPr>
          <w:lang w:val="sr-Cyrl-RS"/>
        </w:rPr>
      </w:pPr>
      <w:r w:rsidRPr="00D632CD">
        <w:rPr>
          <w:lang w:val="sr-Cyrl-RS"/>
        </w:rPr>
        <w:t>3) скупштини јединице локалне самоуправе, ако је давалац концесије јединица локалне самоуправе, када су јавна тела и предмет концесије у надлежности те јединице локалне самоуправе.</w:t>
      </w:r>
    </w:p>
    <w:p w14:paraId="4EBF1FC0" w14:textId="77777777" w:rsidR="00B67CA3" w:rsidRPr="00D632CD" w:rsidRDefault="00847618">
      <w:pPr>
        <w:jc w:val="both"/>
        <w:rPr>
          <w:lang w:val="sr-Cyrl-RS"/>
        </w:rPr>
      </w:pPr>
      <w:r w:rsidRPr="00D632CD">
        <w:rPr>
          <w:lang w:val="sr-Cyrl-RS"/>
        </w:rPr>
        <w:t>Када је давалац концесије јавно тело, јавно предузеће или правно лице овлашћено посебним прописима за давање концесије, концесиони акт усваја одговарајући орган из става 2. тач. 1) до 3) овог члана, у зависности од тога у чијој је надлежности такав давалац концесије.</w:t>
      </w:r>
    </w:p>
    <w:p w14:paraId="613B533D" w14:textId="4BEF1E40" w:rsidR="00EE3A5A" w:rsidRPr="00D632CD" w:rsidRDefault="00847618">
      <w:pPr>
        <w:jc w:val="both"/>
        <w:rPr>
          <w:lang w:val="sr-Cyrl-RS"/>
        </w:rPr>
      </w:pPr>
      <w:r w:rsidRPr="00D632CD">
        <w:rPr>
          <w:lang w:val="sr-Cyrl-RS"/>
        </w:rPr>
        <w:t xml:space="preserve">У поступку доношења концесионог акта, предлог концесионог акта доставља се Комисији ради давања мишљења и оцене да ли се конкретни пројекат, на начин на који је структуриран, може реализовати у форми ЈПП са елементима концесије, пре достављања органу из става </w:t>
      </w:r>
      <w:r w:rsidR="002A67C5">
        <w:rPr>
          <w:lang w:val="sr-Cyrl-RS"/>
        </w:rPr>
        <w:t>2</w:t>
      </w:r>
      <w:r w:rsidRPr="00D632CD">
        <w:rPr>
          <w:lang w:val="sr-Cyrl-RS"/>
        </w:rPr>
        <w:t>. овог члана ради усвајања.</w:t>
      </w:r>
    </w:p>
    <w:p w14:paraId="3846F014" w14:textId="77777777" w:rsidR="00B67CA3" w:rsidRPr="00D632CD" w:rsidRDefault="00847618">
      <w:pPr>
        <w:jc w:val="both"/>
        <w:rPr>
          <w:lang w:val="sr-Cyrl-RS"/>
        </w:rPr>
      </w:pPr>
      <w:r w:rsidRPr="00D632CD">
        <w:rPr>
          <w:lang w:val="sr-Cyrl-RS"/>
        </w:rPr>
        <w:t>Ако орган из става 2. овог члана не усвоји предлог за доношење концесионог акта у року од три месеца од дана давања позитивног мишљења Комисије, сматра се да предлог за доношење концесионог акта није усвојен.</w:t>
      </w:r>
    </w:p>
    <w:p w14:paraId="1474F062" w14:textId="77777777" w:rsidR="00B67CA3" w:rsidRPr="00D632CD" w:rsidRDefault="00847618">
      <w:pPr>
        <w:jc w:val="both"/>
        <w:rPr>
          <w:lang w:val="sr-Cyrl-RS"/>
        </w:rPr>
      </w:pPr>
      <w:r w:rsidRPr="00D632CD">
        <w:rPr>
          <w:lang w:val="sr-Cyrl-RS"/>
        </w:rPr>
        <w:lastRenderedPageBreak/>
        <w:t>Предлог из става 2. овог члана садржи:</w:t>
      </w:r>
    </w:p>
    <w:p w14:paraId="65368D28" w14:textId="77777777" w:rsidR="00B67CA3" w:rsidRPr="00D632CD" w:rsidRDefault="00847618">
      <w:pPr>
        <w:jc w:val="both"/>
        <w:rPr>
          <w:lang w:val="sr-Cyrl-RS"/>
        </w:rPr>
      </w:pPr>
      <w:r w:rsidRPr="00D632CD">
        <w:rPr>
          <w:lang w:val="sr-Cyrl-RS"/>
        </w:rPr>
        <w:t>1) предмет концесије;</w:t>
      </w:r>
    </w:p>
    <w:p w14:paraId="78D22227" w14:textId="77777777" w:rsidR="00B67CA3" w:rsidRPr="00D632CD" w:rsidRDefault="00847618">
      <w:pPr>
        <w:jc w:val="both"/>
        <w:rPr>
          <w:lang w:val="sr-Cyrl-RS"/>
        </w:rPr>
      </w:pPr>
      <w:r w:rsidRPr="00D632CD">
        <w:rPr>
          <w:lang w:val="sr-Cyrl-RS"/>
        </w:rPr>
        <w:t>2) разлоге за давање концесије;</w:t>
      </w:r>
    </w:p>
    <w:p w14:paraId="30751E37" w14:textId="77777777" w:rsidR="00B67CA3" w:rsidRPr="00D632CD" w:rsidRDefault="00847618">
      <w:pPr>
        <w:jc w:val="both"/>
        <w:rPr>
          <w:lang w:val="sr-Cyrl-RS"/>
        </w:rPr>
      </w:pPr>
      <w:r w:rsidRPr="00D632CD">
        <w:rPr>
          <w:lang w:val="sr-Cyrl-RS"/>
        </w:rPr>
        <w:t>3) евентуално одузимање поверених послова и одузимање права коришћења имовине за обављање поверених послова;</w:t>
      </w:r>
    </w:p>
    <w:p w14:paraId="1814FB20" w14:textId="77777777" w:rsidR="00B67CA3" w:rsidRPr="00D632CD" w:rsidRDefault="00847618">
      <w:pPr>
        <w:jc w:val="both"/>
        <w:rPr>
          <w:lang w:val="sr-Cyrl-RS"/>
        </w:rPr>
      </w:pPr>
      <w:r w:rsidRPr="00D632CD">
        <w:rPr>
          <w:lang w:val="sr-Cyrl-RS"/>
        </w:rPr>
        <w:t>4) податке о утицају концесионе делатности на животну средину, на инфраструктуру и друге привредне области, на ефикасно функционисање техничко-технолошких система;</w:t>
      </w:r>
    </w:p>
    <w:p w14:paraId="77F2B79D" w14:textId="77777777" w:rsidR="00B67CA3" w:rsidRPr="00D632CD" w:rsidRDefault="00847618">
      <w:pPr>
        <w:jc w:val="both"/>
        <w:rPr>
          <w:lang w:val="sr-Cyrl-RS"/>
        </w:rPr>
      </w:pPr>
      <w:r w:rsidRPr="00D632CD">
        <w:rPr>
          <w:lang w:val="sr-Cyrl-RS"/>
        </w:rPr>
        <w:t>5) минималне техничке, финансијске и искуствене квалификације које учесник у поступку мора да испуњава да би му се омогућило учествовање у поступку избора концесионара и преговарања;</w:t>
      </w:r>
    </w:p>
    <w:p w14:paraId="357AFCB2" w14:textId="77777777" w:rsidR="00B67CA3" w:rsidRPr="00D632CD" w:rsidRDefault="00847618">
      <w:pPr>
        <w:jc w:val="both"/>
        <w:rPr>
          <w:lang w:val="sr-Cyrl-RS"/>
        </w:rPr>
      </w:pPr>
      <w:r w:rsidRPr="00D632CD">
        <w:rPr>
          <w:lang w:val="sr-Cyrl-RS"/>
        </w:rPr>
        <w:t>6) рок трајања концесије, укључујући образложење предложеног рока;</w:t>
      </w:r>
    </w:p>
    <w:p w14:paraId="4A3CF97A" w14:textId="77777777" w:rsidR="00B67CA3" w:rsidRPr="00D632CD" w:rsidRDefault="00847618">
      <w:pPr>
        <w:jc w:val="both"/>
        <w:rPr>
          <w:lang w:val="sr-Cyrl-RS"/>
        </w:rPr>
      </w:pPr>
      <w:r w:rsidRPr="00D632CD">
        <w:rPr>
          <w:lang w:val="sr-Cyrl-RS"/>
        </w:rPr>
        <w:t>7) податке о потребним новчаним и другим средствима и динамици њиховог улагања, начин плаћања, давања гаранција или других средстава обезбеђења за извршавање концесионих обавеза, права и обавезе концесионара према корисницима услуга које су предмет концесије и питања везана за подношење приговора од стране тих корисника, питања услова и начина вршења надзора, као и цене и опште услове за коришћење добара и обављање делатности;</w:t>
      </w:r>
    </w:p>
    <w:p w14:paraId="203B9BBB" w14:textId="77777777" w:rsidR="00B67CA3" w:rsidRPr="00D632CD" w:rsidRDefault="00847618">
      <w:pPr>
        <w:jc w:val="both"/>
        <w:rPr>
          <w:lang w:val="sr-Cyrl-RS"/>
        </w:rPr>
      </w:pPr>
      <w:r w:rsidRPr="00D632CD">
        <w:rPr>
          <w:lang w:val="sr-Cyrl-RS"/>
        </w:rPr>
        <w:t>8) податке о накнадама које плаћају давалац концесије и концесионар;</w:t>
      </w:r>
    </w:p>
    <w:p w14:paraId="29D229AE" w14:textId="77777777" w:rsidR="00B67CA3" w:rsidRPr="00D632CD" w:rsidRDefault="00847618">
      <w:pPr>
        <w:jc w:val="both"/>
        <w:rPr>
          <w:lang w:val="sr-Cyrl-RS"/>
        </w:rPr>
      </w:pPr>
      <w:r w:rsidRPr="00D632CD">
        <w:rPr>
          <w:lang w:val="sr-Cyrl-RS"/>
        </w:rPr>
        <w:t>9) оцену о потребном броју радних места и квалификоване радне снаге у вези са извршавањем концесије, уколико се предлаже да то буде елемент концесионог акта;</w:t>
      </w:r>
    </w:p>
    <w:p w14:paraId="7E95BC64" w14:textId="77777777" w:rsidR="00B67CA3" w:rsidRPr="00D632CD" w:rsidRDefault="00847618">
      <w:pPr>
        <w:jc w:val="both"/>
        <w:rPr>
          <w:lang w:val="sr-Cyrl-RS"/>
        </w:rPr>
      </w:pPr>
      <w:r w:rsidRPr="00D632CD">
        <w:rPr>
          <w:lang w:val="sr-Cyrl-RS"/>
        </w:rPr>
        <w:t>10) податке о другим уговорима за које се очекује да ће бити закључени пре, истовремено или после закључења јавног уговора, било у форми прилога јавног уговора, било као посебни уговори, ради остварења економске оправданости или комерцијалних потреба релевантног пројекта;</w:t>
      </w:r>
    </w:p>
    <w:p w14:paraId="516953C5" w14:textId="77777777" w:rsidR="00B67CA3" w:rsidRPr="00D632CD" w:rsidRDefault="00847618">
      <w:pPr>
        <w:jc w:val="both"/>
        <w:rPr>
          <w:lang w:val="sr-Cyrl-RS"/>
        </w:rPr>
      </w:pPr>
      <w:r w:rsidRPr="00D632CD">
        <w:rPr>
          <w:lang w:val="sr-Cyrl-RS"/>
        </w:rPr>
        <w:t>11) податак о томе да ли се поступак доделе концесије спроводи у фазама;</w:t>
      </w:r>
    </w:p>
    <w:p w14:paraId="50BF87C1" w14:textId="77777777" w:rsidR="00B67CA3" w:rsidRPr="00D632CD" w:rsidRDefault="00847618">
      <w:pPr>
        <w:jc w:val="both"/>
        <w:rPr>
          <w:lang w:val="sr-Cyrl-RS"/>
        </w:rPr>
      </w:pPr>
      <w:r w:rsidRPr="00D632CD">
        <w:rPr>
          <w:lang w:val="sr-Cyrl-RS"/>
        </w:rPr>
        <w:t>12) остале податке и документе од значаја за концесију.</w:t>
      </w:r>
    </w:p>
    <w:p w14:paraId="5EC7D320" w14:textId="79152A2E" w:rsidR="00B67CA3" w:rsidRPr="00D632CD" w:rsidRDefault="00847618">
      <w:pPr>
        <w:jc w:val="both"/>
        <w:rPr>
          <w:lang w:val="sr-Cyrl-RS"/>
        </w:rPr>
      </w:pPr>
      <w:r w:rsidRPr="00D632CD">
        <w:rPr>
          <w:lang w:val="sr-Cyrl-RS"/>
        </w:rPr>
        <w:t xml:space="preserve">Даном усвајања предлога за доношење концесионог акта од стране органа из става 2. овог члана доноси се концесиони акт, који садржи елементе из става </w:t>
      </w:r>
      <w:r w:rsidR="003C5BD9">
        <w:rPr>
          <w:lang w:val="sr-Cyrl-RS"/>
        </w:rPr>
        <w:t>6</w:t>
      </w:r>
      <w:r w:rsidRPr="00D632CD">
        <w:rPr>
          <w:lang w:val="sr-Cyrl-RS"/>
        </w:rPr>
        <w:t>. овог члана.</w:t>
      </w:r>
    </w:p>
    <w:p w14:paraId="32FB4E90" w14:textId="77777777" w:rsidR="00B67CA3" w:rsidRPr="00D632CD" w:rsidRDefault="00847618">
      <w:pPr>
        <w:jc w:val="both"/>
        <w:rPr>
          <w:lang w:val="sr-Cyrl-RS"/>
        </w:rPr>
      </w:pPr>
      <w:r w:rsidRPr="00D632CD">
        <w:rPr>
          <w:lang w:val="sr-Cyrl-RS"/>
        </w:rPr>
        <w:t>Јавно тело покреће поступак избора приватног партнера у пројекту ЈПП са елементима концесије у складу са овим законом, у року од три месеца од дана доношења концесионог акта.</w:t>
      </w:r>
    </w:p>
    <w:p w14:paraId="6E01BF47" w14:textId="46E8FF43" w:rsidR="00B67CA3" w:rsidRDefault="00847618">
      <w:pPr>
        <w:jc w:val="both"/>
        <w:rPr>
          <w:lang w:val="sr-Cyrl-RS"/>
        </w:rPr>
      </w:pPr>
      <w:r w:rsidRPr="00D632CD">
        <w:rPr>
          <w:lang w:val="sr-Cyrl-RS"/>
        </w:rPr>
        <w:t xml:space="preserve">Ако јавно тело не покрене поступак избора приватног партнера у року из става </w:t>
      </w:r>
      <w:r w:rsidR="003C5BD9">
        <w:rPr>
          <w:lang w:val="sr-Cyrl-RS"/>
        </w:rPr>
        <w:t>8</w:t>
      </w:r>
      <w:r w:rsidRPr="00D632CD">
        <w:rPr>
          <w:lang w:val="sr-Cyrl-RS"/>
        </w:rPr>
        <w:t>. овог члана, концесиони акт престаје да важи, а предлог за доношење концесионог акта поново се подноси и разматра у складу са овим законом.</w:t>
      </w:r>
    </w:p>
    <w:p w14:paraId="6F9EA895" w14:textId="77777777" w:rsidR="00521A36" w:rsidRPr="00D632CD" w:rsidRDefault="00521A36">
      <w:pPr>
        <w:jc w:val="both"/>
        <w:rPr>
          <w:lang w:val="sr-Cyrl-RS"/>
        </w:rPr>
      </w:pPr>
    </w:p>
    <w:p w14:paraId="7788A882" w14:textId="77777777" w:rsidR="00B67CA3" w:rsidRPr="00521A36" w:rsidRDefault="00847618">
      <w:pPr>
        <w:spacing w:after="0"/>
        <w:jc w:val="center"/>
        <w:rPr>
          <w:b/>
          <w:bCs/>
          <w:lang w:val="sr-Cyrl-RS"/>
        </w:rPr>
      </w:pPr>
      <w:r w:rsidRPr="00521A36">
        <w:rPr>
          <w:b/>
          <w:bCs/>
          <w:lang w:val="sr-Cyrl-RS"/>
        </w:rPr>
        <w:t>Студија оправданости давања концесије</w:t>
      </w:r>
    </w:p>
    <w:p w14:paraId="50B5703F" w14:textId="77777777" w:rsidR="00B67CA3" w:rsidRPr="00521A36" w:rsidRDefault="00847618">
      <w:pPr>
        <w:jc w:val="center"/>
        <w:rPr>
          <w:b/>
          <w:bCs/>
          <w:lang w:val="sr-Cyrl-RS"/>
        </w:rPr>
      </w:pPr>
      <w:r w:rsidRPr="00521A36">
        <w:rPr>
          <w:b/>
          <w:bCs/>
          <w:lang w:val="sr-Cyrl-RS"/>
        </w:rPr>
        <w:t>Члан 35</w:t>
      </w:r>
    </w:p>
    <w:p w14:paraId="5BA005D0" w14:textId="77777777" w:rsidR="00B67CA3" w:rsidRDefault="00847618">
      <w:pPr>
        <w:jc w:val="both"/>
        <w:rPr>
          <w:lang w:val="sr-Cyrl-RS"/>
        </w:rPr>
      </w:pPr>
      <w:r w:rsidRPr="00D632CD">
        <w:rPr>
          <w:lang w:val="sr-Cyrl-RS"/>
        </w:rPr>
        <w:lastRenderedPageBreak/>
        <w:t>Јавно тело у изради студије оправданости давања концесије посебно узима у обзир јавни интерес, утицај на животну средину, услове рада, заштиту природе и културних добара, финансијске ефекте концесије на буџет Републике Србије, односно буџет аутономне покрајине и буџет јединице локалне самоуправе.</w:t>
      </w:r>
    </w:p>
    <w:p w14:paraId="55752F32" w14:textId="77777777" w:rsidR="00521A36" w:rsidRPr="00D632CD" w:rsidRDefault="00521A36">
      <w:pPr>
        <w:jc w:val="both"/>
        <w:rPr>
          <w:lang w:val="sr-Cyrl-RS"/>
        </w:rPr>
      </w:pPr>
    </w:p>
    <w:p w14:paraId="250BF01B" w14:textId="77777777" w:rsidR="00B67CA3" w:rsidRPr="00521A36" w:rsidRDefault="00847618">
      <w:pPr>
        <w:spacing w:after="0"/>
        <w:jc w:val="center"/>
        <w:rPr>
          <w:b/>
          <w:bCs/>
          <w:lang w:val="sr-Cyrl-RS"/>
        </w:rPr>
      </w:pPr>
      <w:r w:rsidRPr="00521A36">
        <w:rPr>
          <w:b/>
          <w:bCs/>
          <w:lang w:val="sr-Cyrl-RS"/>
        </w:rPr>
        <w:t>Анализа пројекта</w:t>
      </w:r>
    </w:p>
    <w:p w14:paraId="5606F2BB" w14:textId="77777777" w:rsidR="00B67CA3" w:rsidRPr="00521A36" w:rsidRDefault="00847618">
      <w:pPr>
        <w:jc w:val="center"/>
        <w:rPr>
          <w:b/>
          <w:bCs/>
          <w:lang w:val="sr-Cyrl-RS"/>
        </w:rPr>
      </w:pPr>
      <w:r w:rsidRPr="00521A36">
        <w:rPr>
          <w:b/>
          <w:bCs/>
          <w:lang w:val="sr-Cyrl-RS"/>
        </w:rPr>
        <w:t>Члан 36</w:t>
      </w:r>
    </w:p>
    <w:p w14:paraId="639ACF3E" w14:textId="77777777" w:rsidR="00B67CA3" w:rsidRPr="00D632CD" w:rsidRDefault="00847618">
      <w:pPr>
        <w:jc w:val="both"/>
        <w:rPr>
          <w:lang w:val="sr-Cyrl-RS"/>
        </w:rPr>
      </w:pPr>
      <w:r w:rsidRPr="00D632CD">
        <w:rPr>
          <w:lang w:val="sr-Cyrl-RS"/>
        </w:rPr>
        <w:t>У поступку анализе предложеног пројекта ЈПП са елементима концесије стручни тим јавног тела сарађује са Комисијом.</w:t>
      </w:r>
    </w:p>
    <w:p w14:paraId="450D5929" w14:textId="77777777" w:rsidR="00B67CA3" w:rsidRDefault="00847618">
      <w:pPr>
        <w:jc w:val="both"/>
        <w:rPr>
          <w:lang w:val="sr-Cyrl-RS"/>
        </w:rPr>
      </w:pPr>
      <w:r w:rsidRPr="00D632CD">
        <w:rPr>
          <w:lang w:val="sr-Cyrl-RS"/>
        </w:rPr>
        <w:t>Ако стручни тим анализом утврди да се ради о пројекту ЈПП без елемената концесије, примењују се одредбе овог закона којима се уређује предлагање и одобравање пројеката ЈПП без елемената концесије, а поступак избора приватног партнера спроводи се у складу са законом којим се уређују јавне набавке.</w:t>
      </w:r>
    </w:p>
    <w:p w14:paraId="2407D91B" w14:textId="77777777" w:rsidR="00521A36" w:rsidRPr="00D632CD" w:rsidRDefault="00521A36">
      <w:pPr>
        <w:jc w:val="both"/>
        <w:rPr>
          <w:lang w:val="sr-Cyrl-RS"/>
        </w:rPr>
      </w:pPr>
    </w:p>
    <w:p w14:paraId="3CCABB45" w14:textId="77777777" w:rsidR="00B67CA3" w:rsidRPr="00521A36" w:rsidRDefault="00847618">
      <w:pPr>
        <w:spacing w:after="0"/>
        <w:jc w:val="center"/>
        <w:rPr>
          <w:b/>
          <w:bCs/>
          <w:lang w:val="sr-Cyrl-RS"/>
        </w:rPr>
      </w:pPr>
      <w:r w:rsidRPr="00521A36">
        <w:rPr>
          <w:b/>
          <w:bCs/>
          <w:lang w:val="sr-Cyrl-RS"/>
        </w:rPr>
        <w:t>Покретање поступка доделе концесије</w:t>
      </w:r>
    </w:p>
    <w:p w14:paraId="487F1D48" w14:textId="77777777" w:rsidR="00B67CA3" w:rsidRPr="00D632CD" w:rsidRDefault="00847618">
      <w:pPr>
        <w:jc w:val="center"/>
        <w:rPr>
          <w:lang w:val="sr-Cyrl-RS"/>
        </w:rPr>
      </w:pPr>
      <w:r w:rsidRPr="00521A36">
        <w:rPr>
          <w:b/>
          <w:bCs/>
          <w:lang w:val="sr-Cyrl-RS"/>
        </w:rPr>
        <w:t>Члан 37</w:t>
      </w:r>
    </w:p>
    <w:p w14:paraId="4F933D7B" w14:textId="4C88E223" w:rsidR="00B67CA3" w:rsidRPr="00D632CD" w:rsidRDefault="00847618">
      <w:pPr>
        <w:jc w:val="both"/>
        <w:rPr>
          <w:lang w:val="sr-Cyrl-RS"/>
        </w:rPr>
      </w:pPr>
      <w:r w:rsidRPr="00D632CD">
        <w:rPr>
          <w:lang w:val="sr-Cyrl-RS"/>
        </w:rPr>
        <w:t xml:space="preserve">По доношењу концесионог акта од стране органа из члана </w:t>
      </w:r>
      <w:r w:rsidRPr="005A4155">
        <w:rPr>
          <w:lang w:val="sr-Cyrl-RS"/>
        </w:rPr>
        <w:t>3</w:t>
      </w:r>
      <w:r w:rsidR="005A4155" w:rsidRPr="005A4155">
        <w:rPr>
          <w:lang w:val="sr-Cyrl-RS"/>
        </w:rPr>
        <w:t>4</w:t>
      </w:r>
      <w:r w:rsidRPr="00D632CD">
        <w:rPr>
          <w:lang w:val="sr-Cyrl-RS"/>
        </w:rPr>
        <w:t>. овог закона, поступак доделе концесије почиње даном слања јавног позива на објављивање на Порталу, а окончава се доношењем коначне одлуке о додели јавног уговора о концесији или коначне одлуке о обустави поступка доделе концесије.</w:t>
      </w:r>
    </w:p>
    <w:p w14:paraId="104C75AD" w14:textId="77777777" w:rsidR="005A4155" w:rsidRPr="00D632CD" w:rsidRDefault="005A4155">
      <w:pPr>
        <w:jc w:val="both"/>
        <w:rPr>
          <w:lang w:val="sr-Cyrl-RS"/>
        </w:rPr>
      </w:pPr>
    </w:p>
    <w:p w14:paraId="4A5F2409" w14:textId="77777777" w:rsidR="00B67CA3" w:rsidRPr="005A4155" w:rsidRDefault="00847618">
      <w:pPr>
        <w:spacing w:after="0"/>
        <w:jc w:val="center"/>
        <w:rPr>
          <w:b/>
          <w:bCs/>
          <w:lang w:val="sr-Cyrl-RS"/>
        </w:rPr>
      </w:pPr>
      <w:r w:rsidRPr="005A4155">
        <w:rPr>
          <w:b/>
          <w:bCs/>
          <w:lang w:val="sr-Cyrl-RS"/>
        </w:rPr>
        <w:t>Додела концесије у фазама</w:t>
      </w:r>
    </w:p>
    <w:p w14:paraId="3EF64131" w14:textId="77777777" w:rsidR="00B67CA3" w:rsidRPr="005A4155" w:rsidRDefault="00847618">
      <w:pPr>
        <w:jc w:val="center"/>
        <w:rPr>
          <w:b/>
          <w:bCs/>
          <w:lang w:val="sr-Cyrl-RS"/>
        </w:rPr>
      </w:pPr>
      <w:r w:rsidRPr="005A4155">
        <w:rPr>
          <w:b/>
          <w:bCs/>
          <w:lang w:val="sr-Cyrl-RS"/>
        </w:rPr>
        <w:t>Члан 38</w:t>
      </w:r>
    </w:p>
    <w:p w14:paraId="082FB910" w14:textId="77777777" w:rsidR="00B67CA3" w:rsidRPr="00D632CD" w:rsidRDefault="00847618">
      <w:pPr>
        <w:jc w:val="both"/>
        <w:rPr>
          <w:lang w:val="sr-Cyrl-RS"/>
        </w:rPr>
      </w:pPr>
      <w:r w:rsidRPr="00D632CD">
        <w:rPr>
          <w:lang w:val="sr-Cyrl-RS"/>
        </w:rPr>
        <w:t>Ако је процењена вредност концесије већа од милијарду динара, јавно тело може донети одлуку да се поступак доделе концесије спроведе у фазама, под условом да је то предвиђено концесионим актом.</w:t>
      </w:r>
    </w:p>
    <w:p w14:paraId="29DB607F" w14:textId="77777777" w:rsidR="00B67CA3" w:rsidRDefault="00847618">
      <w:pPr>
        <w:jc w:val="both"/>
        <w:rPr>
          <w:lang w:val="sr-Cyrl-RS"/>
        </w:rPr>
      </w:pPr>
      <w:r w:rsidRPr="00D632CD">
        <w:rPr>
          <w:lang w:val="sr-Cyrl-RS"/>
        </w:rPr>
        <w:t>Начин доделе концесије у фазама из става 1. овог члана ближе прописује Влада.</w:t>
      </w:r>
    </w:p>
    <w:p w14:paraId="3CA66632" w14:textId="77777777" w:rsidR="005A4155" w:rsidRPr="00D632CD" w:rsidRDefault="005A4155">
      <w:pPr>
        <w:jc w:val="both"/>
        <w:rPr>
          <w:lang w:val="sr-Cyrl-RS"/>
        </w:rPr>
      </w:pPr>
    </w:p>
    <w:p w14:paraId="6011BF20" w14:textId="77777777" w:rsidR="00B67CA3" w:rsidRPr="005A4155" w:rsidRDefault="00847618">
      <w:pPr>
        <w:spacing w:after="0"/>
        <w:jc w:val="center"/>
        <w:rPr>
          <w:b/>
          <w:bCs/>
          <w:lang w:val="sr-Cyrl-RS"/>
        </w:rPr>
      </w:pPr>
      <w:r w:rsidRPr="005A4155">
        <w:rPr>
          <w:b/>
          <w:bCs/>
          <w:lang w:val="sr-Cyrl-RS"/>
        </w:rPr>
        <w:t>Конкурсна документација</w:t>
      </w:r>
    </w:p>
    <w:p w14:paraId="23DE2A69" w14:textId="77777777" w:rsidR="00B67CA3" w:rsidRPr="005A4155" w:rsidRDefault="00847618">
      <w:pPr>
        <w:jc w:val="center"/>
        <w:rPr>
          <w:b/>
          <w:bCs/>
          <w:lang w:val="sr-Cyrl-RS"/>
        </w:rPr>
      </w:pPr>
      <w:r w:rsidRPr="005A4155">
        <w:rPr>
          <w:b/>
          <w:bCs/>
          <w:lang w:val="sr-Cyrl-RS"/>
        </w:rPr>
        <w:t>Члан 39</w:t>
      </w:r>
    </w:p>
    <w:p w14:paraId="1D0DB452" w14:textId="77777777" w:rsidR="00B67CA3" w:rsidRPr="00D632CD" w:rsidRDefault="00847618">
      <w:pPr>
        <w:jc w:val="both"/>
        <w:rPr>
          <w:lang w:val="sr-Cyrl-RS"/>
        </w:rPr>
      </w:pPr>
      <w:r w:rsidRPr="00D632CD">
        <w:rPr>
          <w:lang w:val="sr-Cyrl-RS"/>
        </w:rPr>
        <w:t>Конкурсна документација садржи врсту одабраног поступка, облик понуде, садржај понуде, рок важности понуде, опис предмета концесије (техничке и друге спецификације), нацрт или битне елементе јавног уговора о концесији, услове и доказе које су понуђачи обавезни да доставе уз понуду у сврху доказивања њихове оспособљености за реализацију пројекта, захтев за доставу пуне листе повезаних друштава, рок за доношење одлуке о избору најповољније понуде, као и све остале захтеве које понуђач мора да испуни.</w:t>
      </w:r>
    </w:p>
    <w:p w14:paraId="31CB6DC7" w14:textId="77777777" w:rsidR="00B67CA3" w:rsidRPr="00D632CD" w:rsidRDefault="00847618">
      <w:pPr>
        <w:jc w:val="both"/>
        <w:rPr>
          <w:lang w:val="sr-Cyrl-RS"/>
        </w:rPr>
      </w:pPr>
      <w:r w:rsidRPr="00D632CD">
        <w:rPr>
          <w:lang w:val="sr-Cyrl-RS"/>
        </w:rPr>
        <w:lastRenderedPageBreak/>
        <w:t>Ако давалац концесије или друго јавно тело на основу посебног прописа има право одређивања цене коју концесионару за његове услуге плаћају крајњи корисници или давања сагласности концесионару на тарифу његових јавних услуга, такво право, као саставни део одредаба јавног уговора о концесији која је предмет поступка доделе, треба да буде саставни део конкурсне документације.</w:t>
      </w:r>
    </w:p>
    <w:p w14:paraId="643F49C7" w14:textId="77777777" w:rsidR="00B67CA3" w:rsidRPr="00D632CD" w:rsidRDefault="00847618">
      <w:pPr>
        <w:jc w:val="both"/>
        <w:rPr>
          <w:lang w:val="sr-Cyrl-RS"/>
        </w:rPr>
      </w:pPr>
      <w:r w:rsidRPr="00D632CD">
        <w:rPr>
          <w:lang w:val="sr-Cyrl-RS"/>
        </w:rPr>
        <w:t>Опис предмета концесије (техничке и друге спецификације) не може бити дефинисан на начин којим се ограничава тржишна утакмица приликом спровођења поступка за давање концесије.</w:t>
      </w:r>
    </w:p>
    <w:p w14:paraId="6AFE3301" w14:textId="77777777" w:rsidR="00B67CA3" w:rsidRPr="00D632CD" w:rsidRDefault="00847618">
      <w:pPr>
        <w:jc w:val="both"/>
        <w:rPr>
          <w:lang w:val="sr-Cyrl-RS"/>
        </w:rPr>
      </w:pPr>
      <w:r w:rsidRPr="00D632CD">
        <w:rPr>
          <w:lang w:val="sr-Cyrl-RS"/>
        </w:rPr>
        <w:t>Конкурсна документација мора бити израђена на начин који омогућава упоредивост понуда за добијање предметне концесије.</w:t>
      </w:r>
    </w:p>
    <w:p w14:paraId="34F793CB" w14:textId="77777777" w:rsidR="00B67CA3" w:rsidRPr="00D632CD" w:rsidRDefault="00847618">
      <w:pPr>
        <w:jc w:val="both"/>
        <w:rPr>
          <w:lang w:val="sr-Cyrl-RS"/>
        </w:rPr>
      </w:pPr>
      <w:r w:rsidRPr="00D632CD">
        <w:rPr>
          <w:lang w:val="sr-Cyrl-RS"/>
        </w:rPr>
        <w:t>Давалац концесије може у конкурсној документацији навести тела од којих правно, односно физичко лице које има интерес за учествовање у поступку доделе концесије може добити информације о обавезама везанима за порезе, доприносе и остале јавне приходе, за заштиту животне средине, природних и културних добара, енергетску ефикасност, одредбе о заштити на раду и о условима на раду који су на снази на подручју на којем ће се обављати делатност наведена у јавном уговору о концесији.</w:t>
      </w:r>
    </w:p>
    <w:p w14:paraId="18ED91EA" w14:textId="09F1C91E" w:rsidR="00B67CA3" w:rsidRPr="00D632CD" w:rsidRDefault="00847618">
      <w:pPr>
        <w:jc w:val="both"/>
        <w:rPr>
          <w:lang w:val="sr-Cyrl-RS"/>
        </w:rPr>
      </w:pPr>
      <w:r w:rsidRPr="0086211F">
        <w:rPr>
          <w:color w:val="0070C0"/>
          <w:lang w:val="ru-RU"/>
        </w:rPr>
        <w:t>Конкурсна документација објављује се на Порталу и мора бити доступна од дана објављивања јавног позива.</w:t>
      </w:r>
    </w:p>
    <w:p w14:paraId="6D037634" w14:textId="77777777" w:rsidR="00B67CA3" w:rsidRPr="00D632CD" w:rsidRDefault="00847618">
      <w:pPr>
        <w:jc w:val="both"/>
        <w:rPr>
          <w:lang w:val="sr-Cyrl-RS"/>
        </w:rPr>
      </w:pPr>
      <w:r w:rsidRPr="0086211F">
        <w:rPr>
          <w:color w:val="0070C0"/>
          <w:lang w:val="ru-RU"/>
        </w:rPr>
        <w:t>Изузетно, ако се део конкурсне документације због своје природе или ради заштите поверљивих података не може објавити на Порталу, давалац концесије у јавном позиву наводи начин, место и услове увида у тај део документације, уз обезбеђивање једнаког поступања према свим заинтересованим лицима.</w:t>
      </w:r>
    </w:p>
    <w:p w14:paraId="50E5EFAB" w14:textId="77777777" w:rsidR="00B67CA3" w:rsidRPr="00D632CD" w:rsidRDefault="00847618">
      <w:pPr>
        <w:jc w:val="both"/>
        <w:rPr>
          <w:lang w:val="sr-Cyrl-RS"/>
        </w:rPr>
      </w:pPr>
      <w:r w:rsidRPr="00D632CD">
        <w:rPr>
          <w:lang w:val="sr-Cyrl-RS"/>
        </w:rPr>
        <w:t>На сва остала питања садржине конкурсне документације у случају доделе концесије за јавне радове, односно јавне услуге примењују се одговарајуће одредбе закона којим се уређују јавне набавке.</w:t>
      </w:r>
    </w:p>
    <w:p w14:paraId="20284312" w14:textId="77777777" w:rsidR="00B67CA3" w:rsidRPr="005A4155" w:rsidRDefault="00847618">
      <w:pPr>
        <w:spacing w:after="0"/>
        <w:jc w:val="center"/>
        <w:rPr>
          <w:b/>
          <w:bCs/>
          <w:lang w:val="sr-Cyrl-RS"/>
        </w:rPr>
      </w:pPr>
      <w:r w:rsidRPr="005A4155">
        <w:rPr>
          <w:b/>
          <w:bCs/>
          <w:lang w:val="sr-Cyrl-RS"/>
        </w:rPr>
        <w:t>Јавни позив за доделу концесије</w:t>
      </w:r>
    </w:p>
    <w:p w14:paraId="43A1DC1C" w14:textId="77777777" w:rsidR="00B67CA3" w:rsidRPr="005A4155" w:rsidRDefault="00847618">
      <w:pPr>
        <w:jc w:val="center"/>
        <w:rPr>
          <w:b/>
          <w:bCs/>
          <w:lang w:val="sr-Cyrl-RS"/>
        </w:rPr>
      </w:pPr>
      <w:r w:rsidRPr="005A4155">
        <w:rPr>
          <w:b/>
          <w:bCs/>
          <w:lang w:val="sr-Cyrl-RS"/>
        </w:rPr>
        <w:t>Члан 40</w:t>
      </w:r>
    </w:p>
    <w:p w14:paraId="3385FE75" w14:textId="3A58395F" w:rsidR="00B67CA3" w:rsidRPr="00D632CD" w:rsidRDefault="00847618">
      <w:pPr>
        <w:jc w:val="both"/>
        <w:rPr>
          <w:lang w:val="sr-Cyrl-RS"/>
        </w:rPr>
      </w:pPr>
      <w:r w:rsidRPr="00D632CD">
        <w:rPr>
          <w:lang w:val="sr-Cyrl-RS"/>
        </w:rPr>
        <w:t>Поступак доделе јавног уговора о концесији давалац концесије покреће слањем јавног позива на објављивање на Порталу.</w:t>
      </w:r>
    </w:p>
    <w:p w14:paraId="367F91A4" w14:textId="77777777" w:rsidR="00B67CA3" w:rsidRPr="00D632CD" w:rsidRDefault="00847618">
      <w:pPr>
        <w:jc w:val="both"/>
        <w:rPr>
          <w:lang w:val="sr-Cyrl-RS"/>
        </w:rPr>
      </w:pPr>
      <w:r w:rsidRPr="00D632CD">
        <w:rPr>
          <w:lang w:val="sr-Cyrl-RS"/>
        </w:rPr>
        <w:t>Јавни позив мора да садржи следеће податке:</w:t>
      </w:r>
    </w:p>
    <w:p w14:paraId="570310D3" w14:textId="77777777" w:rsidR="00B67CA3" w:rsidRPr="00D632CD" w:rsidRDefault="00847618">
      <w:pPr>
        <w:jc w:val="both"/>
        <w:rPr>
          <w:lang w:val="sr-Cyrl-RS"/>
        </w:rPr>
      </w:pPr>
      <w:r w:rsidRPr="00D632CD">
        <w:rPr>
          <w:lang w:val="sr-Cyrl-RS"/>
        </w:rPr>
        <w:t>1) врсту поступка и контакт податке даваоца концесије;</w:t>
      </w:r>
    </w:p>
    <w:p w14:paraId="2BA95D19" w14:textId="77777777" w:rsidR="00B67CA3" w:rsidRPr="00D632CD" w:rsidRDefault="00847618">
      <w:pPr>
        <w:jc w:val="both"/>
        <w:rPr>
          <w:lang w:val="sr-Cyrl-RS"/>
        </w:rPr>
      </w:pPr>
      <w:r w:rsidRPr="00D632CD">
        <w:rPr>
          <w:lang w:val="sr-Cyrl-RS"/>
        </w:rPr>
        <w:t>2) предмет концесије, укључујући природу и обим концесионе делатности, место обављања концесионе делатности и рок трајања концесије;</w:t>
      </w:r>
    </w:p>
    <w:p w14:paraId="1B6557E2" w14:textId="77777777" w:rsidR="00B67CA3" w:rsidRPr="00D632CD" w:rsidRDefault="00847618">
      <w:pPr>
        <w:jc w:val="both"/>
        <w:rPr>
          <w:lang w:val="sr-Cyrl-RS"/>
        </w:rPr>
      </w:pPr>
      <w:r w:rsidRPr="00D632CD">
        <w:rPr>
          <w:lang w:val="sr-Cyrl-RS"/>
        </w:rPr>
        <w:t>3) рок за подношење понуда, начин подношења понуда, језик и писмо на којем понуде морају бити сачињене;</w:t>
      </w:r>
    </w:p>
    <w:p w14:paraId="3002A7AE" w14:textId="1BBD3FC5" w:rsidR="00322456" w:rsidRDefault="00847618">
      <w:pPr>
        <w:jc w:val="both"/>
        <w:rPr>
          <w:lang w:val="sr-Cyrl-RS"/>
        </w:rPr>
      </w:pPr>
      <w:r w:rsidRPr="0086211F">
        <w:rPr>
          <w:color w:val="0070C0"/>
          <w:lang w:val="ru-RU"/>
        </w:rPr>
        <w:t>4) интернет адресу на којој је конкурсна документација доступна, односно начин, место и услове увида у делове конкурсне документације који се не могу објавити на Порталу;</w:t>
      </w:r>
    </w:p>
    <w:p w14:paraId="19E93DBD" w14:textId="77777777" w:rsidR="00B67CA3" w:rsidRPr="00D632CD" w:rsidRDefault="00847618">
      <w:pPr>
        <w:jc w:val="both"/>
        <w:rPr>
          <w:lang w:val="sr-Cyrl-RS"/>
        </w:rPr>
      </w:pPr>
      <w:r w:rsidRPr="0086211F">
        <w:rPr>
          <w:color w:val="0070C0"/>
          <w:lang w:val="ru-RU"/>
        </w:rPr>
        <w:lastRenderedPageBreak/>
        <w:t>5)</w:t>
      </w:r>
      <w:r w:rsidRPr="0086211F">
        <w:rPr>
          <w:lang w:val="ru-RU"/>
        </w:rPr>
        <w:t xml:space="preserve"> личне, стручне, техничке и финансијске услове које морају да задовоље понуђачи, као и исправе којима се доказује њихово испуњење;</w:t>
      </w:r>
    </w:p>
    <w:p w14:paraId="23F23DD3" w14:textId="77777777" w:rsidR="00B67CA3" w:rsidRPr="00D632CD" w:rsidRDefault="00847618">
      <w:pPr>
        <w:jc w:val="both"/>
        <w:rPr>
          <w:lang w:val="sr-Cyrl-RS"/>
        </w:rPr>
      </w:pPr>
      <w:r w:rsidRPr="0086211F">
        <w:rPr>
          <w:color w:val="0070C0"/>
          <w:lang w:val="ru-RU"/>
        </w:rPr>
        <w:t>6)</w:t>
      </w:r>
      <w:r w:rsidRPr="0086211F">
        <w:rPr>
          <w:lang w:val="ru-RU"/>
        </w:rPr>
        <w:t xml:space="preserve"> критеријуме за избор најповољније понуде;</w:t>
      </w:r>
    </w:p>
    <w:p w14:paraId="1F3A8A0B" w14:textId="77777777" w:rsidR="00B67CA3" w:rsidRPr="00D632CD" w:rsidRDefault="00847618">
      <w:pPr>
        <w:jc w:val="both"/>
        <w:rPr>
          <w:lang w:val="sr-Cyrl-RS"/>
        </w:rPr>
      </w:pPr>
      <w:r w:rsidRPr="0086211F">
        <w:rPr>
          <w:color w:val="0070C0"/>
          <w:lang w:val="ru-RU"/>
        </w:rPr>
        <w:t>7)</w:t>
      </w:r>
      <w:r w:rsidRPr="0086211F">
        <w:rPr>
          <w:lang w:val="ru-RU"/>
        </w:rPr>
        <w:t xml:space="preserve"> датум достављања обавештења о исходу поступка;</w:t>
      </w:r>
    </w:p>
    <w:p w14:paraId="23CE78ED" w14:textId="77777777" w:rsidR="00B67CA3" w:rsidRPr="00D632CD" w:rsidRDefault="00847618">
      <w:pPr>
        <w:jc w:val="both"/>
        <w:rPr>
          <w:lang w:val="sr-Cyrl-RS"/>
        </w:rPr>
      </w:pPr>
      <w:r w:rsidRPr="0086211F">
        <w:rPr>
          <w:color w:val="0070C0"/>
          <w:lang w:val="ru-RU"/>
        </w:rPr>
        <w:t>8)</w:t>
      </w:r>
      <w:r w:rsidRPr="0086211F">
        <w:rPr>
          <w:lang w:val="ru-RU"/>
        </w:rPr>
        <w:t xml:space="preserve"> назив и адресу тела надлежног за решавање по захтевима за заштиту права, као и податке о роковима за њихово подношење;</w:t>
      </w:r>
    </w:p>
    <w:p w14:paraId="4301E707" w14:textId="77777777" w:rsidR="00B67CA3" w:rsidRPr="00D632CD" w:rsidRDefault="00847618">
      <w:pPr>
        <w:jc w:val="both"/>
        <w:rPr>
          <w:lang w:val="sr-Cyrl-RS"/>
        </w:rPr>
      </w:pPr>
      <w:r w:rsidRPr="0086211F">
        <w:rPr>
          <w:color w:val="0070C0"/>
          <w:lang w:val="ru-RU"/>
        </w:rPr>
        <w:t>9)</w:t>
      </w:r>
      <w:r w:rsidRPr="0086211F">
        <w:rPr>
          <w:lang w:val="ru-RU"/>
        </w:rPr>
        <w:t xml:space="preserve"> остале податке од значаја за поступак доделе концесије.</w:t>
      </w:r>
    </w:p>
    <w:p w14:paraId="3B08C399" w14:textId="698B794C" w:rsidR="00B67CA3" w:rsidRPr="00D632CD" w:rsidRDefault="00847618">
      <w:pPr>
        <w:jc w:val="both"/>
        <w:rPr>
          <w:lang w:val="sr-Cyrl-RS"/>
        </w:rPr>
      </w:pPr>
      <w:r w:rsidRPr="00D632CD">
        <w:rPr>
          <w:lang w:val="sr-Cyrl-RS"/>
        </w:rPr>
        <w:t xml:space="preserve">У јавном позиву мора да се наведе да ли се концесија додељује у складу са чл. 40. до </w:t>
      </w:r>
      <w:r w:rsidR="00EE3A5A">
        <w:rPr>
          <w:lang w:val="sr-Cyrl-RS"/>
        </w:rPr>
        <w:t>50</w:t>
      </w:r>
      <w:r w:rsidRPr="00D632CD">
        <w:rPr>
          <w:lang w:val="sr-Cyrl-RS"/>
        </w:rPr>
        <w:t>. овог закона или у фазама у складу са чланом 38. овог закона.</w:t>
      </w:r>
    </w:p>
    <w:p w14:paraId="5A448611" w14:textId="77777777" w:rsidR="00B67CA3" w:rsidRPr="00D632CD" w:rsidRDefault="00847618">
      <w:pPr>
        <w:jc w:val="both"/>
        <w:rPr>
          <w:lang w:val="sr-Cyrl-RS"/>
        </w:rPr>
      </w:pPr>
      <w:r w:rsidRPr="00D632CD">
        <w:rPr>
          <w:lang w:val="sr-Cyrl-RS"/>
        </w:rPr>
        <w:t>Јавни позив може да садржи и друге податке у складу са посебним законом.</w:t>
      </w:r>
    </w:p>
    <w:p w14:paraId="11D830F1" w14:textId="2ADF6B4B" w:rsidR="00B67CA3" w:rsidRDefault="00847618">
      <w:pPr>
        <w:jc w:val="both"/>
        <w:rPr>
          <w:lang w:val="sr-Cyrl-RS"/>
        </w:rPr>
      </w:pPr>
      <w:r w:rsidRPr="00D632CD">
        <w:rPr>
          <w:lang w:val="sr-Cyrl-RS"/>
        </w:rPr>
        <w:t>Јавни позив се објављује у складу са чланом 2</w:t>
      </w:r>
      <w:r w:rsidR="00EE3A5A">
        <w:rPr>
          <w:lang w:val="sr-Cyrl-RS"/>
        </w:rPr>
        <w:t>8</w:t>
      </w:r>
      <w:r w:rsidRPr="00D632CD">
        <w:rPr>
          <w:lang w:val="sr-Cyrl-RS"/>
        </w:rPr>
        <w:t>. овог закона.</w:t>
      </w:r>
    </w:p>
    <w:p w14:paraId="0918DEAB" w14:textId="77777777" w:rsidR="005A4155" w:rsidRPr="00D632CD" w:rsidRDefault="005A4155">
      <w:pPr>
        <w:jc w:val="both"/>
        <w:rPr>
          <w:lang w:val="sr-Cyrl-RS"/>
        </w:rPr>
      </w:pPr>
    </w:p>
    <w:p w14:paraId="2DDA3D35" w14:textId="77777777" w:rsidR="00B67CA3" w:rsidRPr="005A4155" w:rsidRDefault="00847618">
      <w:pPr>
        <w:spacing w:after="0"/>
        <w:jc w:val="center"/>
        <w:rPr>
          <w:b/>
          <w:bCs/>
          <w:lang w:val="sr-Cyrl-RS"/>
        </w:rPr>
      </w:pPr>
      <w:r w:rsidRPr="005A4155">
        <w:rPr>
          <w:b/>
          <w:bCs/>
          <w:lang w:val="sr-Cyrl-RS"/>
        </w:rPr>
        <w:t>Искључење из поступка доделе концесије</w:t>
      </w:r>
    </w:p>
    <w:p w14:paraId="286AE1D0" w14:textId="77777777" w:rsidR="00B67CA3" w:rsidRPr="005A4155" w:rsidRDefault="00847618">
      <w:pPr>
        <w:jc w:val="center"/>
        <w:rPr>
          <w:b/>
          <w:bCs/>
          <w:lang w:val="sr-Cyrl-RS"/>
        </w:rPr>
      </w:pPr>
      <w:r w:rsidRPr="005A4155">
        <w:rPr>
          <w:b/>
          <w:bCs/>
          <w:lang w:val="sr-Cyrl-RS"/>
        </w:rPr>
        <w:t>Члан 41</w:t>
      </w:r>
    </w:p>
    <w:p w14:paraId="2765ADF3" w14:textId="77777777" w:rsidR="00B67CA3" w:rsidRPr="00D632CD" w:rsidRDefault="00847618">
      <w:pPr>
        <w:jc w:val="both"/>
        <w:rPr>
          <w:lang w:val="sr-Cyrl-RS"/>
        </w:rPr>
      </w:pPr>
      <w:r w:rsidRPr="00D632CD">
        <w:rPr>
          <w:lang w:val="sr-Cyrl-RS"/>
        </w:rPr>
        <w:t>Јавно тело је дужно да искључи привредног субјекта из поступка доделе концесије из разлога прописаних законом којим се уређују јавне набавке, а нарочито ако:</w:t>
      </w:r>
    </w:p>
    <w:p w14:paraId="02CEFE66" w14:textId="77777777" w:rsidR="00B67CA3" w:rsidRPr="00D632CD" w:rsidRDefault="00847618">
      <w:pPr>
        <w:jc w:val="both"/>
        <w:rPr>
          <w:lang w:val="sr-Cyrl-RS"/>
        </w:rPr>
      </w:pPr>
      <w:r w:rsidRPr="00D632CD">
        <w:rPr>
          <w:lang w:val="sr-Cyrl-RS"/>
        </w:rPr>
        <w:t>1) привредни субјект не докаже да он и његов законски заступник у периоду од претходних пет година од дана истека рока за подношење понуда, односно пријава није правноснажно осуђен, осим ако правноснажном пресудом није утврђен други период забране учешћа у поступку јавне набавке, за:</w:t>
      </w:r>
    </w:p>
    <w:p w14:paraId="5A024E98" w14:textId="77777777" w:rsidR="00B67CA3" w:rsidRPr="00D632CD" w:rsidRDefault="00847618">
      <w:pPr>
        <w:jc w:val="both"/>
        <w:rPr>
          <w:lang w:val="sr-Cyrl-RS"/>
        </w:rPr>
      </w:pPr>
      <w:r w:rsidRPr="00D632CD">
        <w:rPr>
          <w:lang w:val="sr-Cyrl-RS"/>
        </w:rPr>
        <w:t>(1) кривично дело које је извршио као члан организоване криминалне групе и кривично дело удруживање ради вршења кривичних дела;</w:t>
      </w:r>
    </w:p>
    <w:p w14:paraId="258DF843" w14:textId="77777777" w:rsidR="00B67CA3" w:rsidRPr="00D632CD" w:rsidRDefault="00847618">
      <w:pPr>
        <w:jc w:val="both"/>
        <w:rPr>
          <w:lang w:val="sr-Cyrl-RS"/>
        </w:rPr>
      </w:pPr>
      <w:r w:rsidRPr="00D632CD">
        <w:rPr>
          <w:lang w:val="sr-Cyrl-RS"/>
        </w:rPr>
        <w:t>(2) кривично дело злоупотребе положаја одговорног лица, кривично дело злоупотребе у вези са јавном набавком, кривично дело примања мита у обављању привредне делатности, кривично дело давања мита у обављању привредне делатности, кривично дело злоупотребе службеног положаја, кривично дело трговине утицајем, кривично дело примања мита и кривично дело давања мита, кривично дело преваре, кривично дело неоснованог добијања и коришћења кредита и друге погодности, кривично дело преваре у обављању привредне делатности и кривично дело пореске утаје, кривично дело тероризма, кривично дело јавног подстицања на извршење терористичких дела, кривично дело врбовања и обучавања за вршење терористичких дела и кривично дело терористичког удруживања, кривично дело прања новца, кривично дело финансирања тероризма, кривично дело трговине људима и кривично дело заснивања ропског односа и превоза лица у ропском односу;</w:t>
      </w:r>
    </w:p>
    <w:p w14:paraId="5279E10E" w14:textId="77777777" w:rsidR="00B67CA3" w:rsidRPr="00D632CD" w:rsidRDefault="00847618">
      <w:pPr>
        <w:jc w:val="both"/>
        <w:rPr>
          <w:lang w:val="sr-Cyrl-RS"/>
        </w:rPr>
      </w:pPr>
      <w:r w:rsidRPr="00D632CD">
        <w:rPr>
          <w:lang w:val="sr-Cyrl-RS"/>
        </w:rPr>
        <w:t>2) привредни субјект не докаже да је измирио доспеле порезе и доприносе за обавезно социјално осигурање или да му је обавезујућим споразумом или решењем, у складу са посебним прописом, одобрено одлагање плаћања дуга, укључујући све настале камате и новчане казне;</w:t>
      </w:r>
    </w:p>
    <w:p w14:paraId="28BBB133" w14:textId="77777777" w:rsidR="00B67CA3" w:rsidRPr="00D632CD" w:rsidRDefault="00847618">
      <w:pPr>
        <w:jc w:val="both"/>
        <w:rPr>
          <w:lang w:val="sr-Cyrl-RS"/>
        </w:rPr>
      </w:pPr>
      <w:r w:rsidRPr="00D632CD">
        <w:rPr>
          <w:lang w:val="sr-Cyrl-RS"/>
        </w:rPr>
        <w:lastRenderedPageBreak/>
        <w:t>3) утврди да је привредни субјект у периоду од претходне две године од дана истека рока за подношење понуда, односно пријава, повредио обавезе у области заштите животне средине, социјалног и радног права, укључујући колективне уговоре, а нарочито обавезу исплате уговорене зараде или других обавезних исплата;</w:t>
      </w:r>
    </w:p>
    <w:p w14:paraId="4389C692" w14:textId="77777777" w:rsidR="00B67CA3" w:rsidRPr="00D632CD" w:rsidRDefault="00847618">
      <w:pPr>
        <w:jc w:val="both"/>
        <w:rPr>
          <w:lang w:val="sr-Cyrl-RS"/>
        </w:rPr>
      </w:pPr>
      <w:r w:rsidRPr="00D632CD">
        <w:rPr>
          <w:lang w:val="sr-Cyrl-RS"/>
        </w:rPr>
        <w:t>4) постоји сукоб интереса, у смислу овог закона, који не може да се отклони другим мерама;</w:t>
      </w:r>
    </w:p>
    <w:p w14:paraId="1793AF1A" w14:textId="77777777" w:rsidR="00B67CA3" w:rsidRPr="00D632CD" w:rsidRDefault="00847618">
      <w:pPr>
        <w:jc w:val="both"/>
        <w:rPr>
          <w:lang w:val="sr-Cyrl-RS"/>
        </w:rPr>
      </w:pPr>
      <w:r w:rsidRPr="00D632CD">
        <w:rPr>
          <w:lang w:val="sr-Cyrl-RS"/>
        </w:rPr>
        <w:t>5) утврди да је привредни субјект покушао да изврши непримерен утицај на поступак одлучивања јавног тела или да дође до поверљивих података који би могли да му омогуће предност у поступку доделе концесије или је доставио обмањујуће податке који могу да утичу на одлуке које се тичу искључења привредног субјекта, избора привредног субјекта или доделе уговора.</w:t>
      </w:r>
    </w:p>
    <w:p w14:paraId="17B126AE" w14:textId="77777777" w:rsidR="00B67CA3" w:rsidRPr="00D632CD" w:rsidRDefault="00847618">
      <w:pPr>
        <w:jc w:val="both"/>
        <w:rPr>
          <w:lang w:val="sr-Cyrl-RS"/>
        </w:rPr>
      </w:pPr>
      <w:r w:rsidRPr="00D632CD">
        <w:rPr>
          <w:lang w:val="sr-Cyrl-RS"/>
        </w:rPr>
        <w:t>Јавно тело је дужно да искључи привредног субјекта из поступка доделе концесије, ако у току поступка утврди да постоје основи за искључење из става 1. овог члана.</w:t>
      </w:r>
    </w:p>
    <w:p w14:paraId="02259777" w14:textId="77777777" w:rsidR="00B67CA3" w:rsidRPr="00D632CD" w:rsidRDefault="00847618">
      <w:pPr>
        <w:jc w:val="both"/>
        <w:rPr>
          <w:lang w:val="sr-Cyrl-RS"/>
        </w:rPr>
      </w:pPr>
      <w:r w:rsidRPr="00D632CD">
        <w:rPr>
          <w:lang w:val="sr-Cyrl-RS"/>
        </w:rPr>
        <w:t>Јавно тело може да одустане од искључења привредног субјекта из поступка доделе концесије из разлога наведених у ставу 1. овог члана због преовлађујућих разлога који се односе на јавни интерес, као што је јавно здравље или заштита животне средине.</w:t>
      </w:r>
    </w:p>
    <w:p w14:paraId="773050D2" w14:textId="77777777" w:rsidR="00B67CA3" w:rsidRPr="00D632CD" w:rsidRDefault="00847618">
      <w:pPr>
        <w:jc w:val="both"/>
        <w:rPr>
          <w:lang w:val="sr-Cyrl-RS"/>
        </w:rPr>
      </w:pPr>
      <w:r w:rsidRPr="00D632CD">
        <w:rPr>
          <w:lang w:val="sr-Cyrl-RS"/>
        </w:rPr>
        <w:t>Обавеза искључења привредног субјекта примењује се и на осуђено лице које је члан административног, управног или надзорног тела привредног субјекта или које је заступник, односно носилац функција одлучивања или контроле у том лицу.</w:t>
      </w:r>
    </w:p>
    <w:p w14:paraId="13998905" w14:textId="77777777" w:rsidR="00B67CA3" w:rsidRPr="00D632CD" w:rsidRDefault="00847618">
      <w:pPr>
        <w:jc w:val="both"/>
        <w:rPr>
          <w:lang w:val="sr-Cyrl-RS"/>
        </w:rPr>
      </w:pPr>
      <w:r w:rsidRPr="00D632CD">
        <w:rPr>
          <w:lang w:val="sr-Cyrl-RS"/>
        </w:rPr>
        <w:t>Јавно тело може у документацији о концесији да предвиди да ће да искључи привредног субјекта из поступка доделе концесије и из других разлога, прописаних законом којим се уређују јавне набавке.</w:t>
      </w:r>
    </w:p>
    <w:p w14:paraId="042A519F" w14:textId="77777777" w:rsidR="00B67CA3" w:rsidRPr="00D632CD" w:rsidRDefault="00847618">
      <w:pPr>
        <w:jc w:val="both"/>
        <w:rPr>
          <w:lang w:val="sr-Cyrl-RS"/>
        </w:rPr>
      </w:pPr>
      <w:r w:rsidRPr="00D632CD">
        <w:rPr>
          <w:lang w:val="sr-Cyrl-RS"/>
        </w:rPr>
        <w:t>Привредни субјект код кога постоје основи за искључење из става 1. тач. 1), 3) и 4) овог члана може јавном телу да достави доказе да је предузео мере да би доказао своју поузданост без обзира на постојање основа за искључење и у том циљу доказује:</w:t>
      </w:r>
    </w:p>
    <w:p w14:paraId="6689FB34" w14:textId="77777777" w:rsidR="00B67CA3" w:rsidRPr="00D632CD" w:rsidRDefault="00847618">
      <w:pPr>
        <w:jc w:val="both"/>
        <w:rPr>
          <w:lang w:val="sr-Cyrl-RS"/>
        </w:rPr>
      </w:pPr>
      <w:r w:rsidRPr="00D632CD">
        <w:rPr>
          <w:lang w:val="sr-Cyrl-RS"/>
        </w:rPr>
        <w:t>1) да је платио или се обавезао да плати накнаду у погледу било које штете изазване кривичним делом или непрофесионалним поступањем;</w:t>
      </w:r>
    </w:p>
    <w:p w14:paraId="5676EDCE" w14:textId="77777777" w:rsidR="00B67CA3" w:rsidRPr="00D632CD" w:rsidRDefault="00847618">
      <w:pPr>
        <w:jc w:val="both"/>
        <w:rPr>
          <w:lang w:val="sr-Cyrl-RS"/>
        </w:rPr>
      </w:pPr>
      <w:r w:rsidRPr="00D632CD">
        <w:rPr>
          <w:lang w:val="sr-Cyrl-RS"/>
        </w:rPr>
        <w:t>2) да је у потпуности разјаснио чињенице и околности активно сарађујући са истражним органима;</w:t>
      </w:r>
    </w:p>
    <w:p w14:paraId="2B8DD19A" w14:textId="77777777" w:rsidR="00B67CA3" w:rsidRPr="00D632CD" w:rsidRDefault="00847618">
      <w:pPr>
        <w:jc w:val="both"/>
        <w:rPr>
          <w:lang w:val="sr-Cyrl-RS"/>
        </w:rPr>
      </w:pPr>
      <w:r w:rsidRPr="00D632CD">
        <w:rPr>
          <w:lang w:val="sr-Cyrl-RS"/>
        </w:rPr>
        <w:t>3) да је предузео конкретне техничке, организационе и кадровске мере које су примерене за спречавање вршења кривичних дела или непрофесионалног поступања.</w:t>
      </w:r>
    </w:p>
    <w:p w14:paraId="7AAECBA5" w14:textId="77777777" w:rsidR="00B67CA3" w:rsidRPr="00D632CD" w:rsidRDefault="00847618">
      <w:pPr>
        <w:jc w:val="both"/>
        <w:rPr>
          <w:lang w:val="sr-Cyrl-RS"/>
        </w:rPr>
      </w:pPr>
      <w:r w:rsidRPr="00D632CD">
        <w:rPr>
          <w:lang w:val="sr-Cyrl-RS"/>
        </w:rPr>
        <w:t>Мере које привредни субјект предузима оцењују се узимајући у обзир тежину и конкретне околности кривичног дела или непрофесионалног поступања, с тим да је јавно тело дужно да образложи разлоге за прихватање или неприхватање мера.</w:t>
      </w:r>
    </w:p>
    <w:p w14:paraId="1EC77CD1" w14:textId="77777777" w:rsidR="00B67CA3" w:rsidRPr="00D632CD" w:rsidRDefault="00847618">
      <w:pPr>
        <w:jc w:val="both"/>
        <w:rPr>
          <w:lang w:val="sr-Cyrl-RS"/>
        </w:rPr>
      </w:pPr>
      <w:r w:rsidRPr="00D632CD">
        <w:rPr>
          <w:lang w:val="sr-Cyrl-RS"/>
        </w:rPr>
        <w:t>Јавно тело неће искључити привредног субјекта из поступка доделе концесије ако је оценило да су предузете мере примерене.</w:t>
      </w:r>
    </w:p>
    <w:p w14:paraId="660C2BC6" w14:textId="77777777" w:rsidR="00B67CA3" w:rsidRPr="00D632CD" w:rsidRDefault="00847618">
      <w:pPr>
        <w:jc w:val="both"/>
        <w:rPr>
          <w:lang w:val="sr-Cyrl-RS"/>
        </w:rPr>
      </w:pPr>
      <w:r w:rsidRPr="00D632CD">
        <w:rPr>
          <w:lang w:val="sr-Cyrl-RS"/>
        </w:rPr>
        <w:lastRenderedPageBreak/>
        <w:t>Привредни субјект коме је правноснажном пресудом одређена забрана учешћа у поступцима јавних набавки или поступцима доделе концесије нема право да користи могућност из става 6. овог члана до истека рока забране.</w:t>
      </w:r>
    </w:p>
    <w:p w14:paraId="7BF84090" w14:textId="77777777" w:rsidR="00B67CA3" w:rsidRPr="00461FAB" w:rsidRDefault="00847618">
      <w:pPr>
        <w:spacing w:after="0"/>
        <w:jc w:val="center"/>
        <w:rPr>
          <w:b/>
          <w:bCs/>
          <w:lang w:val="sr-Cyrl-RS"/>
        </w:rPr>
      </w:pPr>
      <w:r w:rsidRPr="00461FAB">
        <w:rPr>
          <w:b/>
          <w:bCs/>
          <w:lang w:val="sr-Cyrl-RS"/>
        </w:rPr>
        <w:t>Подношење понуда</w:t>
      </w:r>
    </w:p>
    <w:p w14:paraId="7DD1DB41" w14:textId="77777777" w:rsidR="00B67CA3" w:rsidRPr="00461FAB" w:rsidRDefault="00847618">
      <w:pPr>
        <w:jc w:val="center"/>
        <w:rPr>
          <w:b/>
          <w:bCs/>
          <w:lang w:val="sr-Cyrl-RS"/>
        </w:rPr>
      </w:pPr>
      <w:r w:rsidRPr="00461FAB">
        <w:rPr>
          <w:b/>
          <w:bCs/>
          <w:lang w:val="sr-Cyrl-RS"/>
        </w:rPr>
        <w:t>Члан 42</w:t>
      </w:r>
    </w:p>
    <w:p w14:paraId="6A13A19A" w14:textId="59FC3718" w:rsidR="007E18CD" w:rsidRPr="00461FAB" w:rsidRDefault="007E18CD" w:rsidP="007E18CD">
      <w:pPr>
        <w:shd w:val="clear" w:color="auto" w:fill="FFFFFF"/>
        <w:spacing w:before="100" w:beforeAutospacing="1" w:after="100" w:afterAutospacing="1"/>
        <w:jc w:val="both"/>
        <w:rPr>
          <w:rFonts w:cs="Times New Roman"/>
          <w:color w:val="0070C0"/>
          <w:szCs w:val="24"/>
          <w:lang w:val="sr-Cyrl-RS"/>
        </w:rPr>
      </w:pPr>
      <w:r w:rsidRPr="00461FAB">
        <w:rPr>
          <w:rFonts w:cs="Times New Roman"/>
          <w:color w:val="0070C0"/>
          <w:szCs w:val="24"/>
          <w:lang w:val="sr-Cyrl-RS"/>
        </w:rPr>
        <w:t xml:space="preserve">Понуде се достављају у писаном облику у затвореној коверти са адресом даваоца концесије, назнаком поступка за давање концесије на који се односи, назнаком </w:t>
      </w:r>
      <w:r w:rsidR="00B510EF" w:rsidRPr="00461FAB">
        <w:rPr>
          <w:rFonts w:cs="Times New Roman"/>
          <w:color w:val="0070C0"/>
          <w:szCs w:val="24"/>
          <w:lang w:val="sr-Latn-RS"/>
        </w:rPr>
        <w:t>„</w:t>
      </w:r>
      <w:r w:rsidRPr="00461FAB">
        <w:rPr>
          <w:rFonts w:cs="Times New Roman"/>
          <w:color w:val="0070C0"/>
          <w:szCs w:val="24"/>
          <w:lang w:val="sr-Cyrl-RS"/>
        </w:rPr>
        <w:t>не отварати</w:t>
      </w:r>
      <w:r w:rsidR="00B510EF" w:rsidRPr="00461FAB">
        <w:rPr>
          <w:rFonts w:cs="Times New Roman"/>
          <w:color w:val="0070C0"/>
          <w:szCs w:val="24"/>
          <w:lang w:val="sr-Latn-RS"/>
        </w:rPr>
        <w:t>“</w:t>
      </w:r>
      <w:r w:rsidRPr="00461FAB">
        <w:rPr>
          <w:rFonts w:cs="Times New Roman"/>
          <w:color w:val="0070C0"/>
          <w:szCs w:val="24"/>
          <w:lang w:val="sr-Cyrl-RS"/>
        </w:rPr>
        <w:t xml:space="preserve"> и адресом понуђача.</w:t>
      </w:r>
    </w:p>
    <w:p w14:paraId="0E2B79D9" w14:textId="77777777" w:rsidR="007E18CD" w:rsidRPr="00461FAB" w:rsidRDefault="007E18CD" w:rsidP="007E18CD">
      <w:pPr>
        <w:shd w:val="clear" w:color="auto" w:fill="FFFFFF"/>
        <w:spacing w:before="100" w:beforeAutospacing="1" w:after="100" w:afterAutospacing="1"/>
        <w:jc w:val="both"/>
        <w:rPr>
          <w:rFonts w:cs="Times New Roman"/>
          <w:color w:val="0070C0"/>
          <w:szCs w:val="24"/>
          <w:lang w:val="sr-Cyrl-RS"/>
        </w:rPr>
      </w:pPr>
      <w:r w:rsidRPr="00461FAB">
        <w:rPr>
          <w:rFonts w:cs="Times New Roman"/>
          <w:color w:val="0070C0"/>
          <w:szCs w:val="24"/>
          <w:lang w:val="sr-Cyrl-RS"/>
        </w:rPr>
        <w:t>Понуда је обавезујућа за понуђача који је понуду доставио до истека рока за достављање понуда.</w:t>
      </w:r>
    </w:p>
    <w:p w14:paraId="34EE38B3" w14:textId="77777777" w:rsidR="007E18CD" w:rsidRPr="00461FAB" w:rsidRDefault="007E18CD" w:rsidP="007E18CD">
      <w:pPr>
        <w:shd w:val="clear" w:color="auto" w:fill="FFFFFF"/>
        <w:spacing w:before="100" w:beforeAutospacing="1" w:after="100" w:afterAutospacing="1"/>
        <w:jc w:val="both"/>
        <w:rPr>
          <w:rFonts w:cs="Times New Roman"/>
          <w:color w:val="0070C0"/>
          <w:szCs w:val="24"/>
          <w:lang w:val="sr-Cyrl-RS"/>
        </w:rPr>
      </w:pPr>
      <w:r w:rsidRPr="00461FAB">
        <w:rPr>
          <w:rFonts w:cs="Times New Roman"/>
          <w:color w:val="0070C0"/>
          <w:szCs w:val="24"/>
          <w:lang w:val="sr-Cyrl-RS"/>
        </w:rPr>
        <w:t>У току рока за достављање понуда понуђач може мењати и допуњавати своју понуду, на начин који је одређен за подношење понуде.</w:t>
      </w:r>
    </w:p>
    <w:p w14:paraId="3DC53BB6" w14:textId="77777777" w:rsidR="00B67CA3" w:rsidRPr="005A4155" w:rsidRDefault="00847618">
      <w:pPr>
        <w:spacing w:after="0"/>
        <w:jc w:val="center"/>
        <w:rPr>
          <w:b/>
          <w:bCs/>
          <w:lang w:val="sr-Cyrl-RS"/>
        </w:rPr>
      </w:pPr>
      <w:r w:rsidRPr="005A4155">
        <w:rPr>
          <w:b/>
          <w:bCs/>
          <w:lang w:val="sr-Cyrl-RS"/>
        </w:rPr>
        <w:t>Рок за подношење понуде</w:t>
      </w:r>
    </w:p>
    <w:p w14:paraId="52909A1F" w14:textId="77777777" w:rsidR="00B67CA3" w:rsidRPr="005A4155" w:rsidRDefault="00847618">
      <w:pPr>
        <w:jc w:val="center"/>
        <w:rPr>
          <w:b/>
          <w:bCs/>
          <w:lang w:val="sr-Cyrl-RS"/>
        </w:rPr>
      </w:pPr>
      <w:r w:rsidRPr="005A4155">
        <w:rPr>
          <w:b/>
          <w:bCs/>
          <w:lang w:val="sr-Cyrl-RS"/>
        </w:rPr>
        <w:t>Члан 43</w:t>
      </w:r>
    </w:p>
    <w:p w14:paraId="10756B69" w14:textId="77777777" w:rsidR="00B67CA3" w:rsidRPr="00D632CD" w:rsidRDefault="00847618">
      <w:pPr>
        <w:jc w:val="both"/>
        <w:rPr>
          <w:lang w:val="sr-Cyrl-RS"/>
        </w:rPr>
      </w:pPr>
      <w:r w:rsidRPr="00D632CD">
        <w:rPr>
          <w:lang w:val="sr-Cyrl-RS"/>
        </w:rPr>
        <w:t>Приликом утврђивања рокова за подношење понуда давалац концесије нарочито узима у обзир сложеност концесије и време потребно за израду понуде или пријаве.</w:t>
      </w:r>
    </w:p>
    <w:p w14:paraId="03A64DF3" w14:textId="021AB075" w:rsidR="00B67CA3" w:rsidRPr="00D632CD" w:rsidRDefault="00847618">
      <w:pPr>
        <w:jc w:val="both"/>
        <w:rPr>
          <w:lang w:val="sr-Cyrl-RS"/>
        </w:rPr>
      </w:pPr>
      <w:r w:rsidRPr="00D632CD">
        <w:rPr>
          <w:lang w:val="sr-Cyrl-RS"/>
        </w:rPr>
        <w:t>Рок за подношење понуда не може бити краћи од 30 дана од дана слања јавног позива на објављивање на Порталу.</w:t>
      </w:r>
    </w:p>
    <w:p w14:paraId="1E091C9A" w14:textId="77777777" w:rsidR="00B67CA3" w:rsidRPr="005A4155" w:rsidRDefault="00847618">
      <w:pPr>
        <w:spacing w:after="0"/>
        <w:jc w:val="center"/>
        <w:rPr>
          <w:b/>
          <w:bCs/>
          <w:lang w:val="sr-Cyrl-RS"/>
        </w:rPr>
      </w:pPr>
      <w:r w:rsidRPr="005A4155">
        <w:rPr>
          <w:b/>
          <w:bCs/>
          <w:lang w:val="sr-Cyrl-RS"/>
        </w:rPr>
        <w:t>Гаранција за озбиљност понуде</w:t>
      </w:r>
    </w:p>
    <w:p w14:paraId="5E9AF1B2" w14:textId="77777777" w:rsidR="00B67CA3" w:rsidRPr="005A4155" w:rsidRDefault="00847618">
      <w:pPr>
        <w:jc w:val="center"/>
        <w:rPr>
          <w:b/>
          <w:bCs/>
          <w:lang w:val="sr-Cyrl-RS"/>
        </w:rPr>
      </w:pPr>
      <w:r w:rsidRPr="005A4155">
        <w:rPr>
          <w:b/>
          <w:bCs/>
          <w:lang w:val="sr-Cyrl-RS"/>
        </w:rPr>
        <w:t>Члан 44</w:t>
      </w:r>
    </w:p>
    <w:p w14:paraId="79372AE1" w14:textId="77777777" w:rsidR="00B67CA3" w:rsidRPr="00D632CD" w:rsidRDefault="00847618">
      <w:pPr>
        <w:jc w:val="both"/>
        <w:rPr>
          <w:lang w:val="sr-Cyrl-RS"/>
        </w:rPr>
      </w:pPr>
      <w:r w:rsidRPr="00D632CD">
        <w:rPr>
          <w:lang w:val="sr-Cyrl-RS"/>
        </w:rPr>
        <w:t>Пре почетка поступка доделе концесије, давалац концесије је дужан да у конкурсној документацији и јавном позиву наведе обавезу понуђача да достави банкарску гаранцију за озбиљност понуде, безусловну, неопозиву, без приговора и плативу на први позив, која се доставља уз понуду.</w:t>
      </w:r>
    </w:p>
    <w:p w14:paraId="5474E52F" w14:textId="77777777" w:rsidR="00B67CA3" w:rsidRPr="00D632CD" w:rsidRDefault="00847618">
      <w:pPr>
        <w:jc w:val="both"/>
        <w:rPr>
          <w:lang w:val="sr-Cyrl-RS"/>
        </w:rPr>
      </w:pPr>
      <w:r w:rsidRPr="00D632CD">
        <w:rPr>
          <w:lang w:val="sr-Cyrl-RS"/>
        </w:rPr>
        <w:t>Врста и вредност гаранција одређују се у зависности од специфичности поједине врсте концесије, а у складу са проценом даваоца концесије и у складу са посебним прописима којима се та питања уређују.</w:t>
      </w:r>
    </w:p>
    <w:p w14:paraId="23892833" w14:textId="77777777" w:rsidR="00B67CA3" w:rsidRPr="00D632CD" w:rsidRDefault="00847618">
      <w:pPr>
        <w:jc w:val="both"/>
        <w:rPr>
          <w:lang w:val="sr-Cyrl-RS"/>
        </w:rPr>
      </w:pPr>
      <w:r w:rsidRPr="00D632CD">
        <w:rPr>
          <w:lang w:val="sr-Cyrl-RS"/>
        </w:rPr>
        <w:t>Стручни тим јавног тела из члана 20. овог закона предлаже врсту и висину конкретних гаранција.</w:t>
      </w:r>
    </w:p>
    <w:p w14:paraId="5FD7E41F" w14:textId="77777777" w:rsidR="00B67CA3" w:rsidRPr="00D632CD" w:rsidRDefault="00847618">
      <w:pPr>
        <w:jc w:val="both"/>
        <w:rPr>
          <w:lang w:val="sr-Cyrl-RS"/>
        </w:rPr>
      </w:pPr>
      <w:r w:rsidRPr="00D632CD">
        <w:rPr>
          <w:lang w:val="sr-Cyrl-RS"/>
        </w:rPr>
        <w:t>Давалац концесије дужан је да утврди висину гаранције за озбиљност понуде у апсолутном износу. Гаранција за озбиљност понуде не може бити виша од 5% процењене вредности концесије.</w:t>
      </w:r>
    </w:p>
    <w:p w14:paraId="785770EB" w14:textId="77777777" w:rsidR="00B67CA3" w:rsidRPr="00D632CD" w:rsidRDefault="00847618">
      <w:pPr>
        <w:jc w:val="both"/>
        <w:rPr>
          <w:lang w:val="sr-Cyrl-RS"/>
        </w:rPr>
      </w:pPr>
      <w:r w:rsidRPr="00D632CD">
        <w:rPr>
          <w:lang w:val="sr-Cyrl-RS"/>
        </w:rPr>
        <w:t xml:space="preserve">Гаранција за озбиљност понуде, ако је неискоришћена, враћа се понуђачу најкасније у року од десет дана од дана доношења одлуке о додели јавног уговора о концесији, односно одлуке о </w:t>
      </w:r>
      <w:r w:rsidRPr="00D632CD">
        <w:rPr>
          <w:lang w:val="sr-Cyrl-RS"/>
        </w:rPr>
        <w:lastRenderedPageBreak/>
        <w:t>обустави поступка доделе концесије, а осталим понуђачима након потписивања јавног уговора о концесији са изабраним понуђачем.</w:t>
      </w:r>
    </w:p>
    <w:p w14:paraId="4D93EAA5" w14:textId="77777777" w:rsidR="00B67CA3" w:rsidRDefault="00847618">
      <w:pPr>
        <w:jc w:val="both"/>
        <w:rPr>
          <w:lang w:val="sr-Cyrl-RS"/>
        </w:rPr>
      </w:pPr>
      <w:r w:rsidRPr="00D632CD">
        <w:rPr>
          <w:lang w:val="sr-Cyrl-RS"/>
        </w:rPr>
        <w:t>Гаранција за озбиљност понуде враћа се без одлагања ако се понуда не разматра при избору.</w:t>
      </w:r>
    </w:p>
    <w:p w14:paraId="4A07DD2D" w14:textId="77777777" w:rsidR="005A4155" w:rsidRPr="00D632CD" w:rsidRDefault="005A4155">
      <w:pPr>
        <w:jc w:val="both"/>
        <w:rPr>
          <w:lang w:val="sr-Cyrl-RS"/>
        </w:rPr>
      </w:pPr>
    </w:p>
    <w:p w14:paraId="3E9D9EC6" w14:textId="77777777" w:rsidR="00B67CA3" w:rsidRPr="005A4155" w:rsidRDefault="00847618">
      <w:pPr>
        <w:spacing w:after="0"/>
        <w:jc w:val="center"/>
        <w:rPr>
          <w:b/>
          <w:bCs/>
          <w:lang w:val="sr-Cyrl-RS"/>
        </w:rPr>
      </w:pPr>
      <w:r w:rsidRPr="005A4155">
        <w:rPr>
          <w:b/>
          <w:bCs/>
          <w:lang w:val="sr-Cyrl-RS"/>
        </w:rPr>
        <w:t>Критеријуми за доделу уговора о концесији</w:t>
      </w:r>
    </w:p>
    <w:p w14:paraId="3FE0DBCF" w14:textId="77777777" w:rsidR="00B67CA3" w:rsidRPr="005A4155" w:rsidRDefault="00847618">
      <w:pPr>
        <w:jc w:val="center"/>
        <w:rPr>
          <w:b/>
          <w:bCs/>
          <w:lang w:val="sr-Cyrl-RS"/>
        </w:rPr>
      </w:pPr>
      <w:r w:rsidRPr="005A4155">
        <w:rPr>
          <w:b/>
          <w:bCs/>
          <w:lang w:val="sr-Cyrl-RS"/>
        </w:rPr>
        <w:t>Члан 45</w:t>
      </w:r>
    </w:p>
    <w:p w14:paraId="305D71C9" w14:textId="77777777" w:rsidR="00B67CA3" w:rsidRPr="00D632CD" w:rsidRDefault="00847618">
      <w:pPr>
        <w:jc w:val="both"/>
        <w:rPr>
          <w:lang w:val="sr-Cyrl-RS"/>
        </w:rPr>
      </w:pPr>
      <w:r w:rsidRPr="00D632CD">
        <w:rPr>
          <w:lang w:val="sr-Cyrl-RS"/>
        </w:rPr>
        <w:t>Критеријуми на којима давалац концесије заснива избор најповољније понуде су:</w:t>
      </w:r>
    </w:p>
    <w:p w14:paraId="0BE300D8" w14:textId="77777777" w:rsidR="00B67CA3" w:rsidRPr="00D632CD" w:rsidRDefault="00847618">
      <w:pPr>
        <w:jc w:val="both"/>
        <w:rPr>
          <w:lang w:val="sr-Cyrl-RS"/>
        </w:rPr>
      </w:pPr>
      <w:r w:rsidRPr="00D632CD">
        <w:rPr>
          <w:lang w:val="sr-Cyrl-RS"/>
        </w:rPr>
        <w:t>1) у случају економски најповољније понуде са становишта даваоца концесије, критеријуми везани за предмет концесије, као што су: квалитет, висина накнаде, цена, техничко решење, естетске, функционалне и еколошке особине, цена пружене услуге према крајњим корисницима, оперативни трошкови, економичност, сервисирање након предаје и техничка помоћ, датум испоруке и рокови испоруке или рокови завршетка радова или</w:t>
      </w:r>
    </w:p>
    <w:p w14:paraId="1EA40343" w14:textId="77777777" w:rsidR="00B67CA3" w:rsidRPr="00D632CD" w:rsidRDefault="00847618">
      <w:pPr>
        <w:jc w:val="both"/>
        <w:rPr>
          <w:lang w:val="sr-Cyrl-RS"/>
        </w:rPr>
      </w:pPr>
      <w:r w:rsidRPr="00D632CD">
        <w:rPr>
          <w:lang w:val="sr-Cyrl-RS"/>
        </w:rPr>
        <w:t>2) највиша понуђена концесиона накнада.</w:t>
      </w:r>
    </w:p>
    <w:p w14:paraId="151DDBF0" w14:textId="77777777" w:rsidR="00B67CA3" w:rsidRPr="00D632CD" w:rsidRDefault="00847618">
      <w:pPr>
        <w:jc w:val="both"/>
        <w:rPr>
          <w:lang w:val="sr-Cyrl-RS"/>
        </w:rPr>
      </w:pPr>
      <w:r w:rsidRPr="00D632CD">
        <w:rPr>
          <w:lang w:val="sr-Cyrl-RS"/>
        </w:rPr>
        <w:t>Када се најповољнија понуда бира на основу критеријума економски најповољније понуде, давалац концесије у конкурсној документацији и у јавном позиву наводи све критеријуме за избор понуде чију примену предвиђа у односу на релативно значење које им даје.</w:t>
      </w:r>
    </w:p>
    <w:p w14:paraId="358B3B50" w14:textId="77777777" w:rsidR="00B67CA3" w:rsidRPr="00D632CD" w:rsidRDefault="00847618">
      <w:pPr>
        <w:jc w:val="both"/>
        <w:rPr>
          <w:lang w:val="sr-Cyrl-RS"/>
        </w:rPr>
      </w:pPr>
      <w:r w:rsidRPr="00D632CD">
        <w:rPr>
          <w:lang w:val="sr-Cyrl-RS"/>
        </w:rPr>
        <w:t>Значење критеријума може се изразити одређивањем низа максималних вредности у одговарајућем распону. Ако то из оправданих разлога није могуће, давалац концесије наводи у јавном позиву критеријуме по значају од најважнијег према најмање важном.</w:t>
      </w:r>
    </w:p>
    <w:p w14:paraId="396F3D96" w14:textId="77777777" w:rsidR="00B67CA3" w:rsidRPr="00D632CD" w:rsidRDefault="00847618">
      <w:pPr>
        <w:jc w:val="both"/>
        <w:rPr>
          <w:lang w:val="sr-Cyrl-RS"/>
        </w:rPr>
      </w:pPr>
      <w:r w:rsidRPr="00D632CD">
        <w:rPr>
          <w:lang w:val="sr-Cyrl-RS"/>
        </w:rPr>
        <w:t>Давалац концесије има обавезу да одреди, дефинише и, приликом процене оправданости давања концесије, примени и критеријуме одређене посебним прописима који указују на дугорочну одрживост понуђача за време реализације концесије у предвиђеном року на који се концесија даје.</w:t>
      </w:r>
    </w:p>
    <w:p w14:paraId="7B9A6EF1" w14:textId="77777777" w:rsidR="00B67CA3" w:rsidRPr="005A4155" w:rsidRDefault="00847618">
      <w:pPr>
        <w:spacing w:after="0"/>
        <w:jc w:val="center"/>
        <w:rPr>
          <w:b/>
          <w:bCs/>
          <w:lang w:val="sr-Cyrl-RS"/>
        </w:rPr>
      </w:pPr>
      <w:r w:rsidRPr="005A4155">
        <w:rPr>
          <w:b/>
          <w:bCs/>
          <w:lang w:val="sr-Cyrl-RS"/>
        </w:rPr>
        <w:t>Одлука о додели јавног уговора о концесији</w:t>
      </w:r>
    </w:p>
    <w:p w14:paraId="6E9F1061" w14:textId="77777777" w:rsidR="00B67CA3" w:rsidRPr="005A4155" w:rsidRDefault="00847618">
      <w:pPr>
        <w:jc w:val="center"/>
        <w:rPr>
          <w:b/>
          <w:bCs/>
          <w:lang w:val="sr-Cyrl-RS"/>
        </w:rPr>
      </w:pPr>
      <w:r w:rsidRPr="005A4155">
        <w:rPr>
          <w:b/>
          <w:bCs/>
          <w:lang w:val="sr-Cyrl-RS"/>
        </w:rPr>
        <w:t>Члан 46</w:t>
      </w:r>
    </w:p>
    <w:p w14:paraId="67444AC1" w14:textId="77777777" w:rsidR="00B67CA3" w:rsidRPr="00D632CD" w:rsidRDefault="00847618">
      <w:pPr>
        <w:jc w:val="both"/>
        <w:rPr>
          <w:lang w:val="sr-Cyrl-RS"/>
        </w:rPr>
      </w:pPr>
      <w:r w:rsidRPr="00D632CD">
        <w:rPr>
          <w:lang w:val="sr-Cyrl-RS"/>
        </w:rPr>
        <w:t>Давалац концесије, након прегледа и стручне оцене понуда, доноси одлуку о додели јавног уговора о концесији понуђачу чија је понуда оцењена као најповољнија у складу са критеријумима утврђеним јавним позивом и конкурсном документацијом.</w:t>
      </w:r>
    </w:p>
    <w:p w14:paraId="41F4AF25" w14:textId="24C369AC" w:rsidR="00B67CA3" w:rsidRPr="00D632CD" w:rsidRDefault="00847618">
      <w:pPr>
        <w:jc w:val="both"/>
        <w:rPr>
          <w:lang w:val="sr-Cyrl-RS"/>
        </w:rPr>
      </w:pPr>
      <w:r w:rsidRPr="00D632CD">
        <w:rPr>
          <w:lang w:val="sr-Cyrl-RS"/>
        </w:rPr>
        <w:t>Одлука о додели јавног уговора о концесији</w:t>
      </w:r>
      <w:r w:rsidR="003C5BD9">
        <w:rPr>
          <w:lang w:val="sr-Cyrl-RS"/>
        </w:rPr>
        <w:t xml:space="preserve"> са образложењем и подацима о спроведеном поступку оцене понуда,</w:t>
      </w:r>
      <w:r w:rsidRPr="00D632CD">
        <w:rPr>
          <w:lang w:val="sr-Cyrl-RS"/>
        </w:rPr>
        <w:t xml:space="preserve"> </w:t>
      </w:r>
      <w:r w:rsidR="00E47365">
        <w:rPr>
          <w:lang w:val="sr-Cyrl-RS"/>
        </w:rPr>
        <w:t xml:space="preserve">доноси </w:t>
      </w:r>
      <w:r w:rsidR="00734829">
        <w:rPr>
          <w:lang w:val="sr-Cyrl-RS"/>
        </w:rPr>
        <w:t xml:space="preserve">се </w:t>
      </w:r>
      <w:r w:rsidR="00E47365">
        <w:rPr>
          <w:lang w:val="sr-Cyrl-RS"/>
        </w:rPr>
        <w:t>и објављује у складу са чланом 47</w:t>
      </w:r>
      <w:r w:rsidR="009A4DBF">
        <w:rPr>
          <w:lang w:val="sr-Cyrl-RS"/>
        </w:rPr>
        <w:t>.</w:t>
      </w:r>
      <w:r w:rsidR="00E47365">
        <w:rPr>
          <w:lang w:val="sr-Cyrl-RS"/>
        </w:rPr>
        <w:t xml:space="preserve"> овог закона</w:t>
      </w:r>
      <w:r w:rsidRPr="00D632CD">
        <w:rPr>
          <w:lang w:val="sr-Cyrl-RS"/>
        </w:rPr>
        <w:t>.</w:t>
      </w:r>
    </w:p>
    <w:p w14:paraId="2C5F44F5" w14:textId="77777777" w:rsidR="00B67CA3" w:rsidRPr="00D632CD" w:rsidRDefault="00847618">
      <w:pPr>
        <w:jc w:val="both"/>
        <w:rPr>
          <w:lang w:val="sr-Cyrl-RS"/>
        </w:rPr>
      </w:pPr>
      <w:r w:rsidRPr="00D632CD">
        <w:rPr>
          <w:lang w:val="sr-Cyrl-RS"/>
        </w:rPr>
        <w:t>Ако би се објављивањем појединих података из одлуке или документације о поступку повредиле одредбе закона којим се уређује заштита тајности података, заштита пословне тајне или заштита конкуренције, ти подаци се не објављују, уз навођење правног основа за њихово изузимање.</w:t>
      </w:r>
    </w:p>
    <w:p w14:paraId="5DE536D4" w14:textId="54F02A41" w:rsidR="00B67CA3" w:rsidRPr="00D632CD" w:rsidRDefault="00847618">
      <w:pPr>
        <w:jc w:val="both"/>
        <w:rPr>
          <w:lang w:val="sr-Cyrl-RS"/>
        </w:rPr>
      </w:pPr>
      <w:r w:rsidRPr="00D632CD">
        <w:rPr>
          <w:lang w:val="sr-Cyrl-RS"/>
        </w:rPr>
        <w:t>Давалац концесије не може закључити јавни уговор о концесији пре истека периода мировања. Период мировања износи десет дана од дана објављивања одлуке о додели јавног уговора о концесији на Порталу.</w:t>
      </w:r>
    </w:p>
    <w:p w14:paraId="3D755C53" w14:textId="6FE458C5" w:rsidR="00B67CA3" w:rsidRPr="00D632CD" w:rsidRDefault="00847618">
      <w:pPr>
        <w:jc w:val="both"/>
        <w:rPr>
          <w:lang w:val="sr-Cyrl-RS"/>
        </w:rPr>
      </w:pPr>
      <w:r w:rsidRPr="00D632CD">
        <w:rPr>
          <w:lang w:val="sr-Cyrl-RS"/>
        </w:rPr>
        <w:lastRenderedPageBreak/>
        <w:t xml:space="preserve">По истеку периода мировања из става </w:t>
      </w:r>
      <w:r w:rsidR="00734829">
        <w:rPr>
          <w:lang w:val="sr-Cyrl-RS"/>
        </w:rPr>
        <w:t>4</w:t>
      </w:r>
      <w:r w:rsidRPr="00D632CD">
        <w:rPr>
          <w:lang w:val="sr-Cyrl-RS"/>
        </w:rPr>
        <w:t>. овог члана јавни партнер може закључити јавни уговор о концесији са изабраним понуђачем, ако у прописаном року није поднет захтев за заштиту права.</w:t>
      </w:r>
    </w:p>
    <w:p w14:paraId="5A63B8EA" w14:textId="77777777" w:rsidR="00B67CA3" w:rsidRDefault="00847618">
      <w:pPr>
        <w:jc w:val="both"/>
        <w:rPr>
          <w:lang w:val="sr-Cyrl-RS"/>
        </w:rPr>
      </w:pPr>
      <w:r w:rsidRPr="00D632CD">
        <w:rPr>
          <w:lang w:val="sr-Cyrl-RS"/>
        </w:rPr>
        <w:t>Ако је захтевом за заштиту права покренут поступак правне заштите, јавни уговор о концесији може се закључити по доношењу одлуке о одбијању, односно одбацивању захтева за заштиту права, у складу са законом којим се уређују јавне набавке.</w:t>
      </w:r>
    </w:p>
    <w:p w14:paraId="2D650599" w14:textId="77777777" w:rsidR="005A4155" w:rsidRPr="00D632CD" w:rsidRDefault="005A4155">
      <w:pPr>
        <w:jc w:val="both"/>
        <w:rPr>
          <w:lang w:val="sr-Cyrl-RS"/>
        </w:rPr>
      </w:pPr>
    </w:p>
    <w:p w14:paraId="3EB9BDE7" w14:textId="77777777" w:rsidR="00B67CA3" w:rsidRPr="005A4155" w:rsidRDefault="00847618">
      <w:pPr>
        <w:spacing w:after="0"/>
        <w:jc w:val="center"/>
        <w:rPr>
          <w:b/>
          <w:bCs/>
          <w:lang w:val="sr-Cyrl-RS"/>
        </w:rPr>
      </w:pPr>
      <w:r w:rsidRPr="005A4155">
        <w:rPr>
          <w:b/>
          <w:bCs/>
          <w:lang w:val="sr-Cyrl-RS"/>
        </w:rPr>
        <w:t>Рок за доношење одлуке о додели јавног уговора о концесији</w:t>
      </w:r>
    </w:p>
    <w:p w14:paraId="76B71909" w14:textId="77777777" w:rsidR="00B67CA3" w:rsidRPr="005A4155" w:rsidRDefault="00847618">
      <w:pPr>
        <w:jc w:val="center"/>
        <w:rPr>
          <w:b/>
          <w:bCs/>
          <w:lang w:val="sr-Cyrl-RS"/>
        </w:rPr>
      </w:pPr>
      <w:r w:rsidRPr="005A4155">
        <w:rPr>
          <w:b/>
          <w:bCs/>
          <w:lang w:val="sr-Cyrl-RS"/>
        </w:rPr>
        <w:t>Члан 47</w:t>
      </w:r>
    </w:p>
    <w:p w14:paraId="69487177" w14:textId="77777777" w:rsidR="00B67CA3" w:rsidRPr="00D632CD" w:rsidRDefault="00847618">
      <w:pPr>
        <w:jc w:val="both"/>
        <w:rPr>
          <w:lang w:val="sr-Cyrl-RS"/>
        </w:rPr>
      </w:pPr>
      <w:r w:rsidRPr="00D632CD">
        <w:rPr>
          <w:lang w:val="sr-Cyrl-RS"/>
        </w:rPr>
        <w:t>Рок за доношење одлуке о додели јавног уговора о концесији мора бити примерен, а почиње да тече даном истека рока за подношење понуда.</w:t>
      </w:r>
    </w:p>
    <w:p w14:paraId="1B35E489" w14:textId="77777777" w:rsidR="00B67CA3" w:rsidRPr="00D632CD" w:rsidRDefault="00847618">
      <w:pPr>
        <w:jc w:val="both"/>
        <w:rPr>
          <w:lang w:val="sr-Cyrl-RS"/>
        </w:rPr>
      </w:pPr>
      <w:r w:rsidRPr="00D632CD">
        <w:rPr>
          <w:lang w:val="sr-Cyrl-RS"/>
        </w:rPr>
        <w:t>Ако у конкурсној документацији није наведено другачије, рок за доношење одлуке о додели јавног уговора о концесији износи 60 дана.</w:t>
      </w:r>
    </w:p>
    <w:p w14:paraId="7D8D0A5F" w14:textId="1C91F0D6" w:rsidR="00B67CA3" w:rsidRDefault="00847618">
      <w:pPr>
        <w:jc w:val="both"/>
        <w:rPr>
          <w:lang w:val="sr-Cyrl-RS"/>
        </w:rPr>
      </w:pPr>
      <w:r w:rsidRPr="00D632CD">
        <w:rPr>
          <w:lang w:val="sr-Cyrl-RS"/>
        </w:rPr>
        <w:t>Давалац концесије објављује одлуку о додели јавног уговора о концесији на Порталу у року од три дана од дана доношења.</w:t>
      </w:r>
    </w:p>
    <w:p w14:paraId="3A775B1B" w14:textId="77777777" w:rsidR="005A4155" w:rsidRPr="00D632CD" w:rsidRDefault="005A4155">
      <w:pPr>
        <w:jc w:val="both"/>
        <w:rPr>
          <w:lang w:val="sr-Cyrl-RS"/>
        </w:rPr>
      </w:pPr>
    </w:p>
    <w:p w14:paraId="26D3DDF7" w14:textId="77777777" w:rsidR="00B67CA3" w:rsidRPr="005A4155" w:rsidRDefault="00847618">
      <w:pPr>
        <w:spacing w:after="0"/>
        <w:jc w:val="center"/>
        <w:rPr>
          <w:b/>
          <w:bCs/>
          <w:lang w:val="sr-Cyrl-RS"/>
        </w:rPr>
      </w:pPr>
      <w:r w:rsidRPr="005A4155">
        <w:rPr>
          <w:b/>
          <w:bCs/>
          <w:lang w:val="sr-Cyrl-RS"/>
        </w:rPr>
        <w:t>Садржина одлуке о додели јавног уговора о концесији</w:t>
      </w:r>
    </w:p>
    <w:p w14:paraId="28F72586" w14:textId="77777777" w:rsidR="00B67CA3" w:rsidRPr="005A4155" w:rsidRDefault="00847618">
      <w:pPr>
        <w:jc w:val="center"/>
        <w:rPr>
          <w:b/>
          <w:bCs/>
          <w:lang w:val="sr-Cyrl-RS"/>
        </w:rPr>
      </w:pPr>
      <w:r w:rsidRPr="005A4155">
        <w:rPr>
          <w:b/>
          <w:bCs/>
          <w:lang w:val="sr-Cyrl-RS"/>
        </w:rPr>
        <w:t>Члан 48</w:t>
      </w:r>
    </w:p>
    <w:p w14:paraId="2C674286" w14:textId="77777777" w:rsidR="00B67CA3" w:rsidRPr="00D632CD" w:rsidRDefault="00847618">
      <w:pPr>
        <w:jc w:val="both"/>
        <w:rPr>
          <w:lang w:val="sr-Cyrl-RS"/>
        </w:rPr>
      </w:pPr>
      <w:r w:rsidRPr="00D632CD">
        <w:rPr>
          <w:lang w:val="sr-Cyrl-RS"/>
        </w:rPr>
        <w:t>Одлука о додели јавног уговора о концесији садржи:</w:t>
      </w:r>
    </w:p>
    <w:p w14:paraId="106FD50A" w14:textId="77777777" w:rsidR="00B67CA3" w:rsidRPr="00D632CD" w:rsidRDefault="00847618">
      <w:pPr>
        <w:jc w:val="both"/>
        <w:rPr>
          <w:lang w:val="sr-Cyrl-RS"/>
        </w:rPr>
      </w:pPr>
      <w:r w:rsidRPr="00D632CD">
        <w:rPr>
          <w:lang w:val="sr-Cyrl-RS"/>
        </w:rPr>
        <w:t>1) назив даваоца концесије са бројем и датумом доношења одлуке;</w:t>
      </w:r>
    </w:p>
    <w:p w14:paraId="2D4CA99D" w14:textId="77777777" w:rsidR="00B67CA3" w:rsidRPr="00D632CD" w:rsidRDefault="00847618">
      <w:pPr>
        <w:jc w:val="both"/>
        <w:rPr>
          <w:lang w:val="sr-Cyrl-RS"/>
        </w:rPr>
      </w:pPr>
      <w:r w:rsidRPr="00D632CD">
        <w:rPr>
          <w:lang w:val="sr-Cyrl-RS"/>
        </w:rPr>
        <w:t>2) назив понуђача;</w:t>
      </w:r>
    </w:p>
    <w:p w14:paraId="7113C2B9" w14:textId="77777777" w:rsidR="00B67CA3" w:rsidRPr="00D632CD" w:rsidRDefault="00847618">
      <w:pPr>
        <w:jc w:val="both"/>
        <w:rPr>
          <w:lang w:val="sr-Cyrl-RS"/>
        </w:rPr>
      </w:pPr>
      <w:r w:rsidRPr="00D632CD">
        <w:rPr>
          <w:lang w:val="sr-Cyrl-RS"/>
        </w:rPr>
        <w:t>3) предмет концесије;</w:t>
      </w:r>
    </w:p>
    <w:p w14:paraId="1E22397B" w14:textId="77777777" w:rsidR="00B67CA3" w:rsidRPr="00D632CD" w:rsidRDefault="00847618">
      <w:pPr>
        <w:jc w:val="both"/>
        <w:rPr>
          <w:lang w:val="sr-Cyrl-RS"/>
        </w:rPr>
      </w:pPr>
      <w:r w:rsidRPr="00D632CD">
        <w:rPr>
          <w:lang w:val="sr-Cyrl-RS"/>
        </w:rPr>
        <w:t>4) природу, обим и место обављања концесионе делатности;</w:t>
      </w:r>
    </w:p>
    <w:p w14:paraId="2203EA58" w14:textId="77777777" w:rsidR="00B67CA3" w:rsidRPr="00D632CD" w:rsidRDefault="00847618">
      <w:pPr>
        <w:jc w:val="both"/>
        <w:rPr>
          <w:lang w:val="sr-Cyrl-RS"/>
        </w:rPr>
      </w:pPr>
      <w:r w:rsidRPr="00D632CD">
        <w:rPr>
          <w:lang w:val="sr-Cyrl-RS"/>
        </w:rPr>
        <w:t>5) рок трајања концесије;</w:t>
      </w:r>
    </w:p>
    <w:p w14:paraId="0B41F076" w14:textId="1CC9E599" w:rsidR="00B67CA3" w:rsidRPr="00D632CD" w:rsidRDefault="005A4155">
      <w:pPr>
        <w:jc w:val="both"/>
        <w:rPr>
          <w:lang w:val="sr-Cyrl-RS"/>
        </w:rPr>
      </w:pPr>
      <w:r>
        <w:rPr>
          <w:lang w:val="sr-Cyrl-RS"/>
        </w:rPr>
        <w:t>6</w:t>
      </w:r>
      <w:r w:rsidRPr="00D632CD">
        <w:rPr>
          <w:lang w:val="sr-Cyrl-RS"/>
        </w:rPr>
        <w:t>) врсту примењеног поступка;</w:t>
      </w:r>
    </w:p>
    <w:p w14:paraId="7BB2A512" w14:textId="2A1F8693" w:rsidR="00B67CA3" w:rsidRPr="00D632CD" w:rsidRDefault="005A4155">
      <w:pPr>
        <w:jc w:val="both"/>
        <w:rPr>
          <w:lang w:val="sr-Cyrl-RS"/>
        </w:rPr>
      </w:pPr>
      <w:r>
        <w:rPr>
          <w:lang w:val="sr-Cyrl-RS"/>
        </w:rPr>
        <w:t>7</w:t>
      </w:r>
      <w:r w:rsidRPr="00D632CD">
        <w:rPr>
          <w:lang w:val="sr-Cyrl-RS"/>
        </w:rPr>
        <w:t>) број примљених понуда;</w:t>
      </w:r>
    </w:p>
    <w:p w14:paraId="0F73AB50" w14:textId="2EFB6A08" w:rsidR="00B67CA3" w:rsidRPr="00D632CD" w:rsidRDefault="005A4155">
      <w:pPr>
        <w:jc w:val="both"/>
        <w:rPr>
          <w:lang w:val="sr-Cyrl-RS"/>
        </w:rPr>
      </w:pPr>
      <w:r>
        <w:rPr>
          <w:lang w:val="sr-Cyrl-RS"/>
        </w:rPr>
        <w:t>8</w:t>
      </w:r>
      <w:r w:rsidRPr="00D632CD">
        <w:rPr>
          <w:lang w:val="sr-Cyrl-RS"/>
        </w:rPr>
        <w:t>) критеријум избора који је примењен;</w:t>
      </w:r>
    </w:p>
    <w:p w14:paraId="637FD4A2" w14:textId="18612D57" w:rsidR="00B67CA3" w:rsidRPr="00D632CD" w:rsidRDefault="005A4155">
      <w:pPr>
        <w:jc w:val="both"/>
        <w:rPr>
          <w:lang w:val="sr-Cyrl-RS"/>
        </w:rPr>
      </w:pPr>
      <w:r>
        <w:rPr>
          <w:lang w:val="sr-Cyrl-RS"/>
        </w:rPr>
        <w:t>9</w:t>
      </w:r>
      <w:r w:rsidRPr="00D632CD">
        <w:rPr>
          <w:lang w:val="sr-Cyrl-RS"/>
        </w:rPr>
        <w:t>) посебне услове које треба да испуњава концесионар током трајања концесије;</w:t>
      </w:r>
    </w:p>
    <w:p w14:paraId="3A0D2A03" w14:textId="1C7A8031" w:rsidR="00B67CA3" w:rsidRPr="00D632CD" w:rsidRDefault="005A4155">
      <w:pPr>
        <w:jc w:val="both"/>
        <w:rPr>
          <w:lang w:val="sr-Cyrl-RS"/>
        </w:rPr>
      </w:pPr>
      <w:r>
        <w:rPr>
          <w:lang w:val="sr-Cyrl-RS"/>
        </w:rPr>
        <w:t>10</w:t>
      </w:r>
      <w:r w:rsidRPr="00D632CD">
        <w:rPr>
          <w:lang w:val="sr-Cyrl-RS"/>
        </w:rPr>
        <w:t>) износ концесионе накнаде или основ за утврђивање износа концесионе накнаде коју ће плаћати концесионар или накнаду коју ће платити давалац концесије;</w:t>
      </w:r>
    </w:p>
    <w:p w14:paraId="261182CB" w14:textId="2CC068A6" w:rsidR="00B67CA3" w:rsidRPr="00D632CD" w:rsidRDefault="005A4155">
      <w:pPr>
        <w:jc w:val="both"/>
        <w:rPr>
          <w:lang w:val="sr-Cyrl-RS"/>
        </w:rPr>
      </w:pPr>
      <w:r>
        <w:rPr>
          <w:lang w:val="sr-Cyrl-RS"/>
        </w:rPr>
        <w:t>11</w:t>
      </w:r>
      <w:r w:rsidRPr="00D632CD">
        <w:rPr>
          <w:lang w:val="sr-Cyrl-RS"/>
        </w:rPr>
        <w:t>) рок у којем је најповољнији понуђач обавезан да потпише јавни уговор о концесији са даваоцем концесије;</w:t>
      </w:r>
    </w:p>
    <w:p w14:paraId="08D36716" w14:textId="1DBE9BB6" w:rsidR="00B67CA3" w:rsidRPr="00D632CD" w:rsidRDefault="005A4155">
      <w:pPr>
        <w:jc w:val="both"/>
        <w:rPr>
          <w:lang w:val="sr-Cyrl-RS"/>
        </w:rPr>
      </w:pPr>
      <w:r>
        <w:rPr>
          <w:lang w:val="sr-Cyrl-RS"/>
        </w:rPr>
        <w:t>12</w:t>
      </w:r>
      <w:r w:rsidRPr="00D632CD">
        <w:rPr>
          <w:lang w:val="sr-Cyrl-RS"/>
        </w:rPr>
        <w:t>) рок у коме давалац концесије може позвати следећег рангираног понуђача да потпиш</w:t>
      </w:r>
      <w:r w:rsidR="003C5BD9">
        <w:rPr>
          <w:lang w:val="sr-Cyrl-RS"/>
        </w:rPr>
        <w:t>е</w:t>
      </w:r>
      <w:r w:rsidRPr="00D632CD">
        <w:rPr>
          <w:lang w:val="sr-Cyrl-RS"/>
        </w:rPr>
        <w:t xml:space="preserve"> јавни уговор о концесији у случају непотписивања уговора од стране најповољнијег понуђача, </w:t>
      </w:r>
      <w:r w:rsidRPr="00D632CD">
        <w:rPr>
          <w:lang w:val="sr-Cyrl-RS"/>
        </w:rPr>
        <w:lastRenderedPageBreak/>
        <w:t>као и обавезу продужења рока обавезности понуде и рока важења банкарске гаранције за озбиљност понуде, уколико је потребно;</w:t>
      </w:r>
    </w:p>
    <w:p w14:paraId="31267974" w14:textId="00BFBEEF" w:rsidR="00B67CA3" w:rsidRPr="00D632CD" w:rsidRDefault="00847618">
      <w:pPr>
        <w:jc w:val="both"/>
        <w:rPr>
          <w:lang w:val="sr-Cyrl-RS"/>
        </w:rPr>
      </w:pPr>
      <w:r w:rsidRPr="00D632CD">
        <w:rPr>
          <w:lang w:val="sr-Cyrl-RS"/>
        </w:rPr>
        <w:t>1</w:t>
      </w:r>
      <w:r w:rsidR="005A4155">
        <w:rPr>
          <w:lang w:val="sr-Cyrl-RS"/>
        </w:rPr>
        <w:t>3</w:t>
      </w:r>
      <w:r w:rsidRPr="00D632CD">
        <w:rPr>
          <w:lang w:val="sr-Cyrl-RS"/>
        </w:rPr>
        <w:t>) образложење разлога за избор најповољније понуде;</w:t>
      </w:r>
    </w:p>
    <w:p w14:paraId="2C0E3567" w14:textId="191F46C2" w:rsidR="00B67CA3" w:rsidRPr="00D632CD" w:rsidRDefault="00847618">
      <w:pPr>
        <w:jc w:val="both"/>
        <w:rPr>
          <w:lang w:val="sr-Cyrl-RS"/>
        </w:rPr>
      </w:pPr>
      <w:r w:rsidRPr="00D632CD">
        <w:rPr>
          <w:lang w:val="sr-Cyrl-RS"/>
        </w:rPr>
        <w:t>1</w:t>
      </w:r>
      <w:r w:rsidR="005A4155">
        <w:rPr>
          <w:lang w:val="sr-Cyrl-RS"/>
        </w:rPr>
        <w:t>4</w:t>
      </w:r>
      <w:r w:rsidRPr="00D632CD">
        <w:rPr>
          <w:lang w:val="sr-Cyrl-RS"/>
        </w:rPr>
        <w:t>) поуку о правном леку;</w:t>
      </w:r>
    </w:p>
    <w:p w14:paraId="3823773A" w14:textId="72B2D9B8" w:rsidR="00B67CA3" w:rsidRPr="00D632CD" w:rsidRDefault="00847618">
      <w:pPr>
        <w:jc w:val="both"/>
        <w:rPr>
          <w:lang w:val="sr-Cyrl-RS"/>
        </w:rPr>
      </w:pPr>
      <w:r w:rsidRPr="00D632CD">
        <w:rPr>
          <w:lang w:val="sr-Cyrl-RS"/>
        </w:rPr>
        <w:t>1</w:t>
      </w:r>
      <w:r w:rsidR="005A4155">
        <w:rPr>
          <w:lang w:val="sr-Cyrl-RS"/>
        </w:rPr>
        <w:t>5</w:t>
      </w:r>
      <w:r w:rsidRPr="00D632CD">
        <w:rPr>
          <w:lang w:val="sr-Cyrl-RS"/>
        </w:rPr>
        <w:t xml:space="preserve">) потпис одговорног лица и печат или квалификовани електронски печат </w:t>
      </w:r>
      <w:r w:rsidR="00581126">
        <w:rPr>
          <w:lang w:val="sr-Cyrl-RS"/>
        </w:rPr>
        <w:t xml:space="preserve">одговорног или овлашћеног лица </w:t>
      </w:r>
      <w:r w:rsidRPr="00D632CD">
        <w:rPr>
          <w:lang w:val="sr-Cyrl-RS"/>
        </w:rPr>
        <w:t>даваоца концесије.</w:t>
      </w:r>
    </w:p>
    <w:p w14:paraId="43A1B87F" w14:textId="77777777" w:rsidR="00B67CA3" w:rsidRDefault="00847618">
      <w:pPr>
        <w:jc w:val="both"/>
        <w:rPr>
          <w:lang w:val="sr-Cyrl-RS"/>
        </w:rPr>
      </w:pPr>
      <w:r w:rsidRPr="00D632CD">
        <w:rPr>
          <w:lang w:val="sr-Cyrl-RS"/>
        </w:rPr>
        <w:t>Одлука о додели јавног уговора о концесији може да садржи и друге одговарајуће податке у складу са конкурсном документацијом, поднетом понудом, као и одредбама посебних прописа којима се уређује област из које је предмет концесије.</w:t>
      </w:r>
    </w:p>
    <w:p w14:paraId="3E2EBBC1" w14:textId="77777777" w:rsidR="005A4155" w:rsidRPr="00D632CD" w:rsidRDefault="005A4155">
      <w:pPr>
        <w:jc w:val="both"/>
        <w:rPr>
          <w:lang w:val="sr-Cyrl-RS"/>
        </w:rPr>
      </w:pPr>
    </w:p>
    <w:p w14:paraId="2E2FC478" w14:textId="77777777" w:rsidR="00B67CA3" w:rsidRPr="005A4155" w:rsidRDefault="00847618">
      <w:pPr>
        <w:spacing w:after="0"/>
        <w:jc w:val="center"/>
        <w:rPr>
          <w:b/>
          <w:bCs/>
          <w:lang w:val="sr-Cyrl-RS"/>
        </w:rPr>
      </w:pPr>
      <w:r w:rsidRPr="005A4155">
        <w:rPr>
          <w:b/>
          <w:bCs/>
          <w:lang w:val="sr-Cyrl-RS"/>
        </w:rPr>
        <w:t>Концесиона накнада</w:t>
      </w:r>
    </w:p>
    <w:p w14:paraId="7990EB62" w14:textId="77777777" w:rsidR="00B67CA3" w:rsidRPr="005A4155" w:rsidRDefault="00847618">
      <w:pPr>
        <w:jc w:val="center"/>
        <w:rPr>
          <w:b/>
          <w:bCs/>
          <w:lang w:val="sr-Cyrl-RS"/>
        </w:rPr>
      </w:pPr>
      <w:r w:rsidRPr="005A4155">
        <w:rPr>
          <w:b/>
          <w:bCs/>
          <w:lang w:val="sr-Cyrl-RS"/>
        </w:rPr>
        <w:t>Члан 49</w:t>
      </w:r>
    </w:p>
    <w:p w14:paraId="47A30CDB" w14:textId="77777777" w:rsidR="00B67CA3" w:rsidRPr="00D632CD" w:rsidRDefault="00847618">
      <w:pPr>
        <w:jc w:val="both"/>
        <w:rPr>
          <w:lang w:val="sr-Cyrl-RS"/>
        </w:rPr>
      </w:pPr>
      <w:r w:rsidRPr="00D632CD">
        <w:rPr>
          <w:lang w:val="sr-Cyrl-RS"/>
        </w:rPr>
        <w:t>Концесионар, односно давалац концесије дужан је да плаћа новчану концесиону накнаду или другу накнаду у износу и на начин како је то уређено јавним уговором о концесији, осим ако плаћање концесионе накнаде није економски оправдано.</w:t>
      </w:r>
    </w:p>
    <w:p w14:paraId="553109F2" w14:textId="77777777" w:rsidR="00B67CA3" w:rsidRPr="00D632CD" w:rsidRDefault="00847618">
      <w:pPr>
        <w:jc w:val="both"/>
        <w:rPr>
          <w:lang w:val="sr-Cyrl-RS"/>
        </w:rPr>
      </w:pPr>
      <w:r w:rsidRPr="00D632CD">
        <w:rPr>
          <w:lang w:val="sr-Cyrl-RS"/>
        </w:rPr>
        <w:t>Концесионом накнадом обухвата се и накнада за коришћење одређеног добра у општој употреби прописана законом којим се уређује коришћење предметног добра, накнада за коришћење добра у својини јавног тела или добра које ће бити изграђено или обновљено како је предвиђено јавним уговором о концесији, као и друге врсте јавних прихода, осим пореза на имовину, везане за коришћење тог добра или пружање јавне услуге.</w:t>
      </w:r>
    </w:p>
    <w:p w14:paraId="55576154" w14:textId="77777777" w:rsidR="00B67CA3" w:rsidRPr="00D632CD" w:rsidRDefault="00847618">
      <w:pPr>
        <w:jc w:val="both"/>
        <w:rPr>
          <w:lang w:val="sr-Cyrl-RS"/>
        </w:rPr>
      </w:pPr>
      <w:r w:rsidRPr="00D632CD">
        <w:rPr>
          <w:lang w:val="sr-Cyrl-RS"/>
        </w:rPr>
        <w:t>Новчана накнада за концесију може бити уговорена као сталан једнак износ, односно као варијабилни износ, у зависности од специфичности поједине врсте концесије.</w:t>
      </w:r>
    </w:p>
    <w:p w14:paraId="143DBA3F" w14:textId="77777777" w:rsidR="00B67CA3" w:rsidRPr="00D632CD" w:rsidRDefault="00847618">
      <w:pPr>
        <w:jc w:val="both"/>
        <w:rPr>
          <w:lang w:val="sr-Cyrl-RS"/>
        </w:rPr>
      </w:pPr>
      <w:r w:rsidRPr="00D632CD">
        <w:rPr>
          <w:lang w:val="sr-Cyrl-RS"/>
        </w:rPr>
        <w:t>Висина концесионе накнаде одређује се зависно од врсте природног богатства или добра у општем интересу, врсте делатности и услуга, рока трајања концесије, пословног ризика, висине предметног улагања и очекиване добити, опремљености и површине добра у општој употреби, односно јавног добра, односно добра у својини јавног тела.</w:t>
      </w:r>
    </w:p>
    <w:p w14:paraId="1F1EB77D" w14:textId="2ED46F4C" w:rsidR="00B67CA3" w:rsidRPr="00D632CD" w:rsidRDefault="00847618">
      <w:pPr>
        <w:jc w:val="both"/>
        <w:rPr>
          <w:lang w:val="sr-Cyrl-RS"/>
        </w:rPr>
      </w:pPr>
      <w:r w:rsidRPr="00D632CD">
        <w:rPr>
          <w:lang w:val="sr-Cyrl-RS"/>
        </w:rPr>
        <w:t>Концесиона накнада када је плаћа концесионар је приход буџета Републике Србије, односно буџета аутономне покрајине или јединице локалне самоуправе, односно приход јавног тела које је давалац концесије, а у случају да је концесионом накнадом обухваћена и накнада или други јавни приход, осим порез</w:t>
      </w:r>
      <w:r w:rsidR="009A4DBF">
        <w:rPr>
          <w:lang w:val="sr-Cyrl-RS"/>
        </w:rPr>
        <w:t>а</w:t>
      </w:r>
      <w:r w:rsidRPr="00D632CD">
        <w:rPr>
          <w:lang w:val="sr-Cyrl-RS"/>
        </w:rPr>
        <w:t xml:space="preserve"> на имовину, из става 2. овог члана, та средства се усмеравају и користе за намене дефинисане у складу са законом којим се уређује коришћење предметног добра.</w:t>
      </w:r>
    </w:p>
    <w:p w14:paraId="7871FD84" w14:textId="77777777" w:rsidR="00B67CA3" w:rsidRDefault="00847618">
      <w:pPr>
        <w:jc w:val="both"/>
        <w:rPr>
          <w:lang w:val="sr-Cyrl-RS"/>
        </w:rPr>
      </w:pPr>
      <w:r w:rsidRPr="00D632CD">
        <w:rPr>
          <w:lang w:val="sr-Cyrl-RS"/>
        </w:rPr>
        <w:t>Накнада која је обухваћена концесионом накнадом из става 2. овог члана, не може бити нижа од износа утврђеног у складу са законом којим се уређује коришћење предметног добра или другог јавног прихода, осим пореза на имовину, везаног за коришћење тог добра.</w:t>
      </w:r>
    </w:p>
    <w:p w14:paraId="0319D4CD" w14:textId="77777777" w:rsidR="005A4155" w:rsidRPr="005A4155" w:rsidRDefault="005A4155">
      <w:pPr>
        <w:jc w:val="both"/>
        <w:rPr>
          <w:b/>
          <w:bCs/>
          <w:lang w:val="sr-Cyrl-RS"/>
        </w:rPr>
      </w:pPr>
    </w:p>
    <w:p w14:paraId="48179941" w14:textId="77777777" w:rsidR="00B67CA3" w:rsidRPr="005A4155" w:rsidRDefault="00847618">
      <w:pPr>
        <w:spacing w:after="0"/>
        <w:jc w:val="center"/>
        <w:rPr>
          <w:b/>
          <w:bCs/>
          <w:lang w:val="sr-Cyrl-RS"/>
        </w:rPr>
      </w:pPr>
      <w:r w:rsidRPr="005A4155">
        <w:rPr>
          <w:b/>
          <w:bCs/>
          <w:lang w:val="sr-Cyrl-RS"/>
        </w:rPr>
        <w:t>Одлука о обустави поступка доделе концесије</w:t>
      </w:r>
    </w:p>
    <w:p w14:paraId="4C5F2675" w14:textId="77777777" w:rsidR="00B67CA3" w:rsidRPr="005A4155" w:rsidRDefault="00847618">
      <w:pPr>
        <w:jc w:val="center"/>
        <w:rPr>
          <w:b/>
          <w:bCs/>
          <w:lang w:val="sr-Cyrl-RS"/>
        </w:rPr>
      </w:pPr>
      <w:r w:rsidRPr="005A4155">
        <w:rPr>
          <w:b/>
          <w:bCs/>
          <w:lang w:val="sr-Cyrl-RS"/>
        </w:rPr>
        <w:lastRenderedPageBreak/>
        <w:t>Члан 50</w:t>
      </w:r>
    </w:p>
    <w:p w14:paraId="79533A28" w14:textId="77777777" w:rsidR="00B67CA3" w:rsidRPr="00D632CD" w:rsidRDefault="00847618">
      <w:pPr>
        <w:jc w:val="both"/>
        <w:rPr>
          <w:lang w:val="sr-Cyrl-RS"/>
        </w:rPr>
      </w:pPr>
      <w:r w:rsidRPr="00D632CD">
        <w:rPr>
          <w:lang w:val="sr-Cyrl-RS"/>
        </w:rPr>
        <w:t>Давалац концесије доноси одлуку о обустави поступка доделе концесије након истека рока за подношење понуда у следећим случајевима:</w:t>
      </w:r>
    </w:p>
    <w:p w14:paraId="08EB00B4" w14:textId="77777777" w:rsidR="00B67CA3" w:rsidRPr="00D632CD" w:rsidRDefault="00847618">
      <w:pPr>
        <w:jc w:val="both"/>
        <w:rPr>
          <w:lang w:val="sr-Cyrl-RS"/>
        </w:rPr>
      </w:pPr>
      <w:r w:rsidRPr="00D632CD">
        <w:rPr>
          <w:lang w:val="sr-Cyrl-RS"/>
        </w:rPr>
        <w:t>1) ако постоје разлози који нису могли бити предвиђени у време покретања поступка и који онемогућавају да се поступак оконча;</w:t>
      </w:r>
    </w:p>
    <w:p w14:paraId="3A86A9B8" w14:textId="77777777" w:rsidR="00B67CA3" w:rsidRPr="00D632CD" w:rsidRDefault="00847618">
      <w:pPr>
        <w:jc w:val="both"/>
        <w:rPr>
          <w:lang w:val="sr-Cyrl-RS"/>
        </w:rPr>
      </w:pPr>
      <w:r w:rsidRPr="00D632CD">
        <w:rPr>
          <w:lang w:val="sr-Cyrl-RS"/>
        </w:rPr>
        <w:t>2) ако је престала потреба за предметном концесијом;</w:t>
      </w:r>
    </w:p>
    <w:p w14:paraId="5B29D7C0" w14:textId="77777777" w:rsidR="00B67CA3" w:rsidRPr="00D632CD" w:rsidRDefault="00847618">
      <w:pPr>
        <w:jc w:val="both"/>
        <w:rPr>
          <w:lang w:val="sr-Cyrl-RS"/>
        </w:rPr>
      </w:pPr>
      <w:r w:rsidRPr="00D632CD">
        <w:rPr>
          <w:lang w:val="sr-Cyrl-RS"/>
        </w:rPr>
        <w:t>3) ако постоје околности које би довеле до битне измене документације о концесији;</w:t>
      </w:r>
    </w:p>
    <w:p w14:paraId="6F46CDC5" w14:textId="77777777" w:rsidR="00B67CA3" w:rsidRPr="00D632CD" w:rsidRDefault="00847618">
      <w:pPr>
        <w:jc w:val="both"/>
        <w:rPr>
          <w:lang w:val="sr-Cyrl-RS"/>
        </w:rPr>
      </w:pPr>
      <w:r w:rsidRPr="00D632CD">
        <w:rPr>
          <w:lang w:val="sr-Cyrl-RS"/>
        </w:rPr>
        <w:t>4) ако није поднета ниједна понуда или пријава или ако ниједан кандидат не испуњава услове за учешће у поступку;</w:t>
      </w:r>
    </w:p>
    <w:p w14:paraId="0A50E36C" w14:textId="77777777" w:rsidR="00B67CA3" w:rsidRPr="00D632CD" w:rsidRDefault="00847618">
      <w:pPr>
        <w:jc w:val="both"/>
        <w:rPr>
          <w:lang w:val="sr-Cyrl-RS"/>
        </w:rPr>
      </w:pPr>
      <w:r w:rsidRPr="00D632CD">
        <w:rPr>
          <w:lang w:val="sr-Cyrl-RS"/>
        </w:rPr>
        <w:t>5) ако се након прегледа и стручне оцене понуда утврди да су све поднете понуде неприхватљиве.</w:t>
      </w:r>
    </w:p>
    <w:p w14:paraId="5C316C97" w14:textId="77777777" w:rsidR="00B67CA3" w:rsidRPr="00D632CD" w:rsidRDefault="00847618">
      <w:pPr>
        <w:jc w:val="both"/>
        <w:rPr>
          <w:lang w:val="sr-Cyrl-RS"/>
        </w:rPr>
      </w:pPr>
      <w:r w:rsidRPr="00D632CD">
        <w:rPr>
          <w:lang w:val="sr-Cyrl-RS"/>
        </w:rPr>
        <w:t>Ако је у поступку доделе концесије поднета само једна понуда, која је истовремено и прихватљива, давалац концесије може донети одлуку о обустави поступка искључиво ако, на основу образложене оцене свих релевантних околности конкретног поступка, утврди да није обезбеђен довољан ниво конкуренције, односно да додела концесије на основу такве понуде не би обезбедила економски најповољније решење за јавно тело.</w:t>
      </w:r>
    </w:p>
    <w:p w14:paraId="6F1FCC32" w14:textId="06FD141B" w:rsidR="00B67CA3" w:rsidRDefault="00847618">
      <w:pPr>
        <w:jc w:val="both"/>
        <w:rPr>
          <w:lang w:val="sr-Cyrl-RS"/>
        </w:rPr>
      </w:pPr>
      <w:r w:rsidRPr="00D632CD">
        <w:rPr>
          <w:lang w:val="sr-Cyrl-RS"/>
        </w:rPr>
        <w:t>Одлука о обустави поступка доделе концесије, са записником о отварању и стручној оцени понуда, објављује се на Порталу у року од три дана од дана доношења, у складу са законом којим се уређују јавне набавке.</w:t>
      </w:r>
    </w:p>
    <w:p w14:paraId="626282C4" w14:textId="77777777" w:rsidR="005A4155" w:rsidRPr="00D632CD" w:rsidRDefault="005A4155">
      <w:pPr>
        <w:jc w:val="both"/>
        <w:rPr>
          <w:lang w:val="sr-Cyrl-RS"/>
        </w:rPr>
      </w:pPr>
    </w:p>
    <w:p w14:paraId="31E99738" w14:textId="77777777" w:rsidR="00B67CA3" w:rsidRPr="005A4155" w:rsidRDefault="00847618">
      <w:pPr>
        <w:jc w:val="center"/>
        <w:rPr>
          <w:b/>
          <w:bCs/>
          <w:lang w:val="sr-Cyrl-RS"/>
        </w:rPr>
      </w:pPr>
      <w:r w:rsidRPr="005A4155">
        <w:rPr>
          <w:b/>
          <w:bCs/>
          <w:lang w:val="sr-Cyrl-RS"/>
        </w:rPr>
        <w:t>IV ЈАВНИ УГОВОР</w:t>
      </w:r>
    </w:p>
    <w:p w14:paraId="377A8428" w14:textId="77777777" w:rsidR="005A4155" w:rsidRPr="005A4155" w:rsidRDefault="005A4155">
      <w:pPr>
        <w:jc w:val="center"/>
        <w:rPr>
          <w:b/>
          <w:bCs/>
          <w:lang w:val="sr-Cyrl-RS"/>
        </w:rPr>
      </w:pPr>
    </w:p>
    <w:p w14:paraId="695B1F53" w14:textId="77777777" w:rsidR="00B67CA3" w:rsidRPr="005A4155" w:rsidRDefault="00847618">
      <w:pPr>
        <w:spacing w:after="0"/>
        <w:jc w:val="center"/>
        <w:rPr>
          <w:b/>
          <w:bCs/>
          <w:lang w:val="sr-Cyrl-RS"/>
        </w:rPr>
      </w:pPr>
      <w:r w:rsidRPr="005A4155">
        <w:rPr>
          <w:b/>
          <w:bCs/>
          <w:lang w:val="sr-Cyrl-RS"/>
        </w:rPr>
        <w:t>Јавни уговори који обухватају више предмета</w:t>
      </w:r>
    </w:p>
    <w:p w14:paraId="67CDA724" w14:textId="77777777" w:rsidR="00B67CA3" w:rsidRPr="005A4155" w:rsidRDefault="00847618">
      <w:pPr>
        <w:jc w:val="center"/>
        <w:rPr>
          <w:b/>
          <w:bCs/>
          <w:lang w:val="sr-Cyrl-RS"/>
        </w:rPr>
      </w:pPr>
      <w:r w:rsidRPr="005A4155">
        <w:rPr>
          <w:b/>
          <w:bCs/>
          <w:lang w:val="sr-Cyrl-RS"/>
        </w:rPr>
        <w:t>Члан 51</w:t>
      </w:r>
    </w:p>
    <w:p w14:paraId="5791F0CF" w14:textId="77777777" w:rsidR="00B67CA3" w:rsidRPr="00D632CD" w:rsidRDefault="00847618">
      <w:pPr>
        <w:jc w:val="both"/>
        <w:rPr>
          <w:lang w:val="sr-Cyrl-RS"/>
        </w:rPr>
      </w:pPr>
      <w:r w:rsidRPr="00D632CD">
        <w:rPr>
          <w:lang w:val="sr-Cyrl-RS"/>
        </w:rPr>
        <w:t>На јавни уговор који треба да обухвати више предмета примењују се правила која важе за предмет за чију реализацију је јавни уговор превасходно намењен.</w:t>
      </w:r>
    </w:p>
    <w:p w14:paraId="14D02226" w14:textId="77777777" w:rsidR="00B67CA3" w:rsidRDefault="00847618">
      <w:pPr>
        <w:jc w:val="both"/>
        <w:rPr>
          <w:lang w:val="sr-Cyrl-RS"/>
        </w:rPr>
      </w:pPr>
      <w:r w:rsidRPr="00D632CD">
        <w:rPr>
          <w:lang w:val="sr-Cyrl-RS"/>
        </w:rPr>
        <w:t>Избор између доделе једног уговора и доделе више одвојених уговора не може се извршити са циљем да се искључи примена овог закона.</w:t>
      </w:r>
    </w:p>
    <w:p w14:paraId="3B7B2C41" w14:textId="77777777" w:rsidR="005A4155" w:rsidRPr="00D632CD" w:rsidRDefault="005A4155">
      <w:pPr>
        <w:jc w:val="both"/>
        <w:rPr>
          <w:lang w:val="sr-Cyrl-RS"/>
        </w:rPr>
      </w:pPr>
    </w:p>
    <w:p w14:paraId="0FBAC354" w14:textId="77777777" w:rsidR="00B67CA3" w:rsidRPr="005A4155" w:rsidRDefault="00847618" w:rsidP="005A4155">
      <w:pPr>
        <w:jc w:val="center"/>
        <w:rPr>
          <w:b/>
          <w:bCs/>
          <w:lang w:val="sr-Cyrl-RS"/>
        </w:rPr>
      </w:pPr>
      <w:r w:rsidRPr="005A4155">
        <w:rPr>
          <w:b/>
          <w:bCs/>
          <w:lang w:val="sr-Cyrl-RS"/>
        </w:rPr>
        <w:t>Садржина јавног уговора</w:t>
      </w:r>
    </w:p>
    <w:p w14:paraId="0AE437D9" w14:textId="77777777" w:rsidR="00B67CA3" w:rsidRPr="005A4155" w:rsidRDefault="00847618">
      <w:pPr>
        <w:jc w:val="center"/>
        <w:rPr>
          <w:b/>
          <w:bCs/>
          <w:lang w:val="sr-Cyrl-RS"/>
        </w:rPr>
      </w:pPr>
      <w:r w:rsidRPr="005A4155">
        <w:rPr>
          <w:b/>
          <w:bCs/>
          <w:lang w:val="sr-Cyrl-RS"/>
        </w:rPr>
        <w:t>Члан 52</w:t>
      </w:r>
    </w:p>
    <w:p w14:paraId="703F3A80" w14:textId="77777777" w:rsidR="00B67CA3" w:rsidRPr="00D632CD" w:rsidRDefault="00847618">
      <w:pPr>
        <w:jc w:val="both"/>
        <w:rPr>
          <w:lang w:val="sr-Cyrl-RS"/>
        </w:rPr>
      </w:pPr>
      <w:r w:rsidRPr="00D632CD">
        <w:rPr>
          <w:lang w:val="sr-Cyrl-RS"/>
        </w:rPr>
        <w:t>Јавни уговор садржи све одредбе, услове и друге клаузуле које јавни партнер сматра корисним за испуњавање задатка приватног партнера и за однос приватног партнера са другим учесницима који играју значајну улогу у реализацији ЈПП са или без елемената концесије.</w:t>
      </w:r>
    </w:p>
    <w:p w14:paraId="44B422F5" w14:textId="77777777" w:rsidR="00B67CA3" w:rsidRPr="00D632CD" w:rsidRDefault="00847618">
      <w:pPr>
        <w:jc w:val="both"/>
        <w:rPr>
          <w:lang w:val="sr-Cyrl-RS"/>
        </w:rPr>
      </w:pPr>
      <w:r w:rsidRPr="00D632CD">
        <w:rPr>
          <w:lang w:val="sr-Cyrl-RS"/>
        </w:rPr>
        <w:lastRenderedPageBreak/>
        <w:t>Приликом одређивања одредаба и услова јавног уговора, јавни партнер уређује следећа питања:</w:t>
      </w:r>
    </w:p>
    <w:p w14:paraId="4DADDE8E" w14:textId="77777777" w:rsidR="00B67CA3" w:rsidRPr="00D632CD" w:rsidRDefault="00847618">
      <w:pPr>
        <w:jc w:val="both"/>
        <w:rPr>
          <w:lang w:val="sr-Cyrl-RS"/>
        </w:rPr>
      </w:pPr>
      <w:r w:rsidRPr="00D632CD">
        <w:rPr>
          <w:lang w:val="sr-Cyrl-RS"/>
        </w:rPr>
        <w:t>1) карактер и обим радова које треба да изврши и/или услуга које треба да обезбеди приватни партнер и услове за њихово обезбеђење, под условом да су наведени у јавном позиву;</w:t>
      </w:r>
    </w:p>
    <w:p w14:paraId="223FC75A" w14:textId="77777777" w:rsidR="00B67CA3" w:rsidRPr="00D632CD" w:rsidRDefault="00847618">
      <w:pPr>
        <w:jc w:val="both"/>
        <w:rPr>
          <w:lang w:val="sr-Cyrl-RS"/>
        </w:rPr>
      </w:pPr>
      <w:r w:rsidRPr="00D632CD">
        <w:rPr>
          <w:lang w:val="sr-Cyrl-RS"/>
        </w:rPr>
        <w:t>2) расподела ризика између јавног и приватног партнера;</w:t>
      </w:r>
    </w:p>
    <w:p w14:paraId="03CF9267" w14:textId="77777777" w:rsidR="00B67CA3" w:rsidRPr="00D632CD" w:rsidRDefault="00847618">
      <w:pPr>
        <w:jc w:val="both"/>
        <w:rPr>
          <w:lang w:val="sr-Cyrl-RS"/>
        </w:rPr>
      </w:pPr>
      <w:r w:rsidRPr="00D632CD">
        <w:rPr>
          <w:lang w:val="sr-Cyrl-RS"/>
        </w:rPr>
        <w:t>3) одредбе о минималном захтеваном квалитету и стандарду услуга и радова у интересу јавности или корисника услуга или јавних објеката, као и последице неиспуњења ових захтева у погледу квалитета, под условом да не представљају повећање или смањење накнаде приватном партнеру из тачке 9) овог става;</w:t>
      </w:r>
    </w:p>
    <w:p w14:paraId="4D303091" w14:textId="77777777" w:rsidR="00B67CA3" w:rsidRPr="00D632CD" w:rsidRDefault="00847618">
      <w:pPr>
        <w:jc w:val="both"/>
        <w:rPr>
          <w:lang w:val="sr-Cyrl-RS"/>
        </w:rPr>
      </w:pPr>
      <w:r w:rsidRPr="00D632CD">
        <w:rPr>
          <w:lang w:val="sr-Cyrl-RS"/>
        </w:rPr>
        <w:t>4) обим искључивих права приватног партнера, ако постоје, при чему се искључиво право може уговорити само ако је неопходно за техничку или економску одрживост пројекта, сразмерно предмету и циљу јавног уговора;</w:t>
      </w:r>
    </w:p>
    <w:p w14:paraId="4CC3F887" w14:textId="77777777" w:rsidR="00B67CA3" w:rsidRPr="00D632CD" w:rsidRDefault="00847618">
      <w:pPr>
        <w:jc w:val="both"/>
        <w:rPr>
          <w:lang w:val="sr-Cyrl-RS"/>
        </w:rPr>
      </w:pPr>
      <w:r w:rsidRPr="00D632CD">
        <w:rPr>
          <w:lang w:val="sr-Cyrl-RS"/>
        </w:rPr>
        <w:t>5) евентуалну помоћ коју јавни партнер може пружити приватном партнеру за добијање дозвола, сагласности, одобрења и других аката потребних за реализацију ЈПП или концесије;</w:t>
      </w:r>
    </w:p>
    <w:p w14:paraId="15222252" w14:textId="77777777" w:rsidR="00B67CA3" w:rsidRPr="00D632CD" w:rsidRDefault="00847618">
      <w:pPr>
        <w:jc w:val="both"/>
        <w:rPr>
          <w:lang w:val="sr-Cyrl-RS"/>
        </w:rPr>
      </w:pPr>
      <w:r w:rsidRPr="00D632CD">
        <w:rPr>
          <w:lang w:val="sr-Cyrl-RS"/>
        </w:rPr>
        <w:t>6) захтеве у вези са ДПН у погледу: правне форме, оснивања, минималног капитала и минималних других средстава или људских ресурса, структуре акционара, организационе структуре и пословних просторија као и пословних активности ДПН;</w:t>
      </w:r>
    </w:p>
    <w:p w14:paraId="598B5E02" w14:textId="77777777" w:rsidR="00B67CA3" w:rsidRPr="00D632CD" w:rsidRDefault="00847618">
      <w:pPr>
        <w:jc w:val="both"/>
        <w:rPr>
          <w:lang w:val="sr-Cyrl-RS"/>
        </w:rPr>
      </w:pPr>
      <w:r w:rsidRPr="00D632CD">
        <w:rPr>
          <w:lang w:val="sr-Cyrl-RS"/>
        </w:rPr>
        <w:t>7) власништво над средствима која се односе на пројекат и по потреби, обавезе уговорних страна у погледу стицања пројектних средстава и евентуално потребних службености;</w:t>
      </w:r>
    </w:p>
    <w:p w14:paraId="52A251BC" w14:textId="77777777" w:rsidR="00B67CA3" w:rsidRPr="00D632CD" w:rsidRDefault="00847618">
      <w:pPr>
        <w:jc w:val="both"/>
        <w:rPr>
          <w:lang w:val="sr-Cyrl-RS"/>
        </w:rPr>
      </w:pPr>
      <w:r w:rsidRPr="00D632CD">
        <w:rPr>
          <w:lang w:val="sr-Cyrl-RS"/>
        </w:rPr>
        <w:t>8) висина и начин израчунавања концесионе накнаде, ако је има;</w:t>
      </w:r>
    </w:p>
    <w:p w14:paraId="38267F6D" w14:textId="62019791" w:rsidR="00B67CA3" w:rsidRPr="00D632CD" w:rsidRDefault="00847618">
      <w:pPr>
        <w:jc w:val="both"/>
        <w:rPr>
          <w:lang w:val="sr-Cyrl-RS"/>
        </w:rPr>
      </w:pPr>
      <w:r w:rsidRPr="00D632CD">
        <w:rPr>
          <w:lang w:val="sr-Cyrl-RS"/>
        </w:rPr>
        <w:t>9) накнада приватном партнеру, без обзира да ли се састоји од тарифа или накнада за обезбеђене објекте или услуге, плаћања за расположивост, субвенција или других плаћања јавног партнера, начин и формула за утврђивање, периодично усклађивање и прилагођавање тих тарифа или накнада или плаћања јавног партнера, периодично усклађивање и прилагођавање тих тарифа, накнада или плаћања, као и механизме за очување уговорне равнотеже, укључујући механизме усклађивања накнаде у режиму регулисаних цена или тарифа, под условом да су такви механизми јасно предвиђени;</w:t>
      </w:r>
    </w:p>
    <w:p w14:paraId="37F3422E" w14:textId="77777777" w:rsidR="00B67CA3" w:rsidRPr="00D632CD" w:rsidRDefault="00847618">
      <w:pPr>
        <w:jc w:val="both"/>
        <w:rPr>
          <w:lang w:val="sr-Cyrl-RS"/>
        </w:rPr>
      </w:pPr>
      <w:r w:rsidRPr="00D632CD">
        <w:rPr>
          <w:lang w:val="sr-Cyrl-RS"/>
        </w:rPr>
        <w:t>10) механизми за смањење накнаде (без обзира на правни облик) приватном партнеру у случају лошијег квалитета његових услуга/објеката;</w:t>
      </w:r>
    </w:p>
    <w:p w14:paraId="0A3EA06D" w14:textId="77777777" w:rsidR="00B67CA3" w:rsidRPr="00D632CD" w:rsidRDefault="00847618">
      <w:pPr>
        <w:jc w:val="both"/>
        <w:rPr>
          <w:lang w:val="sr-Cyrl-RS"/>
        </w:rPr>
      </w:pPr>
      <w:r w:rsidRPr="00D632CD">
        <w:rPr>
          <w:lang w:val="sr-Cyrl-RS"/>
        </w:rPr>
        <w:t>11) поступак који јавни партнер користи за разматрање и одобравање пројеката, планова изградње и спецификација, као и поступци за тестирање и коначну инспекцију, одобрење и пријем инфраструктурног објекта као и извршених услуга, ако је потребно;</w:t>
      </w:r>
    </w:p>
    <w:p w14:paraId="1F9D348A" w14:textId="77777777" w:rsidR="00B67CA3" w:rsidRPr="00D632CD" w:rsidRDefault="00847618">
      <w:pPr>
        <w:jc w:val="both"/>
        <w:rPr>
          <w:lang w:val="sr-Cyrl-RS"/>
        </w:rPr>
      </w:pPr>
      <w:r w:rsidRPr="00D632CD">
        <w:rPr>
          <w:lang w:val="sr-Cyrl-RS"/>
        </w:rPr>
        <w:t>12) поступци за измене пројеката, планова изградње и спецификација ако их једнострано утврђује јавни партнер и поступци за сагласност о евентуалном продужењу рокова и/или повећању накнаде (укључујући трошкове финансирања);</w:t>
      </w:r>
    </w:p>
    <w:p w14:paraId="6CF55BC9" w14:textId="77777777" w:rsidR="00B67CA3" w:rsidRPr="00D632CD" w:rsidRDefault="00847618">
      <w:pPr>
        <w:jc w:val="both"/>
        <w:rPr>
          <w:lang w:val="sr-Cyrl-RS"/>
        </w:rPr>
      </w:pPr>
      <w:r w:rsidRPr="00D632CD">
        <w:rPr>
          <w:lang w:val="sr-Cyrl-RS"/>
        </w:rPr>
        <w:t xml:space="preserve">13) обим обавезе приватног партнера да зависно од случаја обезбеди измену објеката или услуга у току трајања уговора да би се удовољило измењеној стварној тражњи за услугом, </w:t>
      </w:r>
      <w:r w:rsidRPr="00D632CD">
        <w:rPr>
          <w:lang w:val="sr-Cyrl-RS"/>
        </w:rPr>
        <w:lastRenderedPageBreak/>
        <w:t>њеном континуитету и њеном пружању под суштински истим условима свим корисницима, као и последице тога на накнаду (и трошкове финансирања) за приватног партнера;</w:t>
      </w:r>
    </w:p>
    <w:p w14:paraId="1BCF1D11" w14:textId="77777777" w:rsidR="00B67CA3" w:rsidRPr="00D632CD" w:rsidRDefault="00847618">
      <w:pPr>
        <w:jc w:val="both"/>
        <w:rPr>
          <w:lang w:val="sr-Cyrl-RS"/>
        </w:rPr>
      </w:pPr>
      <w:r w:rsidRPr="00D632CD">
        <w:rPr>
          <w:lang w:val="sr-Cyrl-RS"/>
        </w:rPr>
        <w:t>14) могући обим, услове и поступак измена јавног уговора након његовог закључења, лица која имају право да захтевају измену, механизам за усаглашавање тих измена;</w:t>
      </w:r>
    </w:p>
    <w:p w14:paraId="739AD024" w14:textId="77777777" w:rsidR="00B67CA3" w:rsidRPr="00D632CD" w:rsidRDefault="00847618">
      <w:pPr>
        <w:jc w:val="both"/>
        <w:rPr>
          <w:lang w:val="sr-Cyrl-RS"/>
        </w:rPr>
      </w:pPr>
      <w:r w:rsidRPr="00D632CD">
        <w:rPr>
          <w:lang w:val="sr-Cyrl-RS"/>
        </w:rPr>
        <w:t>15) евентуална права јавног партнера да приватном партнеру одобри закључење најважнијих подизвођачких уговора или уговора са зависним друштвима приватног партнера или са другим повезаним лицима или других уговора којима се поверава обављање одређених послова од стране приватног партнера трећим лицима, ако је такво поверавање предвиђено предлогом пројекта ЈПП, односно концесионим актом;</w:t>
      </w:r>
    </w:p>
    <w:p w14:paraId="152FF369" w14:textId="77777777" w:rsidR="00B67CA3" w:rsidRPr="00D632CD" w:rsidRDefault="00847618">
      <w:pPr>
        <w:jc w:val="both"/>
        <w:rPr>
          <w:lang w:val="sr-Cyrl-RS"/>
        </w:rPr>
      </w:pPr>
      <w:r w:rsidRPr="00D632CD">
        <w:rPr>
          <w:lang w:val="sr-Cyrl-RS"/>
        </w:rPr>
        <w:t>16) јемства која треба да обезбеди приватни партнер или јавни партнер (укључујући јемства јавног партнера финансијерима) или други начин обезбеђења плаћања;</w:t>
      </w:r>
    </w:p>
    <w:p w14:paraId="6B99C035" w14:textId="77777777" w:rsidR="00B67CA3" w:rsidRPr="00D632CD" w:rsidRDefault="00847618">
      <w:pPr>
        <w:jc w:val="both"/>
        <w:rPr>
          <w:lang w:val="sr-Cyrl-RS"/>
        </w:rPr>
      </w:pPr>
      <w:r w:rsidRPr="00D632CD">
        <w:rPr>
          <w:lang w:val="sr-Cyrl-RS"/>
        </w:rPr>
        <w:t>17) покриће осигурањем које треба да обезбеђује приватни партнер;</w:t>
      </w:r>
    </w:p>
    <w:p w14:paraId="046FB2E2" w14:textId="77777777" w:rsidR="00B67CA3" w:rsidRPr="00D632CD" w:rsidRDefault="00847618">
      <w:pPr>
        <w:jc w:val="both"/>
        <w:rPr>
          <w:lang w:val="sr-Cyrl-RS"/>
        </w:rPr>
      </w:pPr>
      <w:r w:rsidRPr="00D632CD">
        <w:rPr>
          <w:lang w:val="sr-Cyrl-RS"/>
        </w:rPr>
        <w:t>18) расположиви правни лекови у случају да било која уговорна страна не изврши своје уговорне обавезе;</w:t>
      </w:r>
    </w:p>
    <w:p w14:paraId="4C2E44DE" w14:textId="77777777" w:rsidR="00B67CA3" w:rsidRPr="00D632CD" w:rsidRDefault="00847618">
      <w:pPr>
        <w:jc w:val="both"/>
        <w:rPr>
          <w:lang w:val="sr-Cyrl-RS"/>
        </w:rPr>
      </w:pPr>
      <w:r w:rsidRPr="00D632CD">
        <w:rPr>
          <w:lang w:val="sr-Cyrl-RS"/>
        </w:rPr>
        <w:t>19) мера у којој било која уговорна страна може бити изузета одговорности за неизвршење или кашњење у испуњењу уговорних обавеза услед околности реално ван њене контроле (виша сила, промена закона и сл.);</w:t>
      </w:r>
    </w:p>
    <w:p w14:paraId="2614DE67" w14:textId="77777777" w:rsidR="00B67CA3" w:rsidRPr="00D632CD" w:rsidRDefault="00847618">
      <w:pPr>
        <w:jc w:val="both"/>
        <w:rPr>
          <w:lang w:val="sr-Cyrl-RS"/>
        </w:rPr>
      </w:pPr>
      <w:r w:rsidRPr="00D632CD">
        <w:rPr>
          <w:lang w:val="sr-Cyrl-RS"/>
        </w:rPr>
        <w:t>20) рок трајања јавног уговора и права и обавезе уговорних страна након његовог истека (укључујући и стање у којем се имовина мора предати јавном партнеру), поступак продужења уговореног рока укључујући његове последице на финансирање пројекта;</w:t>
      </w:r>
    </w:p>
    <w:p w14:paraId="09A4E286" w14:textId="77777777" w:rsidR="00B67CA3" w:rsidRPr="00D632CD" w:rsidRDefault="00847618">
      <w:pPr>
        <w:jc w:val="both"/>
        <w:rPr>
          <w:lang w:val="sr-Cyrl-RS"/>
        </w:rPr>
      </w:pPr>
      <w:r w:rsidRPr="00D632CD">
        <w:rPr>
          <w:lang w:val="sr-Cyrl-RS"/>
        </w:rPr>
        <w:t>21) компензација и пребијање потраживања;</w:t>
      </w:r>
    </w:p>
    <w:p w14:paraId="1592DEA3" w14:textId="77777777" w:rsidR="00B67CA3" w:rsidRPr="00D632CD" w:rsidRDefault="00847618">
      <w:pPr>
        <w:jc w:val="both"/>
        <w:rPr>
          <w:lang w:val="sr-Cyrl-RS"/>
        </w:rPr>
      </w:pPr>
      <w:r w:rsidRPr="00D632CD">
        <w:rPr>
          <w:lang w:val="sr-Cyrl-RS"/>
        </w:rPr>
        <w:t>22) последице штетне промене прописа, или појединачних аката јавних органа који непосредно и значајно утичу на извршење јавног уговора, укључујући право на усклађивање уговорних обавеза, накнаде, рокова или других елемената јавног уговора, под условима и у границама прописаним овим законом и правилима о дозвољеним изменама јавног уговора;</w:t>
      </w:r>
    </w:p>
    <w:p w14:paraId="3E73D048" w14:textId="77777777" w:rsidR="00B67CA3" w:rsidRPr="00D632CD" w:rsidRDefault="00847618">
      <w:pPr>
        <w:jc w:val="both"/>
        <w:rPr>
          <w:lang w:val="sr-Cyrl-RS"/>
        </w:rPr>
      </w:pPr>
      <w:r w:rsidRPr="00D632CD">
        <w:rPr>
          <w:lang w:val="sr-Cyrl-RS"/>
        </w:rPr>
        <w:t>23) разлози и последице превременог раскида (укључујући минималан износ који се мора исплатити јавном или приватном партнеру, начин исплате накнаде, и средства из којих ће бити исплаћена накнада), уговорне казне и одговарајуће одредбе предвиђене у тачки 19) овог става;</w:t>
      </w:r>
    </w:p>
    <w:p w14:paraId="7C0A356A" w14:textId="77777777" w:rsidR="00B67CA3" w:rsidRPr="00D632CD" w:rsidRDefault="00847618">
      <w:pPr>
        <w:jc w:val="both"/>
        <w:rPr>
          <w:lang w:val="sr-Cyrl-RS"/>
        </w:rPr>
      </w:pPr>
      <w:r w:rsidRPr="00D632CD">
        <w:rPr>
          <w:lang w:val="sr-Cyrl-RS"/>
        </w:rPr>
        <w:t>24) евентуална ограничења одговорности уговорних страна;</w:t>
      </w:r>
    </w:p>
    <w:p w14:paraId="2EB02CDA" w14:textId="77777777" w:rsidR="00B67CA3" w:rsidRPr="00D632CD" w:rsidRDefault="00847618">
      <w:pPr>
        <w:jc w:val="both"/>
        <w:rPr>
          <w:lang w:val="sr-Cyrl-RS"/>
        </w:rPr>
      </w:pPr>
      <w:r w:rsidRPr="00D632CD">
        <w:rPr>
          <w:lang w:val="sr-Cyrl-RS"/>
        </w:rPr>
        <w:t>25) сви споредни или повезани уговори које треба закључити, укључујући и оне намењене лакшем финансирању трошкова везаних за пројекат, као и ефекте тих уговора на јавни уговор. То нарочито обухвата посебне одредбе којима се јавном партнеру дозвољава да закључи уговор са финансијерима приватног партнера и да обезбеди права на пренос јавног уговора на лице које наведу финансијери у одређеним околностима;</w:t>
      </w:r>
    </w:p>
    <w:p w14:paraId="37B57F16" w14:textId="77777777" w:rsidR="00B67CA3" w:rsidRPr="00D632CD" w:rsidRDefault="00847618">
      <w:pPr>
        <w:jc w:val="both"/>
        <w:rPr>
          <w:lang w:val="sr-Cyrl-RS"/>
        </w:rPr>
      </w:pPr>
      <w:r w:rsidRPr="00D632CD">
        <w:rPr>
          <w:lang w:val="sr-Cyrl-RS"/>
        </w:rPr>
        <w:t>26) меродавно право и механизам за решавање спорова;</w:t>
      </w:r>
    </w:p>
    <w:p w14:paraId="48D94B4E" w14:textId="77777777" w:rsidR="00B67CA3" w:rsidRPr="00D632CD" w:rsidRDefault="00847618">
      <w:pPr>
        <w:jc w:val="both"/>
        <w:rPr>
          <w:lang w:val="sr-Cyrl-RS"/>
        </w:rPr>
      </w:pPr>
      <w:r w:rsidRPr="00D632CD">
        <w:rPr>
          <w:lang w:val="sr-Cyrl-RS"/>
        </w:rPr>
        <w:t xml:space="preserve">27) околности под којима јавни партнер или одређено треће лице може (привремено или на други начин) преузети вођење објекта или другу функцију приватног партнера како би се </w:t>
      </w:r>
      <w:r w:rsidRPr="00D632CD">
        <w:rPr>
          <w:lang w:val="sr-Cyrl-RS"/>
        </w:rPr>
        <w:lastRenderedPageBreak/>
        <w:t>обезбедило делотворно и непрекидно вршење услуге и/или објеката који су предмет уговора у случају озбиљних пропуста приватног партнера у извршавању његових обавеза;</w:t>
      </w:r>
    </w:p>
    <w:p w14:paraId="532AC0C8" w14:textId="6D43AF40" w:rsidR="00B67CA3" w:rsidRPr="00D632CD" w:rsidRDefault="00847618">
      <w:pPr>
        <w:jc w:val="both"/>
        <w:rPr>
          <w:lang w:val="sr-Cyrl-RS"/>
        </w:rPr>
      </w:pPr>
      <w:r w:rsidRPr="00D632CD">
        <w:rPr>
          <w:lang w:val="sr-Cyrl-RS"/>
        </w:rPr>
        <w:t>2</w:t>
      </w:r>
      <w:r w:rsidR="003C5BD9">
        <w:rPr>
          <w:lang w:val="sr-Cyrl-RS"/>
        </w:rPr>
        <w:t>8</w:t>
      </w:r>
      <w:r w:rsidRPr="00D632CD">
        <w:rPr>
          <w:lang w:val="sr-Cyrl-RS"/>
        </w:rPr>
        <w:t>) евентуално право јавног партнера или надлежног државног органа да у циљу заштите јавног интереса као и у случају постојања опасности за јавну безбедност или угрожавање животне средине и здравља људи или повреде обавеза приватног партнера/концесионара из јавног уговора, у потпуности или делимично прекине извршење уговора или преузме извршење одговарајућих обавеза приватног партнера/концесионара (step-in right), уз дефинисање последица коришћења тог права;</w:t>
      </w:r>
    </w:p>
    <w:p w14:paraId="2A32A381" w14:textId="1D31B734" w:rsidR="00B67CA3" w:rsidRPr="00D632CD" w:rsidRDefault="00847618">
      <w:pPr>
        <w:jc w:val="both"/>
        <w:rPr>
          <w:lang w:val="sr-Cyrl-RS"/>
        </w:rPr>
      </w:pPr>
      <w:r w:rsidRPr="00D632CD">
        <w:rPr>
          <w:lang w:val="sr-Cyrl-RS"/>
        </w:rPr>
        <w:t>2</w:t>
      </w:r>
      <w:r w:rsidR="003C5BD9">
        <w:rPr>
          <w:lang w:val="sr-Cyrl-RS"/>
        </w:rPr>
        <w:t>9</w:t>
      </w:r>
      <w:r w:rsidRPr="00D632CD">
        <w:rPr>
          <w:lang w:val="sr-Cyrl-RS"/>
        </w:rPr>
        <w:t>) опорезивање и фискална питања - ако постоје.</w:t>
      </w:r>
    </w:p>
    <w:p w14:paraId="73B76673" w14:textId="77777777" w:rsidR="00B67CA3" w:rsidRPr="00D632CD" w:rsidRDefault="00847618">
      <w:pPr>
        <w:jc w:val="both"/>
        <w:rPr>
          <w:lang w:val="sr-Cyrl-RS"/>
        </w:rPr>
      </w:pPr>
      <w:r w:rsidRPr="00D632CD">
        <w:rPr>
          <w:lang w:val="sr-Cyrl-RS"/>
        </w:rPr>
        <w:t>Ако јавни уговор, независно које јавно тело га закључује, садржи одредбе које на било који начин доводе до одговорности Републике Србије или имају директног утицаја на буџет Републике Србије, неопходно је прибавити сагласност Владе.</w:t>
      </w:r>
    </w:p>
    <w:p w14:paraId="5DE23AC5" w14:textId="77777777" w:rsidR="00B67CA3" w:rsidRPr="00D632CD" w:rsidRDefault="00847618">
      <w:pPr>
        <w:jc w:val="both"/>
        <w:rPr>
          <w:lang w:val="sr-Cyrl-RS"/>
        </w:rPr>
      </w:pPr>
      <w:r w:rsidRPr="00D632CD">
        <w:rPr>
          <w:lang w:val="sr-Cyrl-RS"/>
        </w:rPr>
        <w:t>У случају не прибављања сагласности из става 3. овог члана, такве одредбе су ништаве по сили закона.</w:t>
      </w:r>
    </w:p>
    <w:p w14:paraId="4AF56E1C" w14:textId="77777777" w:rsidR="00B67CA3" w:rsidRPr="00D632CD" w:rsidRDefault="00847618">
      <w:pPr>
        <w:jc w:val="both"/>
        <w:rPr>
          <w:lang w:val="sr-Cyrl-RS"/>
        </w:rPr>
      </w:pPr>
      <w:r w:rsidRPr="00D632CD">
        <w:rPr>
          <w:lang w:val="sr-Cyrl-RS"/>
        </w:rPr>
        <w:t>На питања која се односе на јавни уговор, а која нису посебно уређена овим законом, примењују се прописи Републике Србије.</w:t>
      </w:r>
    </w:p>
    <w:p w14:paraId="448DFA25" w14:textId="77777777" w:rsidR="00B67CA3" w:rsidRPr="005A4155" w:rsidRDefault="00847618" w:rsidP="005A4155">
      <w:pPr>
        <w:jc w:val="center"/>
        <w:rPr>
          <w:b/>
          <w:bCs/>
          <w:lang w:val="sr-Cyrl-RS"/>
        </w:rPr>
      </w:pPr>
      <w:r w:rsidRPr="005A4155">
        <w:rPr>
          <w:b/>
          <w:bCs/>
          <w:lang w:val="sr-Cyrl-RS"/>
        </w:rPr>
        <w:t>Сагласност на јавни уговор</w:t>
      </w:r>
    </w:p>
    <w:p w14:paraId="15C22C58" w14:textId="77777777" w:rsidR="00B67CA3" w:rsidRPr="005A4155" w:rsidRDefault="00847618">
      <w:pPr>
        <w:jc w:val="center"/>
        <w:rPr>
          <w:b/>
          <w:bCs/>
          <w:lang w:val="sr-Cyrl-RS"/>
        </w:rPr>
      </w:pPr>
      <w:r w:rsidRPr="005A4155">
        <w:rPr>
          <w:b/>
          <w:bCs/>
          <w:lang w:val="sr-Cyrl-RS"/>
        </w:rPr>
        <w:t>Члан 53</w:t>
      </w:r>
    </w:p>
    <w:p w14:paraId="552BE9B5" w14:textId="72207398" w:rsidR="00B67CA3" w:rsidRPr="00D632CD" w:rsidRDefault="00847618">
      <w:pPr>
        <w:jc w:val="both"/>
        <w:rPr>
          <w:lang w:val="sr-Cyrl-RS"/>
        </w:rPr>
      </w:pPr>
      <w:r w:rsidRPr="00D632CD">
        <w:rPr>
          <w:lang w:val="sr-Cyrl-RS"/>
        </w:rPr>
        <w:t>Јавно тело, после доношења одлуке о избору приватног партнера, а пре закључења јавног уговора, има обавезу да органу из чл</w:t>
      </w:r>
      <w:r w:rsidR="009A4DBF">
        <w:rPr>
          <w:lang w:val="sr-Cyrl-RS"/>
        </w:rPr>
        <w:t>ана</w:t>
      </w:r>
      <w:r w:rsidRPr="00D632CD">
        <w:rPr>
          <w:lang w:val="sr-Cyrl-RS"/>
        </w:rPr>
        <w:t xml:space="preserve"> </w:t>
      </w:r>
      <w:r w:rsidRPr="00C562B6">
        <w:rPr>
          <w:lang w:val="sr-Cyrl-RS"/>
        </w:rPr>
        <w:t xml:space="preserve">30. и </w:t>
      </w:r>
      <w:r w:rsidR="00C562B6" w:rsidRPr="00C562B6">
        <w:rPr>
          <w:lang w:val="sr-Cyrl-RS"/>
        </w:rPr>
        <w:t>34</w:t>
      </w:r>
      <w:r w:rsidRPr="005A4155">
        <w:rPr>
          <w:color w:val="C00000"/>
          <w:lang w:val="sr-Cyrl-RS"/>
        </w:rPr>
        <w:t xml:space="preserve">. </w:t>
      </w:r>
      <w:r w:rsidRPr="00D632CD">
        <w:rPr>
          <w:lang w:val="sr-Cyrl-RS"/>
        </w:rPr>
        <w:t>овог закона достави коначни нацрт јавног уговора укључујући прилоге који чине његов саставни део, ради давања сагласности.</w:t>
      </w:r>
    </w:p>
    <w:p w14:paraId="10B1B85F" w14:textId="77777777" w:rsidR="00B67CA3" w:rsidRPr="00D632CD" w:rsidRDefault="00847618">
      <w:pPr>
        <w:jc w:val="both"/>
        <w:rPr>
          <w:lang w:val="sr-Cyrl-RS"/>
        </w:rPr>
      </w:pPr>
      <w:r w:rsidRPr="00D632CD">
        <w:rPr>
          <w:lang w:val="sr-Cyrl-RS"/>
        </w:rPr>
        <w:t>Орган из става 1. овог члана, дужан је да на основу оцене о усаглашености нацрта уговора са овим законом и са конкурсном документацијом, дâ сагласност на коначни нацрт уговора у року од 30 дана од дана његовог достављања.</w:t>
      </w:r>
    </w:p>
    <w:p w14:paraId="0CFAD268" w14:textId="77777777" w:rsidR="00B67CA3" w:rsidRPr="00D632CD" w:rsidRDefault="00847618">
      <w:pPr>
        <w:jc w:val="both"/>
        <w:rPr>
          <w:lang w:val="sr-Cyrl-RS"/>
        </w:rPr>
      </w:pPr>
      <w:r w:rsidRPr="00D632CD">
        <w:rPr>
          <w:lang w:val="sr-Cyrl-RS"/>
        </w:rPr>
        <w:t>Јавни уговор може бити закључен по добијању сагласности из става 2. овог члана.</w:t>
      </w:r>
    </w:p>
    <w:p w14:paraId="0D66949C" w14:textId="77777777" w:rsidR="00B67CA3" w:rsidRPr="00D632CD" w:rsidRDefault="00847618">
      <w:pPr>
        <w:jc w:val="both"/>
        <w:rPr>
          <w:lang w:val="sr-Cyrl-RS"/>
        </w:rPr>
      </w:pPr>
      <w:r w:rsidRPr="00D632CD">
        <w:rPr>
          <w:lang w:val="sr-Cyrl-RS"/>
        </w:rPr>
        <w:t>На све измене и допуне закљученог јавног уговора којима се мењају права и обавезе уговорних страна, примењује се поступак у складу са одредбама овог члана.</w:t>
      </w:r>
    </w:p>
    <w:p w14:paraId="335FDA52" w14:textId="77777777" w:rsidR="00B67CA3" w:rsidRPr="00D632CD" w:rsidRDefault="00847618">
      <w:pPr>
        <w:jc w:val="both"/>
        <w:rPr>
          <w:lang w:val="sr-Cyrl-RS"/>
        </w:rPr>
      </w:pPr>
      <w:r w:rsidRPr="00D632CD">
        <w:rPr>
          <w:lang w:val="sr-Cyrl-RS"/>
        </w:rPr>
        <w:t>Давање сагласности Владе на коначни нацрт јавног уговора у коме Република Србија није уговорна страна, не подразумева одговорност Републике Србије за спорове који настану из тог уговора између јавног и приватног партнера.</w:t>
      </w:r>
    </w:p>
    <w:p w14:paraId="7F4757B9" w14:textId="77777777" w:rsidR="00B67CA3" w:rsidRDefault="00847618">
      <w:pPr>
        <w:jc w:val="both"/>
        <w:rPr>
          <w:lang w:val="sr-Cyrl-RS"/>
        </w:rPr>
      </w:pPr>
      <w:r w:rsidRPr="00D632CD">
        <w:rPr>
          <w:lang w:val="sr-Cyrl-RS"/>
        </w:rPr>
        <w:t>Ако није другачије уговорено у писаном облику, јавно тело које је јавни партнер у јавном уговору увек је одговорно за реализацију пројекта ЈПП и за његове евентуалне последице.</w:t>
      </w:r>
    </w:p>
    <w:p w14:paraId="42452DF4" w14:textId="77777777" w:rsidR="005A4155" w:rsidRPr="00D632CD" w:rsidRDefault="005A4155">
      <w:pPr>
        <w:jc w:val="both"/>
        <w:rPr>
          <w:lang w:val="sr-Cyrl-RS"/>
        </w:rPr>
      </w:pPr>
    </w:p>
    <w:p w14:paraId="6EFD4F89" w14:textId="77777777" w:rsidR="00B67CA3" w:rsidRPr="005A4155" w:rsidRDefault="00847618" w:rsidP="005A4155">
      <w:pPr>
        <w:jc w:val="center"/>
        <w:rPr>
          <w:b/>
          <w:bCs/>
          <w:lang w:val="sr-Cyrl-RS"/>
        </w:rPr>
      </w:pPr>
      <w:r w:rsidRPr="005A4155">
        <w:rPr>
          <w:b/>
          <w:bCs/>
          <w:lang w:val="sr-Cyrl-RS"/>
        </w:rPr>
        <w:t>Потписивање јавног уговора</w:t>
      </w:r>
    </w:p>
    <w:p w14:paraId="06E13A60" w14:textId="77777777" w:rsidR="00B67CA3" w:rsidRPr="005A4155" w:rsidRDefault="00847618">
      <w:pPr>
        <w:jc w:val="center"/>
        <w:rPr>
          <w:b/>
          <w:bCs/>
          <w:lang w:val="sr-Cyrl-RS"/>
        </w:rPr>
      </w:pPr>
      <w:r w:rsidRPr="005A4155">
        <w:rPr>
          <w:b/>
          <w:bCs/>
          <w:lang w:val="sr-Cyrl-RS"/>
        </w:rPr>
        <w:t>Члан 54</w:t>
      </w:r>
    </w:p>
    <w:p w14:paraId="0989353E" w14:textId="77777777" w:rsidR="00B67CA3" w:rsidRPr="00D632CD" w:rsidRDefault="00847618">
      <w:pPr>
        <w:jc w:val="both"/>
        <w:rPr>
          <w:lang w:val="sr-Cyrl-RS"/>
        </w:rPr>
      </w:pPr>
      <w:r w:rsidRPr="00D632CD">
        <w:rPr>
          <w:lang w:val="sr-Cyrl-RS"/>
        </w:rPr>
        <w:lastRenderedPageBreak/>
        <w:t>Јавни партнер је дужан да одабраном најповољнијем понуђачу понуди потписивање јавног уговора у року који је одредио одлуком о избору најповољније понуде, а по добијеној сагласности из члана 53. овог закона.</w:t>
      </w:r>
    </w:p>
    <w:p w14:paraId="6FCC401F" w14:textId="77777777" w:rsidR="00B67CA3" w:rsidRPr="00D632CD" w:rsidRDefault="00847618">
      <w:pPr>
        <w:jc w:val="both"/>
        <w:rPr>
          <w:lang w:val="sr-Cyrl-RS"/>
        </w:rPr>
      </w:pPr>
      <w:r w:rsidRPr="00D632CD">
        <w:rPr>
          <w:lang w:val="sr-Cyrl-RS"/>
        </w:rPr>
        <w:t>Јавни уговор потписују овлашћена лица јавног партнера и одабраног најповољнијег понуђача, а ако се уговором предвиђа располагање непокретностима, односно располагање уделима у заједничком привредном друштву, уговор се обавезно оверава.</w:t>
      </w:r>
    </w:p>
    <w:p w14:paraId="09C4D2BC" w14:textId="3ED8DCAF" w:rsidR="00B67CA3" w:rsidRPr="00D632CD" w:rsidRDefault="00847618">
      <w:pPr>
        <w:jc w:val="both"/>
        <w:rPr>
          <w:lang w:val="sr-Cyrl-RS"/>
        </w:rPr>
      </w:pPr>
      <w:r w:rsidRPr="00D632CD">
        <w:rPr>
          <w:lang w:val="sr-Cyrl-RS"/>
        </w:rPr>
        <w:t xml:space="preserve">Потписивањем </w:t>
      </w:r>
      <w:r w:rsidR="00581126">
        <w:rPr>
          <w:lang w:val="sr-Cyrl-RS"/>
        </w:rPr>
        <w:t xml:space="preserve">и ступањем на снагу </w:t>
      </w:r>
      <w:r w:rsidRPr="00D632CD">
        <w:rPr>
          <w:lang w:val="sr-Cyrl-RS"/>
        </w:rPr>
        <w:t>јавног уговора приватни партнер стиче право и преузима обавезу обављања делатности за коју је јавни уговор додељен.</w:t>
      </w:r>
    </w:p>
    <w:p w14:paraId="5ED5384F" w14:textId="77777777" w:rsidR="00B67CA3" w:rsidRPr="00D632CD" w:rsidRDefault="00847618">
      <w:pPr>
        <w:jc w:val="both"/>
        <w:rPr>
          <w:lang w:val="sr-Cyrl-RS"/>
        </w:rPr>
      </w:pPr>
      <w:r w:rsidRPr="00D632CD">
        <w:rPr>
          <w:lang w:val="sr-Cyrl-RS"/>
        </w:rPr>
        <w:t>Јавни уговор мора бити сачињен у складу са предлогом пројекта ЈПП, односно концесионим актом, конкурсном документацијом, свим подацима из јавног позива, изабраном понудом и одлуком о додели уговора. Јавни партнер је дужан да, поред средстава обезбеђења добијених у поступку одабира најповољнијег понуђача, на дан ступања на снагу јавног уговора преузме од одабраног најповољнијег понуђача потребна јемства, односно средства обезбеђења наплате концесионе или друге накнаде, као и накнаде могуће штете настале због неиспуњења обавеза из јавног уговора (заложне изјаве, банкарске гаранције, лична јемства, менице и др.), у складу са проценом очекиване вредности која произилази из права датог јавним уговором.</w:t>
      </w:r>
    </w:p>
    <w:p w14:paraId="34DE0983" w14:textId="61FF958A" w:rsidR="00B67CA3" w:rsidRPr="00D632CD" w:rsidRDefault="00847618">
      <w:pPr>
        <w:jc w:val="both"/>
        <w:rPr>
          <w:lang w:val="sr-Cyrl-RS"/>
        </w:rPr>
      </w:pPr>
      <w:r w:rsidRPr="00D632CD">
        <w:rPr>
          <w:lang w:val="sr-Cyrl-RS"/>
        </w:rPr>
        <w:t xml:space="preserve">Јемства и средства обезбеђења из става </w:t>
      </w:r>
      <w:r w:rsidR="003C5BD9">
        <w:rPr>
          <w:lang w:val="sr-Cyrl-RS"/>
        </w:rPr>
        <w:t>4</w:t>
      </w:r>
      <w:r w:rsidRPr="00D632CD">
        <w:rPr>
          <w:lang w:val="sr-Cyrl-RS"/>
        </w:rPr>
        <w:t xml:space="preserve">. овог члана </w:t>
      </w:r>
      <w:r w:rsidR="00581126">
        <w:rPr>
          <w:lang w:val="sr-Cyrl-RS"/>
        </w:rPr>
        <w:t xml:space="preserve">достављају се или </w:t>
      </w:r>
      <w:r w:rsidRPr="00D632CD">
        <w:rPr>
          <w:lang w:val="sr-Cyrl-RS"/>
        </w:rPr>
        <w:t>депонују на за то прикладном месту код јавног партнера који је дужан да их чува током времена на које је закључен јавни уговор у складу са овим законом.</w:t>
      </w:r>
    </w:p>
    <w:p w14:paraId="451FC620" w14:textId="77777777" w:rsidR="00B67CA3" w:rsidRPr="005A4155" w:rsidRDefault="00847618" w:rsidP="005A4155">
      <w:pPr>
        <w:jc w:val="center"/>
        <w:rPr>
          <w:b/>
          <w:bCs/>
          <w:lang w:val="sr-Cyrl-RS"/>
        </w:rPr>
      </w:pPr>
      <w:r w:rsidRPr="005A4155">
        <w:rPr>
          <w:b/>
          <w:bCs/>
          <w:lang w:val="sr-Cyrl-RS"/>
        </w:rPr>
        <w:t>Финансирање јавних уговора</w:t>
      </w:r>
    </w:p>
    <w:p w14:paraId="6F0083CD" w14:textId="77777777" w:rsidR="00B67CA3" w:rsidRPr="005A4155" w:rsidRDefault="00847618" w:rsidP="005A4155">
      <w:pPr>
        <w:jc w:val="center"/>
        <w:rPr>
          <w:b/>
          <w:bCs/>
          <w:lang w:val="sr-Cyrl-RS"/>
        </w:rPr>
      </w:pPr>
      <w:r w:rsidRPr="005A4155">
        <w:rPr>
          <w:b/>
          <w:bCs/>
          <w:lang w:val="sr-Cyrl-RS"/>
        </w:rPr>
        <w:t>Члан 55</w:t>
      </w:r>
    </w:p>
    <w:p w14:paraId="01CD48EF" w14:textId="77777777" w:rsidR="00B67CA3" w:rsidRPr="00D632CD" w:rsidRDefault="00847618">
      <w:pPr>
        <w:jc w:val="both"/>
        <w:rPr>
          <w:lang w:val="sr-Cyrl-RS"/>
        </w:rPr>
      </w:pPr>
      <w:r w:rsidRPr="00D632CD">
        <w:rPr>
          <w:lang w:val="sr-Cyrl-RS"/>
        </w:rPr>
        <w:t>Јавни уговор може бити финансиран од стране приватног партнера кроз комбинацију директних улагања у капитал или путем задужења, укључујући без ограничења структурирано или пројектно финансирање и сличне инструменте обезбеђене од стране међународних финансијских институција, банака, односно трећих лица (у даљем тексту: финансијери).</w:t>
      </w:r>
    </w:p>
    <w:p w14:paraId="3B73BD3C" w14:textId="77777777" w:rsidR="00B67CA3" w:rsidRPr="00D632CD" w:rsidRDefault="00847618">
      <w:pPr>
        <w:jc w:val="both"/>
        <w:rPr>
          <w:lang w:val="sr-Cyrl-RS"/>
        </w:rPr>
      </w:pPr>
      <w:r w:rsidRPr="00D632CD">
        <w:rPr>
          <w:lang w:val="sr-Cyrl-RS"/>
        </w:rPr>
        <w:t>Уз претходну сагласност јавног партнера, приватни партнер биће овлашћен да додели, оптерети хипотеком, заложи, у периоду и обиму који је у складу са овим законом, односно законом којим се уређује јавна својина, било које своје право, односно обавезу из јавног уговора или другу имовину везану за пројекат, у корист финансијера, а у циљу обезбеђивања плаћања било ког насталог или будућег потраживања у вези са изградњом и финансирањем, односно рефинансирањем предмета ЈПП-а.</w:t>
      </w:r>
    </w:p>
    <w:p w14:paraId="622F7A6B" w14:textId="77777777" w:rsidR="00B67CA3" w:rsidRPr="00D632CD" w:rsidRDefault="00847618">
      <w:pPr>
        <w:jc w:val="both"/>
        <w:rPr>
          <w:lang w:val="sr-Cyrl-RS"/>
        </w:rPr>
      </w:pPr>
      <w:r w:rsidRPr="00D632CD">
        <w:rPr>
          <w:lang w:val="sr-Cyrl-RS"/>
        </w:rPr>
        <w:t>На захтев финансијера и приватног партнера, јавни партнер може прихватити да дâ одређена разумно захтевана обезбеђења и прихвати преузимање одређених одговорности које су неопходне приватном партнеру у вези са било којом обавезом из јавног уговора ако такви захтеви не нарушавају расподелу пројектних ризика дефинисаних у већ закљученом уговору.</w:t>
      </w:r>
    </w:p>
    <w:p w14:paraId="5278409F" w14:textId="77777777" w:rsidR="00B67CA3" w:rsidRPr="00D632CD" w:rsidRDefault="00847618">
      <w:pPr>
        <w:jc w:val="both"/>
        <w:rPr>
          <w:lang w:val="sr-Cyrl-RS"/>
        </w:rPr>
      </w:pPr>
      <w:r w:rsidRPr="00D632CD">
        <w:rPr>
          <w:lang w:val="sr-Cyrl-RS"/>
        </w:rPr>
        <w:t>Захтев из става 3. овог члана може подразумевати и закључење посебног директног уговора између јавног партнера, приватног партнера и финансијера, у складу са којим, поред осталог, јавни партнер може да се сагласи са следећим:</w:t>
      </w:r>
    </w:p>
    <w:p w14:paraId="6A540739" w14:textId="77777777" w:rsidR="00B67CA3" w:rsidRPr="00D632CD" w:rsidRDefault="00847618">
      <w:pPr>
        <w:jc w:val="both"/>
        <w:rPr>
          <w:lang w:val="sr-Cyrl-RS"/>
        </w:rPr>
      </w:pPr>
      <w:r w:rsidRPr="00D632CD">
        <w:rPr>
          <w:lang w:val="sr-Cyrl-RS"/>
        </w:rPr>
        <w:lastRenderedPageBreak/>
        <w:t>1) да ће финансијери бити овлашћени да уместо приватног партнера привремено врше сва права из јавног уговора и да исправе било који пропуст приватног партнера, а да ће јавни партнер прихватити наведене радње као да их је извршио приватни партнер;</w:t>
      </w:r>
    </w:p>
    <w:p w14:paraId="34A61264" w14:textId="77777777" w:rsidR="00B67CA3" w:rsidRPr="00D632CD" w:rsidRDefault="00847618">
      <w:pPr>
        <w:jc w:val="both"/>
        <w:rPr>
          <w:lang w:val="sr-Cyrl-RS"/>
        </w:rPr>
      </w:pPr>
      <w:r w:rsidRPr="00D632CD">
        <w:rPr>
          <w:lang w:val="sr-Cyrl-RS"/>
        </w:rPr>
        <w:t>2) да приватни партнер, без претходне сагласности финансијера, неће прихватити отказ, односно престанак јавног уговора на захтев јавног партнера;</w:t>
      </w:r>
    </w:p>
    <w:p w14:paraId="621C4365" w14:textId="77777777" w:rsidR="00B67CA3" w:rsidRPr="00D632CD" w:rsidRDefault="00847618">
      <w:pPr>
        <w:jc w:val="both"/>
        <w:rPr>
          <w:lang w:val="sr-Cyrl-RS"/>
        </w:rPr>
      </w:pPr>
      <w:r w:rsidRPr="00D632CD">
        <w:rPr>
          <w:lang w:val="sr-Cyrl-RS"/>
        </w:rPr>
        <w:t>3) да јавни партнер неће на основу јавног уговора поднети захтев у вези са пропустима приватног партнера, пре претходног писменог обавештења финансијерима о томе, дајући финансијерима, као и приватном партнеру, могућност да исправе наведене пропусте;</w:t>
      </w:r>
    </w:p>
    <w:p w14:paraId="715254F4" w14:textId="77777777" w:rsidR="00B67CA3" w:rsidRPr="00D632CD" w:rsidRDefault="00847618">
      <w:pPr>
        <w:jc w:val="both"/>
        <w:rPr>
          <w:lang w:val="sr-Cyrl-RS"/>
        </w:rPr>
      </w:pPr>
      <w:r w:rsidRPr="00D632CD">
        <w:rPr>
          <w:lang w:val="sr-Cyrl-RS"/>
        </w:rPr>
        <w:t>4) да ће јавни партнер унапред дати сагласност на привремено или коначно уступање уговорне позиције или било ког права приватног партнера из јавног уговора, и да ће дати тражена одобрења за оснажење обезбеђења датог финансијерима од стране приватног партнера;</w:t>
      </w:r>
    </w:p>
    <w:p w14:paraId="7E91F79E" w14:textId="77777777" w:rsidR="00B67CA3" w:rsidRPr="00D632CD" w:rsidRDefault="00847618">
      <w:pPr>
        <w:jc w:val="both"/>
        <w:rPr>
          <w:lang w:val="sr-Cyrl-RS"/>
        </w:rPr>
      </w:pPr>
      <w:r w:rsidRPr="00D632CD">
        <w:rPr>
          <w:lang w:val="sr-Cyrl-RS"/>
        </w:rPr>
        <w:t>5) све друге уобичајене одредбе које су оправдане у циљу адекватног обезбеђења интереса јавног партнера и финансијера.</w:t>
      </w:r>
    </w:p>
    <w:p w14:paraId="40D566A7" w14:textId="6B2A538E" w:rsidR="00B67CA3" w:rsidRPr="00D632CD" w:rsidRDefault="00847618">
      <w:pPr>
        <w:jc w:val="both"/>
        <w:rPr>
          <w:lang w:val="sr-Cyrl-RS"/>
        </w:rPr>
      </w:pPr>
      <w:r w:rsidRPr="00D632CD">
        <w:rPr>
          <w:lang w:val="sr-Cyrl-RS"/>
        </w:rPr>
        <w:t xml:space="preserve">Јавно тело, пре закључења измена јавног уговора као и закључења директног уговора из става 4. овог члана, има обавезу да прибави сагласност органа из чл. </w:t>
      </w:r>
      <w:r w:rsidRPr="00C562B6">
        <w:rPr>
          <w:lang w:val="sr-Cyrl-RS"/>
        </w:rPr>
        <w:t xml:space="preserve">30. и </w:t>
      </w:r>
      <w:r w:rsidR="00C562B6" w:rsidRPr="00C562B6">
        <w:rPr>
          <w:lang w:val="sr-Cyrl-RS"/>
        </w:rPr>
        <w:t>34</w:t>
      </w:r>
      <w:r w:rsidRPr="00C562B6">
        <w:rPr>
          <w:lang w:val="sr-Cyrl-RS"/>
        </w:rPr>
        <w:t xml:space="preserve">. </w:t>
      </w:r>
      <w:r w:rsidRPr="00D632CD">
        <w:rPr>
          <w:lang w:val="sr-Cyrl-RS"/>
        </w:rPr>
        <w:t xml:space="preserve">овог закона у складу са чланом </w:t>
      </w:r>
      <w:r w:rsidRPr="005F015B">
        <w:rPr>
          <w:lang w:val="sr-Cyrl-RS"/>
        </w:rPr>
        <w:t>53</w:t>
      </w:r>
      <w:r w:rsidRPr="009A4DBF">
        <w:rPr>
          <w:lang w:val="sr-Cyrl-RS"/>
        </w:rPr>
        <w:t xml:space="preserve">. </w:t>
      </w:r>
      <w:r w:rsidRPr="00D632CD">
        <w:rPr>
          <w:lang w:val="sr-Cyrl-RS"/>
        </w:rPr>
        <w:t>овог закона.</w:t>
      </w:r>
    </w:p>
    <w:p w14:paraId="55CFF10E" w14:textId="77777777" w:rsidR="00B67CA3" w:rsidRDefault="00847618">
      <w:pPr>
        <w:jc w:val="both"/>
        <w:rPr>
          <w:lang w:val="sr-Cyrl-RS"/>
        </w:rPr>
      </w:pPr>
      <w:r w:rsidRPr="00D632CD">
        <w:rPr>
          <w:lang w:val="sr-Cyrl-RS"/>
        </w:rPr>
        <w:t>Сагласност из става 5. овог члана, када се односи на закључење директног уговора, подразумеваће право финансијера да без посебног накнадног одобрења могу спроводити радње и штитити своја права на начин предвиђен директним уговором.</w:t>
      </w:r>
    </w:p>
    <w:p w14:paraId="7EB71E98" w14:textId="77777777" w:rsidR="005A4155" w:rsidRPr="00D632CD" w:rsidRDefault="005A4155">
      <w:pPr>
        <w:jc w:val="both"/>
        <w:rPr>
          <w:lang w:val="sr-Cyrl-RS"/>
        </w:rPr>
      </w:pPr>
    </w:p>
    <w:p w14:paraId="255F7E81" w14:textId="77777777" w:rsidR="00B67CA3" w:rsidRPr="005A4155" w:rsidRDefault="00847618" w:rsidP="005A4155">
      <w:pPr>
        <w:jc w:val="center"/>
        <w:rPr>
          <w:b/>
          <w:bCs/>
          <w:lang w:val="sr-Cyrl-RS"/>
        </w:rPr>
      </w:pPr>
      <w:r w:rsidRPr="005A4155">
        <w:rPr>
          <w:b/>
          <w:bCs/>
          <w:lang w:val="sr-Cyrl-RS"/>
        </w:rPr>
        <w:t>Поступак и границе измена јавног уговора</w:t>
      </w:r>
    </w:p>
    <w:p w14:paraId="5B84DB3A" w14:textId="77777777" w:rsidR="00B67CA3" w:rsidRPr="005A4155" w:rsidRDefault="00847618">
      <w:pPr>
        <w:jc w:val="center"/>
        <w:rPr>
          <w:b/>
          <w:bCs/>
          <w:lang w:val="sr-Cyrl-RS"/>
        </w:rPr>
      </w:pPr>
      <w:r w:rsidRPr="005A4155">
        <w:rPr>
          <w:b/>
          <w:bCs/>
          <w:lang w:val="sr-Cyrl-RS"/>
        </w:rPr>
        <w:t>Члан 56</w:t>
      </w:r>
    </w:p>
    <w:p w14:paraId="12DB1B09" w14:textId="77777777" w:rsidR="00B67CA3" w:rsidRPr="00D632CD" w:rsidRDefault="00847618">
      <w:pPr>
        <w:jc w:val="both"/>
        <w:rPr>
          <w:lang w:val="sr-Cyrl-RS"/>
        </w:rPr>
      </w:pPr>
      <w:r w:rsidRPr="00D632CD">
        <w:rPr>
          <w:lang w:val="sr-Cyrl-RS"/>
        </w:rPr>
        <w:t>На захтев јавног, односно приватног партнера или банке, односно друге финансијске институције јавни уговор се може изменити.</w:t>
      </w:r>
    </w:p>
    <w:p w14:paraId="7AA8EF60" w14:textId="136A415E" w:rsidR="00B67CA3" w:rsidRPr="00D632CD" w:rsidRDefault="00847618">
      <w:pPr>
        <w:jc w:val="both"/>
        <w:rPr>
          <w:lang w:val="sr-Cyrl-RS"/>
        </w:rPr>
      </w:pPr>
      <w:r w:rsidRPr="0086211F">
        <w:rPr>
          <w:color w:val="0070C0"/>
          <w:lang w:val="ru-RU"/>
        </w:rPr>
        <w:t>Изменама јавног уговора не може се мењати његова укупна природа. Предмет уговора, рок на који је уговор закључен и, код јавног уговора о концесији, понуђена концесиона накнада могу се мењати само у случајевима и под условима прописаним овим законом</w:t>
      </w:r>
      <w:r w:rsidR="00DC0C40">
        <w:rPr>
          <w:color w:val="0070C0"/>
          <w:lang w:val="ru-RU"/>
        </w:rPr>
        <w:t>.</w:t>
      </w:r>
    </w:p>
    <w:p w14:paraId="3C95F94F" w14:textId="77777777" w:rsidR="00B67CA3" w:rsidRPr="00D632CD" w:rsidRDefault="00847618">
      <w:pPr>
        <w:jc w:val="both"/>
        <w:rPr>
          <w:lang w:val="sr-Cyrl-RS"/>
        </w:rPr>
      </w:pPr>
      <w:r w:rsidRPr="00D632CD">
        <w:rPr>
          <w:lang w:val="sr-Cyrl-RS"/>
        </w:rPr>
        <w:t>Ако се измене јавног уговора врше по захтеву финансијера, поред ограничења из става 2. овог члана, тим изменама се не сме нарушавати баланс поделе ризика на штету јавног партнера у складу са чланом 7. став 2. тачка 6) овог закона, нити се вредност јавног уговора може повећати за више од 3%.</w:t>
      </w:r>
    </w:p>
    <w:p w14:paraId="608A2251" w14:textId="77777777" w:rsidR="00B67CA3" w:rsidRPr="00D632CD" w:rsidRDefault="00847618">
      <w:pPr>
        <w:jc w:val="both"/>
        <w:rPr>
          <w:lang w:val="sr-Cyrl-RS"/>
        </w:rPr>
      </w:pPr>
      <w:r w:rsidRPr="00D632CD">
        <w:rPr>
          <w:lang w:val="sr-Cyrl-RS"/>
        </w:rPr>
        <w:t>Захтев финансијера из става 3. овог члана треба да буде економски оправдан, правно документован и прихватљив за јавног партнера.</w:t>
      </w:r>
    </w:p>
    <w:p w14:paraId="2E53565E" w14:textId="2EDFB895" w:rsidR="00B67CA3" w:rsidRPr="00D632CD" w:rsidRDefault="00847618">
      <w:pPr>
        <w:jc w:val="both"/>
        <w:rPr>
          <w:lang w:val="sr-Cyrl-RS"/>
        </w:rPr>
      </w:pPr>
      <w:r w:rsidRPr="00D632CD">
        <w:rPr>
          <w:lang w:val="sr-Cyrl-RS"/>
        </w:rPr>
        <w:t xml:space="preserve">У случају измене јавног уговора, по захтеву финансијера, из става 3. овог члана </w:t>
      </w:r>
      <w:r w:rsidR="003C5BD9">
        <w:rPr>
          <w:lang w:val="sr-Cyrl-RS"/>
        </w:rPr>
        <w:t>з</w:t>
      </w:r>
      <w:r w:rsidR="003C5BD9" w:rsidRPr="003C5BD9">
        <w:rPr>
          <w:lang w:val="sr-Cyrl-RS"/>
        </w:rPr>
        <w:t>а пројекте за које је у складу са чланом 27. став 2. овог закона обавезно прибављање мишљења министарства надлежног за послове финансија, потребно је претходно прибавити мишљење тог министарства.</w:t>
      </w:r>
    </w:p>
    <w:p w14:paraId="4E251EED" w14:textId="2FFADD00" w:rsidR="00B67CA3" w:rsidRPr="00DC0C40" w:rsidRDefault="00847618">
      <w:pPr>
        <w:jc w:val="both"/>
        <w:rPr>
          <w:color w:val="0070C0"/>
          <w:lang w:val="sr-Cyrl-RS"/>
        </w:rPr>
      </w:pPr>
      <w:r w:rsidRPr="00DC0C40">
        <w:rPr>
          <w:color w:val="0070C0"/>
          <w:lang w:val="sr-Cyrl-RS"/>
        </w:rPr>
        <w:lastRenderedPageBreak/>
        <w:t>На поступак измене јавног уговора, примењују се одредбе овог закона којима се уређује закључење уговора.</w:t>
      </w:r>
    </w:p>
    <w:p w14:paraId="70E79606" w14:textId="4DCAF972" w:rsidR="00322456" w:rsidRDefault="00847618">
      <w:pPr>
        <w:jc w:val="both"/>
        <w:rPr>
          <w:lang w:val="sr-Cyrl-RS"/>
        </w:rPr>
      </w:pPr>
      <w:r w:rsidRPr="0086211F">
        <w:rPr>
          <w:color w:val="0070C0"/>
          <w:lang w:val="ru-RU"/>
        </w:rPr>
        <w:t xml:space="preserve">На основ, услове и границе измене јавног уговора о ЈПП без елемената концесије примењују се одредбе </w:t>
      </w:r>
      <w:r w:rsidR="00DC0C40">
        <w:rPr>
          <w:color w:val="0070C0"/>
          <w:lang w:val="ru-RU"/>
        </w:rPr>
        <w:t xml:space="preserve">овог </w:t>
      </w:r>
      <w:r w:rsidRPr="0086211F">
        <w:rPr>
          <w:color w:val="0070C0"/>
          <w:lang w:val="ru-RU"/>
        </w:rPr>
        <w:t>закона</w:t>
      </w:r>
      <w:r w:rsidR="00DC0C40">
        <w:rPr>
          <w:color w:val="0070C0"/>
          <w:lang w:val="ru-RU"/>
        </w:rPr>
        <w:t>,</w:t>
      </w:r>
      <w:r w:rsidRPr="0086211F">
        <w:rPr>
          <w:color w:val="0070C0"/>
          <w:lang w:val="ru-RU"/>
        </w:rPr>
        <w:t xml:space="preserve"> уз обавезну примену одредаба о прибављању мишљења и сагласности и условима који важе када измену захтева финансијер.</w:t>
      </w:r>
    </w:p>
    <w:p w14:paraId="01204E95" w14:textId="77777777" w:rsidR="00B67CA3" w:rsidRPr="005A4155" w:rsidRDefault="00847618" w:rsidP="005A4155">
      <w:pPr>
        <w:jc w:val="center"/>
        <w:rPr>
          <w:b/>
          <w:bCs/>
          <w:lang w:val="sr-Cyrl-RS"/>
        </w:rPr>
      </w:pPr>
      <w:r w:rsidRPr="005A4155">
        <w:rPr>
          <w:b/>
          <w:bCs/>
          <w:lang w:val="sr-Cyrl-RS"/>
        </w:rPr>
        <w:t>Измене јавног уговора о концесији</w:t>
      </w:r>
    </w:p>
    <w:p w14:paraId="4F734D7F" w14:textId="77777777" w:rsidR="00B67CA3" w:rsidRPr="005A4155" w:rsidRDefault="00847618" w:rsidP="005A4155">
      <w:pPr>
        <w:jc w:val="center"/>
        <w:rPr>
          <w:b/>
          <w:bCs/>
          <w:lang w:val="sr-Cyrl-RS"/>
        </w:rPr>
      </w:pPr>
      <w:r w:rsidRPr="005A4155">
        <w:rPr>
          <w:b/>
          <w:bCs/>
          <w:lang w:val="sr-Cyrl-RS"/>
        </w:rPr>
        <w:t>Члан 57</w:t>
      </w:r>
    </w:p>
    <w:p w14:paraId="1570D0CA" w14:textId="77777777" w:rsidR="00B67CA3" w:rsidRPr="00D632CD" w:rsidRDefault="00847618">
      <w:pPr>
        <w:jc w:val="both"/>
        <w:rPr>
          <w:lang w:val="sr-Cyrl-RS"/>
        </w:rPr>
      </w:pPr>
      <w:r w:rsidRPr="00D632CD">
        <w:rPr>
          <w:lang w:val="sr-Cyrl-RS"/>
        </w:rPr>
        <w:t>Јавни уговор о концесији може се изменити током његовог трајања у складу са овим законом и условима утврђеним јавним уговором о концесији.</w:t>
      </w:r>
    </w:p>
    <w:p w14:paraId="2406978C" w14:textId="77777777" w:rsidR="00B67CA3" w:rsidRPr="00D632CD" w:rsidRDefault="00847618">
      <w:pPr>
        <w:jc w:val="both"/>
        <w:rPr>
          <w:lang w:val="sr-Cyrl-RS"/>
        </w:rPr>
      </w:pPr>
      <w:r w:rsidRPr="00D632CD">
        <w:rPr>
          <w:lang w:val="sr-Cyrl-RS"/>
        </w:rPr>
        <w:t>Јавни уговор о концесији може се изменити без спровођења новог поступка доделе концесије у следећим случајевима:</w:t>
      </w:r>
    </w:p>
    <w:p w14:paraId="2BF0983F" w14:textId="77777777" w:rsidR="00B67CA3" w:rsidRPr="00D632CD" w:rsidRDefault="00847618">
      <w:pPr>
        <w:jc w:val="both"/>
        <w:rPr>
          <w:lang w:val="sr-Cyrl-RS"/>
        </w:rPr>
      </w:pPr>
      <w:r w:rsidRPr="00D632CD">
        <w:rPr>
          <w:lang w:val="sr-Cyrl-RS"/>
        </w:rPr>
        <w:t>1) ако су измене, без обзира на њихову вредност, биле предвиђене у првобитној документацији о концесији и јавном уговору о концесији јасним, прецизним и недвосмисленим одредбама, укључујући клаузуле о ревизији, индексацији, усклађивању накнаде или опције, под условом да се таквим изменама не мења укупна природа концесије;</w:t>
      </w:r>
    </w:p>
    <w:p w14:paraId="480D802E" w14:textId="77777777" w:rsidR="00B67CA3" w:rsidRPr="00D632CD" w:rsidRDefault="00847618">
      <w:pPr>
        <w:jc w:val="both"/>
        <w:rPr>
          <w:lang w:val="sr-Cyrl-RS"/>
        </w:rPr>
      </w:pPr>
      <w:r w:rsidRPr="00D632CD">
        <w:rPr>
          <w:lang w:val="sr-Cyrl-RS"/>
        </w:rPr>
        <w:t>2) ако су додатни радови или услуге концесионара постали неопходни, а нису били укључени у првобитни јавни уговор о концесији, под условом да промена концесионара није могућа из економских или техничких разлога и да би проузроковала значајне тешкоће или знатно увећање трошкова за даваоца концесије, као и да се изменом не мења укупна природа концесије;</w:t>
      </w:r>
    </w:p>
    <w:p w14:paraId="48FB2FA4" w14:textId="77777777" w:rsidR="00B67CA3" w:rsidRPr="00D632CD" w:rsidRDefault="00847618">
      <w:pPr>
        <w:jc w:val="both"/>
        <w:rPr>
          <w:lang w:val="sr-Cyrl-RS"/>
        </w:rPr>
      </w:pPr>
      <w:r w:rsidRPr="00D632CD">
        <w:rPr>
          <w:lang w:val="sr-Cyrl-RS"/>
        </w:rPr>
        <w:t>3) ако је потреба за изменом настала услед околности које давалац концесије није могао предвидети у време спровођења поступка доделе концесије, под условом да се изменом не мења укупна природа концесије;</w:t>
      </w:r>
    </w:p>
    <w:p w14:paraId="675F72A1" w14:textId="77777777" w:rsidR="00B67CA3" w:rsidRPr="00D632CD" w:rsidRDefault="00847618">
      <w:pPr>
        <w:jc w:val="both"/>
        <w:rPr>
          <w:lang w:val="sr-Cyrl-RS"/>
        </w:rPr>
      </w:pPr>
      <w:r w:rsidRPr="00D632CD">
        <w:rPr>
          <w:lang w:val="sr-Cyrl-RS"/>
        </w:rPr>
        <w:t>4) ако нови концесионар замењује првобитног концесионара на основу јасне и недвосмислене одредбе првобитног јавног уговора о концесији или као последица универзалног или делимичног правног следбеништва, статусне промене, реструктурирања, преузимања, спајања, припајања, стечаја или другог сличног поступка, под условом да нови концесионар испуњава првобитно утврђене критеријуме за квалитативни избор, да се не врше друге битне измене уговора и да замена није извршена ради избегавања примене овог закона;</w:t>
      </w:r>
    </w:p>
    <w:p w14:paraId="53BD7257" w14:textId="77777777" w:rsidR="00B67CA3" w:rsidRPr="00D632CD" w:rsidRDefault="00847618">
      <w:pPr>
        <w:jc w:val="both"/>
        <w:rPr>
          <w:lang w:val="sr-Cyrl-RS"/>
        </w:rPr>
      </w:pPr>
      <w:r w:rsidRPr="00D632CD">
        <w:rPr>
          <w:lang w:val="sr-Cyrl-RS"/>
        </w:rPr>
        <w:t>5) ако измена није битна у смислу овог члана;</w:t>
      </w:r>
    </w:p>
    <w:p w14:paraId="25D84401" w14:textId="77777777" w:rsidR="00B67CA3" w:rsidRPr="00D632CD" w:rsidRDefault="00847618">
      <w:pPr>
        <w:jc w:val="both"/>
        <w:rPr>
          <w:lang w:val="sr-Cyrl-RS"/>
        </w:rPr>
      </w:pPr>
      <w:r w:rsidRPr="00D632CD">
        <w:rPr>
          <w:lang w:val="sr-Cyrl-RS"/>
        </w:rPr>
        <w:t>6) ако је вредност измене мања од прагова до којих се овај закон не примењује и мања од 10% вредности првобитне концесије, под условом да се изменом не мења укупна природа концесије.</w:t>
      </w:r>
    </w:p>
    <w:p w14:paraId="74B5B061" w14:textId="2518AAC6" w:rsidR="00B67CA3" w:rsidRPr="00D632CD" w:rsidRDefault="00847618">
      <w:pPr>
        <w:jc w:val="both"/>
        <w:rPr>
          <w:lang w:val="sr-Cyrl-RS"/>
        </w:rPr>
      </w:pPr>
      <w:r w:rsidRPr="00D632CD">
        <w:rPr>
          <w:lang w:val="sr-Cyrl-RS"/>
        </w:rPr>
        <w:t>У случајевима из става 2. тач</w:t>
      </w:r>
      <w:r w:rsidR="009A4DBF">
        <w:rPr>
          <w:lang w:val="sr-Cyrl-RS"/>
        </w:rPr>
        <w:t>ка</w:t>
      </w:r>
      <w:r w:rsidRPr="00D632CD">
        <w:rPr>
          <w:lang w:val="sr-Cyrl-RS"/>
        </w:rPr>
        <w:t xml:space="preserve"> 2) и 3) овог члана, повећање вредности концесије не може бити веће од 50% вредности првобитне концесије. Ако се врши више узастопних измена, наведено ограничење примењује се на сваку појединачну измену, с тим да се узастопне измене не смеју користити ради избегавања спровођења новог поступка доделе концесије.</w:t>
      </w:r>
    </w:p>
    <w:p w14:paraId="793C6728" w14:textId="77777777" w:rsidR="00B67CA3" w:rsidRPr="00D632CD" w:rsidRDefault="00847618">
      <w:pPr>
        <w:jc w:val="both"/>
        <w:rPr>
          <w:lang w:val="sr-Cyrl-RS"/>
        </w:rPr>
      </w:pPr>
      <w:r w:rsidRPr="00D632CD">
        <w:rPr>
          <w:lang w:val="sr-Cyrl-RS"/>
        </w:rPr>
        <w:lastRenderedPageBreak/>
        <w:t>Ако је извршено више узастопних измена из става 2. тачка 6) овог члана, вредност измена утврђује се на основу њихове нето кумулативне вредности.</w:t>
      </w:r>
    </w:p>
    <w:p w14:paraId="1D4E555B" w14:textId="77777777" w:rsidR="00B67CA3" w:rsidRPr="00D632CD" w:rsidRDefault="00847618">
      <w:pPr>
        <w:jc w:val="both"/>
        <w:rPr>
          <w:lang w:val="sr-Cyrl-RS"/>
        </w:rPr>
      </w:pPr>
      <w:r w:rsidRPr="00D632CD">
        <w:rPr>
          <w:lang w:val="sr-Cyrl-RS"/>
        </w:rPr>
        <w:t>Измена јавног уговора о концесији сматра се битном ако се њом концесија чини суштински различитом од првобитно додељене концесије, а нарочито ако:</w:t>
      </w:r>
    </w:p>
    <w:p w14:paraId="612D4638" w14:textId="77777777" w:rsidR="00B67CA3" w:rsidRPr="00D632CD" w:rsidRDefault="00847618">
      <w:pPr>
        <w:jc w:val="both"/>
        <w:rPr>
          <w:lang w:val="sr-Cyrl-RS"/>
        </w:rPr>
      </w:pPr>
      <w:r w:rsidRPr="00D632CD">
        <w:rPr>
          <w:lang w:val="sr-Cyrl-RS"/>
        </w:rPr>
        <w:t>1) уводи услове који би, да су били део првобитног поступка, омогућили учешће других кандидата или понуђача, прихватање друге понуде или избор другог концесионара;</w:t>
      </w:r>
    </w:p>
    <w:p w14:paraId="20EBBB19" w14:textId="77777777" w:rsidR="00B67CA3" w:rsidRPr="00D632CD" w:rsidRDefault="00847618">
      <w:pPr>
        <w:jc w:val="both"/>
        <w:rPr>
          <w:lang w:val="sr-Cyrl-RS"/>
        </w:rPr>
      </w:pPr>
      <w:r w:rsidRPr="00D632CD">
        <w:rPr>
          <w:lang w:val="sr-Cyrl-RS"/>
        </w:rPr>
        <w:t>2) мења економску равнотежу концесије у корист концесионара на начин који није био предвиђен првобитним јавним уговором о концесији;</w:t>
      </w:r>
    </w:p>
    <w:p w14:paraId="0E755F03" w14:textId="77777777" w:rsidR="00B67CA3" w:rsidRPr="00D632CD" w:rsidRDefault="00847618">
      <w:pPr>
        <w:jc w:val="both"/>
        <w:rPr>
          <w:lang w:val="sr-Cyrl-RS"/>
        </w:rPr>
      </w:pPr>
      <w:r w:rsidRPr="00D632CD">
        <w:rPr>
          <w:lang w:val="sr-Cyrl-RS"/>
        </w:rPr>
        <w:t>3) значајно проширује обим концесије;</w:t>
      </w:r>
    </w:p>
    <w:p w14:paraId="47CAC105" w14:textId="77777777" w:rsidR="00B67CA3" w:rsidRPr="00D632CD" w:rsidRDefault="00847618">
      <w:pPr>
        <w:jc w:val="both"/>
        <w:rPr>
          <w:lang w:val="sr-Cyrl-RS"/>
        </w:rPr>
      </w:pPr>
      <w:r w:rsidRPr="00D632CD">
        <w:rPr>
          <w:lang w:val="sr-Cyrl-RS"/>
        </w:rPr>
        <w:t>4) доводи до замене концесионара супротно условима из овог члана.</w:t>
      </w:r>
    </w:p>
    <w:p w14:paraId="485BA8DE" w14:textId="77777777" w:rsidR="00B67CA3" w:rsidRDefault="00847618">
      <w:pPr>
        <w:jc w:val="both"/>
        <w:rPr>
          <w:lang w:val="sr-Cyrl-RS"/>
        </w:rPr>
      </w:pPr>
      <w:r w:rsidRPr="00D632CD">
        <w:rPr>
          <w:lang w:val="sr-Cyrl-RS"/>
        </w:rPr>
        <w:t>За све измене јавног уговора о концесији које нису дозвољене у складу са овим чланом спроводи се нови поступак доделе концесије.</w:t>
      </w:r>
    </w:p>
    <w:p w14:paraId="579E5976" w14:textId="77777777" w:rsidR="005A4155" w:rsidRPr="00D632CD" w:rsidRDefault="005A4155">
      <w:pPr>
        <w:jc w:val="both"/>
        <w:rPr>
          <w:lang w:val="sr-Cyrl-RS"/>
        </w:rPr>
      </w:pPr>
    </w:p>
    <w:p w14:paraId="7F6A347F" w14:textId="77777777" w:rsidR="00B67CA3" w:rsidRPr="005A4155" w:rsidRDefault="00847618">
      <w:pPr>
        <w:spacing w:after="0"/>
        <w:jc w:val="center"/>
        <w:rPr>
          <w:b/>
          <w:bCs/>
          <w:lang w:val="sr-Cyrl-RS"/>
        </w:rPr>
      </w:pPr>
      <w:r w:rsidRPr="005A4155">
        <w:rPr>
          <w:b/>
          <w:bCs/>
          <w:lang w:val="sr-Cyrl-RS"/>
        </w:rPr>
        <w:t>Стабилизациона клаузула</w:t>
      </w:r>
    </w:p>
    <w:p w14:paraId="286CE2E6" w14:textId="77777777" w:rsidR="00B67CA3" w:rsidRPr="005A4155" w:rsidRDefault="00847618">
      <w:pPr>
        <w:jc w:val="center"/>
        <w:rPr>
          <w:b/>
          <w:bCs/>
          <w:lang w:val="sr-Cyrl-RS"/>
        </w:rPr>
      </w:pPr>
      <w:r w:rsidRPr="005A4155">
        <w:rPr>
          <w:b/>
          <w:bCs/>
          <w:lang w:val="sr-Cyrl-RS"/>
        </w:rPr>
        <w:t>Члан 58</w:t>
      </w:r>
    </w:p>
    <w:p w14:paraId="744967A5" w14:textId="5339071C" w:rsidR="00B67CA3" w:rsidRPr="00D632CD" w:rsidRDefault="00847618">
      <w:pPr>
        <w:jc w:val="both"/>
        <w:rPr>
          <w:lang w:val="sr-Cyrl-RS"/>
        </w:rPr>
      </w:pPr>
      <w:r w:rsidRPr="00D632CD">
        <w:rPr>
          <w:lang w:val="sr-Cyrl-RS"/>
        </w:rPr>
        <w:t>У случају промене прописа након закључења јавног уговора који погоршавају положај приватног или јавног партнера, уговор се може изменити без ограничења из члана 56. и 5</w:t>
      </w:r>
      <w:r w:rsidR="00C562B6">
        <w:rPr>
          <w:lang w:val="sr-Cyrl-RS"/>
        </w:rPr>
        <w:t>7</w:t>
      </w:r>
      <w:r w:rsidRPr="00D632CD">
        <w:rPr>
          <w:lang w:val="sr-Cyrl-RS"/>
        </w:rPr>
        <w:t xml:space="preserve">. овог закона, а у обиму који је неопходан да се приватни, односно јавни партнер доведе у положај у коме је био у моменту закључења јавног уговора, с тим да рок трајања јавног уговора ни у ком случају не може бити дужи од рока одређеног чланом </w:t>
      </w:r>
      <w:r w:rsidRPr="00C562B6">
        <w:rPr>
          <w:lang w:val="sr-Cyrl-RS"/>
        </w:rPr>
        <w:t xml:space="preserve">18. став 2. </w:t>
      </w:r>
      <w:r w:rsidRPr="00D632CD">
        <w:rPr>
          <w:lang w:val="sr-Cyrl-RS"/>
        </w:rPr>
        <w:t>овог закона.</w:t>
      </w:r>
    </w:p>
    <w:p w14:paraId="675DC1A4" w14:textId="77777777" w:rsidR="00B67CA3" w:rsidRPr="005A4155" w:rsidRDefault="00847618">
      <w:pPr>
        <w:jc w:val="center"/>
        <w:rPr>
          <w:b/>
          <w:bCs/>
          <w:lang w:val="sr-Cyrl-RS"/>
        </w:rPr>
      </w:pPr>
      <w:r w:rsidRPr="005A4155">
        <w:rPr>
          <w:b/>
          <w:bCs/>
          <w:lang w:val="sr-Cyrl-RS"/>
        </w:rPr>
        <w:t>V ПРЕСТАНАК ЈПП И ПОСЛЕДИЦЕ ПРЕСТАНКА</w:t>
      </w:r>
    </w:p>
    <w:p w14:paraId="1BB9A96A" w14:textId="77777777" w:rsidR="005A4155" w:rsidRPr="005A4155" w:rsidRDefault="005A4155">
      <w:pPr>
        <w:jc w:val="center"/>
        <w:rPr>
          <w:b/>
          <w:bCs/>
          <w:lang w:val="sr-Cyrl-RS"/>
        </w:rPr>
      </w:pPr>
    </w:p>
    <w:p w14:paraId="12DA9270" w14:textId="77777777" w:rsidR="00B67CA3" w:rsidRPr="005A4155" w:rsidRDefault="00847618">
      <w:pPr>
        <w:spacing w:after="0"/>
        <w:jc w:val="center"/>
        <w:rPr>
          <w:b/>
          <w:bCs/>
          <w:lang w:val="sr-Cyrl-RS"/>
        </w:rPr>
      </w:pPr>
      <w:r w:rsidRPr="005A4155">
        <w:rPr>
          <w:b/>
          <w:bCs/>
          <w:lang w:val="sr-Cyrl-RS"/>
        </w:rPr>
        <w:t>Начини престанка</w:t>
      </w:r>
    </w:p>
    <w:p w14:paraId="66308EB4" w14:textId="77777777" w:rsidR="00B67CA3" w:rsidRPr="005A4155" w:rsidRDefault="00847618">
      <w:pPr>
        <w:jc w:val="center"/>
        <w:rPr>
          <w:b/>
          <w:bCs/>
          <w:lang w:val="sr-Cyrl-RS"/>
        </w:rPr>
      </w:pPr>
      <w:r w:rsidRPr="005A4155">
        <w:rPr>
          <w:b/>
          <w:bCs/>
          <w:lang w:val="sr-Cyrl-RS"/>
        </w:rPr>
        <w:t>Члан 59</w:t>
      </w:r>
    </w:p>
    <w:p w14:paraId="6FDF7C2F" w14:textId="77777777" w:rsidR="00B67CA3" w:rsidRPr="00D632CD" w:rsidRDefault="00847618">
      <w:pPr>
        <w:jc w:val="both"/>
        <w:rPr>
          <w:lang w:val="sr-Cyrl-RS"/>
        </w:rPr>
      </w:pPr>
      <w:r w:rsidRPr="00D632CD">
        <w:rPr>
          <w:lang w:val="sr-Cyrl-RS"/>
        </w:rPr>
        <w:t>ЈПП са или без елемената концесије престаје:</w:t>
      </w:r>
    </w:p>
    <w:p w14:paraId="6BAC0D62" w14:textId="77777777" w:rsidR="00B67CA3" w:rsidRPr="00D632CD" w:rsidRDefault="00847618">
      <w:pPr>
        <w:jc w:val="both"/>
        <w:rPr>
          <w:lang w:val="sr-Cyrl-RS"/>
        </w:rPr>
      </w:pPr>
      <w:r w:rsidRPr="00D632CD">
        <w:rPr>
          <w:lang w:val="sr-Cyrl-RS"/>
        </w:rPr>
        <w:t>1) испуњењем законских услова;</w:t>
      </w:r>
    </w:p>
    <w:p w14:paraId="428A619C" w14:textId="77777777" w:rsidR="00B67CA3" w:rsidRPr="00D632CD" w:rsidRDefault="00847618">
      <w:pPr>
        <w:jc w:val="both"/>
        <w:rPr>
          <w:lang w:val="sr-Cyrl-RS"/>
        </w:rPr>
      </w:pPr>
      <w:r w:rsidRPr="00D632CD">
        <w:rPr>
          <w:lang w:val="sr-Cyrl-RS"/>
        </w:rPr>
        <w:t>2) раскидом јавног уговора због јавног интереса;</w:t>
      </w:r>
    </w:p>
    <w:p w14:paraId="51CF84FF" w14:textId="77777777" w:rsidR="00B67CA3" w:rsidRPr="00D632CD" w:rsidRDefault="00847618">
      <w:pPr>
        <w:jc w:val="both"/>
        <w:rPr>
          <w:lang w:val="sr-Cyrl-RS"/>
        </w:rPr>
      </w:pPr>
      <w:r w:rsidRPr="00D632CD">
        <w:rPr>
          <w:lang w:val="sr-Cyrl-RS"/>
        </w:rPr>
        <w:t>3) споразумним раскидом јавног уговора;</w:t>
      </w:r>
    </w:p>
    <w:p w14:paraId="212E16FC" w14:textId="77777777" w:rsidR="00B67CA3" w:rsidRPr="00D632CD" w:rsidRDefault="00847618">
      <w:pPr>
        <w:jc w:val="both"/>
        <w:rPr>
          <w:lang w:val="sr-Cyrl-RS"/>
        </w:rPr>
      </w:pPr>
      <w:r w:rsidRPr="00D632CD">
        <w:rPr>
          <w:lang w:val="sr-Cyrl-RS"/>
        </w:rPr>
        <w:t>4) једностраним раскидом јавног уговора;</w:t>
      </w:r>
    </w:p>
    <w:p w14:paraId="00348E0E" w14:textId="5F14D1E6" w:rsidR="00B67CA3" w:rsidRDefault="00847618">
      <w:pPr>
        <w:jc w:val="both"/>
        <w:rPr>
          <w:lang w:val="sr-Cyrl-RS"/>
        </w:rPr>
      </w:pPr>
      <w:r w:rsidRPr="00D632CD">
        <w:rPr>
          <w:lang w:val="sr-Cyrl-RS"/>
        </w:rPr>
        <w:t>5) правноснажношћу судск</w:t>
      </w:r>
      <w:r w:rsidR="009162DF">
        <w:rPr>
          <w:lang w:val="sr-Cyrl-RS"/>
        </w:rPr>
        <w:t>е</w:t>
      </w:r>
      <w:r w:rsidRPr="00D632CD">
        <w:rPr>
          <w:lang w:val="sr-Cyrl-RS"/>
        </w:rPr>
        <w:t xml:space="preserve"> одлук</w:t>
      </w:r>
      <w:r w:rsidR="009162DF">
        <w:rPr>
          <w:lang w:val="sr-Cyrl-RS"/>
        </w:rPr>
        <w:t>е</w:t>
      </w:r>
      <w:r w:rsidRPr="00D632CD">
        <w:rPr>
          <w:lang w:val="sr-Cyrl-RS"/>
        </w:rPr>
        <w:t xml:space="preserve"> којом се јавни уговор оглашава ништавим или поништава</w:t>
      </w:r>
      <w:r w:rsidR="00734829">
        <w:rPr>
          <w:lang w:val="sr-Cyrl-RS"/>
        </w:rPr>
        <w:t>.</w:t>
      </w:r>
    </w:p>
    <w:p w14:paraId="2803CD6E" w14:textId="01A62331" w:rsidR="008D5210" w:rsidRPr="00D632CD" w:rsidRDefault="008D5210">
      <w:pPr>
        <w:jc w:val="both"/>
        <w:rPr>
          <w:lang w:val="sr-Cyrl-RS"/>
        </w:rPr>
      </w:pPr>
      <w:r w:rsidRPr="008D5210">
        <w:rPr>
          <w:lang w:val="sr-Cyrl-RS"/>
        </w:rPr>
        <w:t>ЈПП са елементима концесије престаје и у следећим случајевима</w:t>
      </w:r>
      <w:r>
        <w:rPr>
          <w:lang w:val="sr-Cyrl-RS"/>
        </w:rPr>
        <w:t>:</w:t>
      </w:r>
    </w:p>
    <w:p w14:paraId="7B3A4DA7" w14:textId="7D7A763E" w:rsidR="00B67CA3" w:rsidRPr="00D632CD" w:rsidRDefault="008D5210">
      <w:pPr>
        <w:jc w:val="both"/>
        <w:rPr>
          <w:lang w:val="sr-Cyrl-RS"/>
        </w:rPr>
      </w:pPr>
      <w:r>
        <w:rPr>
          <w:lang w:val="sr-Cyrl-RS"/>
        </w:rPr>
        <w:t>1</w:t>
      </w:r>
      <w:r w:rsidRPr="00D632CD">
        <w:rPr>
          <w:lang w:val="sr-Cyrl-RS"/>
        </w:rPr>
        <w:t xml:space="preserve">) ако је измена концесије таква да захтева нов поступак доделе концесије у складу са чланом </w:t>
      </w:r>
      <w:r w:rsidRPr="003C5BD9">
        <w:rPr>
          <w:lang w:val="sr-Cyrl-RS"/>
        </w:rPr>
        <w:t>57.</w:t>
      </w:r>
      <w:r w:rsidRPr="00D632CD">
        <w:rPr>
          <w:lang w:val="sr-Cyrl-RS"/>
        </w:rPr>
        <w:t xml:space="preserve"> овог закона;</w:t>
      </w:r>
    </w:p>
    <w:p w14:paraId="06C20412" w14:textId="14BA52A6" w:rsidR="00B67CA3" w:rsidRPr="00D632CD" w:rsidRDefault="008D5210">
      <w:pPr>
        <w:jc w:val="both"/>
        <w:rPr>
          <w:lang w:val="sr-Cyrl-RS"/>
        </w:rPr>
      </w:pPr>
      <w:r>
        <w:rPr>
          <w:lang w:val="sr-Cyrl-RS"/>
        </w:rPr>
        <w:lastRenderedPageBreak/>
        <w:t>2</w:t>
      </w:r>
      <w:r w:rsidRPr="00D632CD">
        <w:rPr>
          <w:lang w:val="sr-Cyrl-RS"/>
        </w:rPr>
        <w:t>) ако је концесионар правноснажно осуђен за кривично дело које је извршио као члан организоване криминалне групе, кривично дело удруживање ради вршења кривичних дела, кривично дело злоупотребе положаја одговорног лица, кривично дело примања мита у обављању привредне делатности, кривично дело давања мита у обављању привредне делатности, кривично дело злоупотребе службеног положаја, кривично дело трговине утицајем, кривично дело примања мита, кривично дело давања мита, кривично дело преваре, кривично дело неоснованог добијања и коришћења кредита и друге погодности, кривично дело преваре у обављању привредне делатности, кривично дело пореске утаје, кривично дело тероризма, кривично дело јавног подстицања на извршење терористичких дела, кривично дело врбовања и обучавања за вршење терористичких дела, кривично дело терористичког удруживања, кривично дело прања новца, кривично дело финансирања тероризма, кривично дело трговине људима или кривично дело заснивања ропског односа и превоза лица у ропском односу</w:t>
      </w:r>
      <w:r>
        <w:rPr>
          <w:lang w:val="sr-Cyrl-RS"/>
        </w:rPr>
        <w:t>;</w:t>
      </w:r>
    </w:p>
    <w:p w14:paraId="5C22E6E7" w14:textId="39E54468" w:rsidR="00B67CA3" w:rsidRPr="00D632CD" w:rsidRDefault="008D5210">
      <w:pPr>
        <w:jc w:val="both"/>
        <w:rPr>
          <w:lang w:val="sr-Cyrl-RS"/>
        </w:rPr>
      </w:pPr>
      <w:r>
        <w:rPr>
          <w:lang w:val="sr-Cyrl-RS"/>
        </w:rPr>
        <w:t>3</w:t>
      </w:r>
      <w:r w:rsidRPr="00D632CD">
        <w:rPr>
          <w:lang w:val="sr-Cyrl-RS"/>
        </w:rPr>
        <w:t>) ако је суд донео одлуку да је давалац концесије доделио конкретну концесију супротно својим међународним дужностима и обавезама које су важиле у тренутку повреде.</w:t>
      </w:r>
    </w:p>
    <w:p w14:paraId="420106E2" w14:textId="77777777" w:rsidR="00B67CA3" w:rsidRPr="00D632CD" w:rsidRDefault="00847618">
      <w:pPr>
        <w:jc w:val="both"/>
        <w:rPr>
          <w:lang w:val="sr-Cyrl-RS"/>
        </w:rPr>
      </w:pPr>
      <w:r w:rsidRPr="00D632CD">
        <w:rPr>
          <w:lang w:val="sr-Cyrl-RS"/>
        </w:rPr>
        <w:t>ЈПП са или без елемената концесије престаје испуњењем законских услова:</w:t>
      </w:r>
    </w:p>
    <w:p w14:paraId="3C71D336" w14:textId="77777777" w:rsidR="00B67CA3" w:rsidRPr="00D632CD" w:rsidRDefault="00847618">
      <w:pPr>
        <w:jc w:val="both"/>
        <w:rPr>
          <w:lang w:val="sr-Cyrl-RS"/>
        </w:rPr>
      </w:pPr>
      <w:r w:rsidRPr="00D632CD">
        <w:rPr>
          <w:lang w:val="sr-Cyrl-RS"/>
        </w:rPr>
        <w:t>1) истеком рока на који је закључен јавни уговор; или</w:t>
      </w:r>
    </w:p>
    <w:p w14:paraId="75C0808D" w14:textId="77777777" w:rsidR="00B67CA3" w:rsidRPr="00D632CD" w:rsidRDefault="00847618">
      <w:pPr>
        <w:jc w:val="both"/>
        <w:rPr>
          <w:lang w:val="sr-Cyrl-RS"/>
        </w:rPr>
      </w:pPr>
      <w:r w:rsidRPr="00D632CD">
        <w:rPr>
          <w:lang w:val="sr-Cyrl-RS"/>
        </w:rPr>
        <w:t>2) смрћу приватног партнера, односно ликвидацијом или стечајем приватног партнера.</w:t>
      </w:r>
    </w:p>
    <w:p w14:paraId="75109B6E" w14:textId="123D67E1" w:rsidR="00B67CA3" w:rsidRDefault="00847618">
      <w:pPr>
        <w:jc w:val="both"/>
        <w:rPr>
          <w:lang w:val="sr-Cyrl-RS"/>
        </w:rPr>
      </w:pPr>
      <w:r w:rsidRPr="00D632CD">
        <w:rPr>
          <w:lang w:val="sr-Cyrl-RS"/>
        </w:rPr>
        <w:t xml:space="preserve">Изузетно од става </w:t>
      </w:r>
      <w:r w:rsidR="008D5210">
        <w:rPr>
          <w:lang w:val="sr-Cyrl-RS"/>
        </w:rPr>
        <w:t>3</w:t>
      </w:r>
      <w:r w:rsidRPr="00D632CD">
        <w:rPr>
          <w:lang w:val="sr-Cyrl-RS"/>
        </w:rPr>
        <w:t>. тачка 2) овог члана ЈПП са или без елемената концесије не мора престати ликвидацијом или стечајем члана конзорцијума, ако најмање један члан конзорцијума преузме неограничено солидарно обавезу испуњења дела јавног уговора члана конзорцијума који је ликвидиран, односно над којим је окончан стечајни поступак, уз претходну сагласност јавног партнера.</w:t>
      </w:r>
    </w:p>
    <w:p w14:paraId="21D594DB" w14:textId="77777777" w:rsidR="005A4155" w:rsidRPr="00D632CD" w:rsidRDefault="005A4155">
      <w:pPr>
        <w:jc w:val="both"/>
        <w:rPr>
          <w:lang w:val="sr-Cyrl-RS"/>
        </w:rPr>
      </w:pPr>
    </w:p>
    <w:p w14:paraId="1927AEB1" w14:textId="77777777" w:rsidR="00B67CA3" w:rsidRPr="005A4155" w:rsidRDefault="00847618" w:rsidP="005A4155">
      <w:pPr>
        <w:jc w:val="center"/>
        <w:rPr>
          <w:b/>
          <w:bCs/>
          <w:lang w:val="sr-Cyrl-RS"/>
        </w:rPr>
      </w:pPr>
      <w:r w:rsidRPr="005A4155">
        <w:rPr>
          <w:b/>
          <w:bCs/>
          <w:lang w:val="sr-Cyrl-RS"/>
        </w:rPr>
        <w:t>Превремени раскид јавног уговора због пропуста приватног партнера</w:t>
      </w:r>
    </w:p>
    <w:p w14:paraId="22658D27" w14:textId="77777777" w:rsidR="00B67CA3" w:rsidRPr="005A4155" w:rsidRDefault="00847618" w:rsidP="005A4155">
      <w:pPr>
        <w:jc w:val="center"/>
        <w:rPr>
          <w:b/>
          <w:bCs/>
          <w:lang w:val="sr-Cyrl-RS"/>
        </w:rPr>
      </w:pPr>
      <w:r w:rsidRPr="005A4155">
        <w:rPr>
          <w:b/>
          <w:bCs/>
          <w:lang w:val="sr-Cyrl-RS"/>
        </w:rPr>
        <w:t>Члан 60</w:t>
      </w:r>
    </w:p>
    <w:p w14:paraId="2CE4C445" w14:textId="77777777" w:rsidR="00B67CA3" w:rsidRPr="00D632CD" w:rsidRDefault="00847618">
      <w:pPr>
        <w:jc w:val="both"/>
        <w:rPr>
          <w:lang w:val="sr-Cyrl-RS"/>
        </w:rPr>
      </w:pPr>
      <w:r w:rsidRPr="00D632CD">
        <w:rPr>
          <w:lang w:val="sr-Cyrl-RS"/>
        </w:rPr>
        <w:t>Јавни партнер може једнострано раскинути јавни уговор у следећим случајевима:</w:t>
      </w:r>
    </w:p>
    <w:p w14:paraId="5F4A6042" w14:textId="77777777" w:rsidR="00B67CA3" w:rsidRPr="00D632CD" w:rsidRDefault="00847618">
      <w:pPr>
        <w:jc w:val="both"/>
        <w:rPr>
          <w:lang w:val="sr-Cyrl-RS"/>
        </w:rPr>
      </w:pPr>
      <w:r w:rsidRPr="00D632CD">
        <w:rPr>
          <w:lang w:val="sr-Cyrl-RS"/>
        </w:rPr>
        <w:t>1) ако приватни партнер у случају концесије није платио концесиону накнаду више од два пута узастопно или континуирано неуредно плаћа концесиону накнаду;</w:t>
      </w:r>
    </w:p>
    <w:p w14:paraId="435BB1F9" w14:textId="77777777" w:rsidR="00B67CA3" w:rsidRPr="00D632CD" w:rsidRDefault="00847618">
      <w:pPr>
        <w:jc w:val="both"/>
        <w:rPr>
          <w:lang w:val="sr-Cyrl-RS"/>
        </w:rPr>
      </w:pPr>
      <w:r w:rsidRPr="00D632CD">
        <w:rPr>
          <w:lang w:val="sr-Cyrl-RS"/>
        </w:rPr>
        <w:t>2) ако приватни партнер не обавља јавне радове или не пружа јавне услуге према стандардима квалитета за такве радове, односно услуге на начин како је договорено јавним уговором;</w:t>
      </w:r>
    </w:p>
    <w:p w14:paraId="2FC769CF" w14:textId="77777777" w:rsidR="00B67CA3" w:rsidRPr="00D632CD" w:rsidRDefault="00847618">
      <w:pPr>
        <w:jc w:val="both"/>
        <w:rPr>
          <w:lang w:val="sr-Cyrl-RS"/>
        </w:rPr>
      </w:pPr>
      <w:r w:rsidRPr="00D632CD">
        <w:rPr>
          <w:lang w:val="sr-Cyrl-RS"/>
        </w:rPr>
        <w:t>3) ако приватни партнер не спроводи мере и радње неопходне ради заштите добра у општој употреби, односно јавног добра, ради заштите природе, животне средине и културних добара;</w:t>
      </w:r>
    </w:p>
    <w:p w14:paraId="10330790" w14:textId="77777777" w:rsidR="00B67CA3" w:rsidRPr="00D632CD" w:rsidRDefault="00847618">
      <w:pPr>
        <w:jc w:val="both"/>
        <w:rPr>
          <w:lang w:val="sr-Cyrl-RS"/>
        </w:rPr>
      </w:pPr>
      <w:r w:rsidRPr="00D632CD">
        <w:rPr>
          <w:lang w:val="sr-Cyrl-RS"/>
        </w:rPr>
        <w:t>4) ако је приватни партнер дао неистините и нетачне податке који су били одлучујући за оцену његове квалификованости приликом избора најповољније понуде;</w:t>
      </w:r>
    </w:p>
    <w:p w14:paraId="10B5DF3B" w14:textId="77777777" w:rsidR="00B67CA3" w:rsidRPr="00D632CD" w:rsidRDefault="00847618">
      <w:pPr>
        <w:jc w:val="both"/>
        <w:rPr>
          <w:lang w:val="sr-Cyrl-RS"/>
        </w:rPr>
      </w:pPr>
      <w:r w:rsidRPr="00D632CD">
        <w:rPr>
          <w:lang w:val="sr-Cyrl-RS"/>
        </w:rPr>
        <w:t>5) ако приватни партнер својом кривицом не започне са извршавањем јавног уговора у уговореном року;</w:t>
      </w:r>
    </w:p>
    <w:p w14:paraId="2C418B97" w14:textId="77777777" w:rsidR="00B67CA3" w:rsidRPr="00D632CD" w:rsidRDefault="00847618">
      <w:pPr>
        <w:jc w:val="both"/>
        <w:rPr>
          <w:lang w:val="sr-Cyrl-RS"/>
        </w:rPr>
      </w:pPr>
      <w:r w:rsidRPr="00D632CD">
        <w:rPr>
          <w:lang w:val="sr-Cyrl-RS"/>
        </w:rPr>
        <w:lastRenderedPageBreak/>
        <w:t>6) ако приватни партнер обавља и друге радње или пропушта да обави неопходне радње које су у супротности са јавним уговором;</w:t>
      </w:r>
    </w:p>
    <w:p w14:paraId="6994D953" w14:textId="77777777" w:rsidR="00B67CA3" w:rsidRPr="00D632CD" w:rsidRDefault="00847618">
      <w:pPr>
        <w:jc w:val="both"/>
        <w:rPr>
          <w:lang w:val="sr-Cyrl-RS"/>
        </w:rPr>
      </w:pPr>
      <w:r w:rsidRPr="00D632CD">
        <w:rPr>
          <w:lang w:val="sr-Cyrl-RS"/>
        </w:rPr>
        <w:t>7) ако је приватни партнер пренео на треће лице своја права из јавног уговора без претходног одобрења јавног партнера;</w:t>
      </w:r>
    </w:p>
    <w:p w14:paraId="0E622B35" w14:textId="77777777" w:rsidR="00B67CA3" w:rsidRPr="00D632CD" w:rsidRDefault="00847618">
      <w:pPr>
        <w:jc w:val="both"/>
        <w:rPr>
          <w:lang w:val="sr-Cyrl-RS"/>
        </w:rPr>
      </w:pPr>
      <w:r w:rsidRPr="00D632CD">
        <w:rPr>
          <w:lang w:val="sr-Cyrl-RS"/>
        </w:rPr>
        <w:t>8) у другим случајевима у складу са одредбама јавног уговора и општим правилима облигационог права и прихваћеним правним правилима за конкретну врсту уговора.</w:t>
      </w:r>
    </w:p>
    <w:p w14:paraId="672052DD" w14:textId="3E5C2707" w:rsidR="00B67CA3" w:rsidRPr="00D632CD" w:rsidRDefault="00847618">
      <w:pPr>
        <w:jc w:val="both"/>
        <w:rPr>
          <w:lang w:val="sr-Cyrl-RS"/>
        </w:rPr>
      </w:pPr>
      <w:r w:rsidRPr="00D632CD">
        <w:rPr>
          <w:lang w:val="sr-Cyrl-RS"/>
        </w:rPr>
        <w:t>Критеријуми на основу којих јавни партнер утврђује постојање разлога за раскид јавног уговора из става 1. тач</w:t>
      </w:r>
      <w:r w:rsidR="009A4DBF">
        <w:rPr>
          <w:lang w:val="sr-Cyrl-RS"/>
        </w:rPr>
        <w:t>ка</w:t>
      </w:r>
      <w:r w:rsidRPr="00D632CD">
        <w:rPr>
          <w:lang w:val="sr-Cyrl-RS"/>
        </w:rPr>
        <w:t xml:space="preserve"> 2) до 7) овог члана утврђују се јавним уговором.</w:t>
      </w:r>
    </w:p>
    <w:p w14:paraId="5E17D47B" w14:textId="77777777" w:rsidR="00B67CA3" w:rsidRPr="00D632CD" w:rsidRDefault="00847618">
      <w:pPr>
        <w:jc w:val="both"/>
        <w:rPr>
          <w:lang w:val="sr-Cyrl-RS"/>
        </w:rPr>
      </w:pPr>
      <w:r w:rsidRPr="00D632CD">
        <w:rPr>
          <w:lang w:val="sr-Cyrl-RS"/>
        </w:rPr>
        <w:t>Пре једностраног раскида јавног уговора, јавни партнер мора претходно писаним путем упозорити приватног партнера о таквој својој намери и одредити примерени рок за отклањање разлога за раскид јавног уговора и за изјашњавање о тим разлозима.</w:t>
      </w:r>
    </w:p>
    <w:p w14:paraId="533F579C" w14:textId="77777777" w:rsidR="00B67CA3" w:rsidRPr="00D632CD" w:rsidRDefault="00847618">
      <w:pPr>
        <w:jc w:val="both"/>
        <w:rPr>
          <w:lang w:val="sr-Cyrl-RS"/>
        </w:rPr>
      </w:pPr>
      <w:r w:rsidRPr="00D632CD">
        <w:rPr>
          <w:lang w:val="sr-Cyrl-RS"/>
        </w:rPr>
        <w:t>Ако приватни партнер не отклони разлоге за раскид јавног уговора у року из става 3. овог члана, јавни партнер раскида јавни уговор.</w:t>
      </w:r>
    </w:p>
    <w:p w14:paraId="4010EF36" w14:textId="77777777" w:rsidR="00B67CA3" w:rsidRPr="00D632CD" w:rsidRDefault="00847618">
      <w:pPr>
        <w:jc w:val="both"/>
        <w:rPr>
          <w:lang w:val="sr-Cyrl-RS"/>
        </w:rPr>
      </w:pPr>
      <w:r w:rsidRPr="00D632CD">
        <w:rPr>
          <w:lang w:val="sr-Cyrl-RS"/>
        </w:rPr>
        <w:t>У случају једностраног раскида јавног уговора од стране јавног партнера, јавни партнер има право на накнаду штете коју му је проузроковао приватни партнер у складу са општим правилима облигационог права.</w:t>
      </w:r>
    </w:p>
    <w:p w14:paraId="64B5C7E7" w14:textId="77777777" w:rsidR="00B67CA3" w:rsidRPr="00D632CD" w:rsidRDefault="00847618">
      <w:pPr>
        <w:jc w:val="both"/>
        <w:rPr>
          <w:lang w:val="sr-Cyrl-RS"/>
        </w:rPr>
      </w:pPr>
      <w:r w:rsidRPr="00D632CD">
        <w:rPr>
          <w:lang w:val="sr-Cyrl-RS"/>
        </w:rPr>
        <w:t>На последице превременог раскида јавног уговора због пропуста приватног партнера примењују се посебна правила утврђена јавним уговором као и општа правила облигационог права.</w:t>
      </w:r>
    </w:p>
    <w:p w14:paraId="2CC2C83A" w14:textId="77777777" w:rsidR="00B67CA3" w:rsidRPr="005A4155" w:rsidRDefault="00847618" w:rsidP="005A4155">
      <w:pPr>
        <w:jc w:val="center"/>
        <w:rPr>
          <w:b/>
          <w:bCs/>
          <w:lang w:val="sr-Cyrl-RS"/>
        </w:rPr>
      </w:pPr>
      <w:r w:rsidRPr="005A4155">
        <w:rPr>
          <w:b/>
          <w:bCs/>
          <w:lang w:val="sr-Cyrl-RS"/>
        </w:rPr>
        <w:t>Превремени раскид јавног уговора због пропуста јавног партнера</w:t>
      </w:r>
    </w:p>
    <w:p w14:paraId="478834B5" w14:textId="77777777" w:rsidR="00B67CA3" w:rsidRPr="005A4155" w:rsidRDefault="00847618" w:rsidP="005A4155">
      <w:pPr>
        <w:jc w:val="center"/>
        <w:rPr>
          <w:b/>
          <w:bCs/>
          <w:lang w:val="sr-Cyrl-RS"/>
        </w:rPr>
      </w:pPr>
      <w:r w:rsidRPr="005A4155">
        <w:rPr>
          <w:b/>
          <w:bCs/>
          <w:lang w:val="sr-Cyrl-RS"/>
        </w:rPr>
        <w:t>Члан 61</w:t>
      </w:r>
    </w:p>
    <w:p w14:paraId="4F5AE336" w14:textId="77777777" w:rsidR="00B67CA3" w:rsidRPr="00D632CD" w:rsidRDefault="00847618">
      <w:pPr>
        <w:jc w:val="both"/>
        <w:rPr>
          <w:lang w:val="sr-Cyrl-RS"/>
        </w:rPr>
      </w:pPr>
      <w:r w:rsidRPr="00D632CD">
        <w:rPr>
          <w:lang w:val="sr-Cyrl-RS"/>
        </w:rPr>
        <w:t>Приватни партнер може једнострано раскинути јавни уговор у складу са овим законом, јавним уговором и општим правилима облигационог права, ако јавни партнер поступа на начин који доводи до неодрживости уговорног односа или који у потпуности ремети могућности приватног партнера у спровођењу јавног уговора, или под другим околностима предвиђеним јавним уговором.</w:t>
      </w:r>
    </w:p>
    <w:p w14:paraId="6CCB7830" w14:textId="77777777" w:rsidR="00B67CA3" w:rsidRPr="00D632CD" w:rsidRDefault="00847618">
      <w:pPr>
        <w:jc w:val="both"/>
        <w:rPr>
          <w:lang w:val="sr-Cyrl-RS"/>
        </w:rPr>
      </w:pPr>
      <w:r w:rsidRPr="00D632CD">
        <w:rPr>
          <w:lang w:val="sr-Cyrl-RS"/>
        </w:rPr>
        <w:t>Разлози за раскид дефинишу се јавним уговором.</w:t>
      </w:r>
    </w:p>
    <w:p w14:paraId="54CEC704" w14:textId="77777777" w:rsidR="00B67CA3" w:rsidRPr="00D632CD" w:rsidRDefault="00847618">
      <w:pPr>
        <w:jc w:val="both"/>
        <w:rPr>
          <w:lang w:val="sr-Cyrl-RS"/>
        </w:rPr>
      </w:pPr>
      <w:r w:rsidRPr="00D632CD">
        <w:rPr>
          <w:lang w:val="sr-Cyrl-RS"/>
        </w:rPr>
        <w:t>Пропусти јавног партнера могу бити:</w:t>
      </w:r>
    </w:p>
    <w:p w14:paraId="1BB5CEC7" w14:textId="77777777" w:rsidR="00B67CA3" w:rsidRPr="00D632CD" w:rsidRDefault="00847618">
      <w:pPr>
        <w:jc w:val="both"/>
        <w:rPr>
          <w:lang w:val="sr-Cyrl-RS"/>
        </w:rPr>
      </w:pPr>
      <w:r w:rsidRPr="00D632CD">
        <w:rPr>
          <w:lang w:val="sr-Cyrl-RS"/>
        </w:rPr>
        <w:t>1) експропријација, заплена или одузимање имовине или удела приватног партнера од стране јавног партнера;</w:t>
      </w:r>
    </w:p>
    <w:p w14:paraId="28CA7878" w14:textId="77777777" w:rsidR="00B67CA3" w:rsidRPr="00D632CD" w:rsidRDefault="00847618">
      <w:pPr>
        <w:jc w:val="both"/>
        <w:rPr>
          <w:lang w:val="sr-Cyrl-RS"/>
        </w:rPr>
      </w:pPr>
      <w:r w:rsidRPr="00D632CD">
        <w:rPr>
          <w:lang w:val="sr-Cyrl-RS"/>
        </w:rPr>
        <w:t>2) пропуст јавног партнера у погледу плаћања доспелих исплата приватном партнеру;</w:t>
      </w:r>
    </w:p>
    <w:p w14:paraId="7A7C54B4" w14:textId="77777777" w:rsidR="00B67CA3" w:rsidRPr="00D632CD" w:rsidRDefault="00847618">
      <w:pPr>
        <w:jc w:val="both"/>
        <w:rPr>
          <w:lang w:val="sr-Cyrl-RS"/>
        </w:rPr>
      </w:pPr>
      <w:r w:rsidRPr="00D632CD">
        <w:rPr>
          <w:lang w:val="sr-Cyrl-RS"/>
        </w:rPr>
        <w:t>3) кршење обавеза из јавног уговора од стране јавног партнера које у значајној мери ремети или онемогућује приватног партнера у извршавању уговорних обавеза; и</w:t>
      </w:r>
    </w:p>
    <w:p w14:paraId="0ECA77AD" w14:textId="77777777" w:rsidR="00B67CA3" w:rsidRPr="00D632CD" w:rsidRDefault="00847618">
      <w:pPr>
        <w:jc w:val="both"/>
        <w:rPr>
          <w:lang w:val="sr-Cyrl-RS"/>
        </w:rPr>
      </w:pPr>
      <w:r w:rsidRPr="00D632CD">
        <w:rPr>
          <w:lang w:val="sr-Cyrl-RS"/>
        </w:rPr>
        <w:t>4) друге околности предвиђене јавним уговором и општим правилима облигационог права.</w:t>
      </w:r>
    </w:p>
    <w:p w14:paraId="085DEC1C" w14:textId="77777777" w:rsidR="00B67CA3" w:rsidRPr="00D632CD" w:rsidRDefault="00847618">
      <w:pPr>
        <w:jc w:val="both"/>
        <w:rPr>
          <w:lang w:val="sr-Cyrl-RS"/>
        </w:rPr>
      </w:pPr>
      <w:r w:rsidRPr="00D632CD">
        <w:rPr>
          <w:lang w:val="sr-Cyrl-RS"/>
        </w:rPr>
        <w:t>На последице превременог раскида јавног уговора због пропуста јавног партнера примењују се посебна правила утврђена јавним уговором као и општа правила облигационог права.</w:t>
      </w:r>
    </w:p>
    <w:p w14:paraId="6B837F50" w14:textId="77777777" w:rsidR="005A4155" w:rsidRDefault="005A4155">
      <w:pPr>
        <w:spacing w:after="0"/>
        <w:jc w:val="center"/>
        <w:rPr>
          <w:lang w:val="sr-Cyrl-RS"/>
        </w:rPr>
      </w:pPr>
    </w:p>
    <w:p w14:paraId="71FBAF8C" w14:textId="19BC6536" w:rsidR="00B67CA3" w:rsidRPr="005A4155" w:rsidRDefault="00847618">
      <w:pPr>
        <w:spacing w:after="0"/>
        <w:jc w:val="center"/>
        <w:rPr>
          <w:b/>
          <w:bCs/>
          <w:lang w:val="sr-Cyrl-RS"/>
        </w:rPr>
      </w:pPr>
      <w:r w:rsidRPr="005A4155">
        <w:rPr>
          <w:b/>
          <w:bCs/>
          <w:lang w:val="sr-Cyrl-RS"/>
        </w:rPr>
        <w:t>Престанак јавног уговора</w:t>
      </w:r>
    </w:p>
    <w:p w14:paraId="5F8A89A4" w14:textId="77777777" w:rsidR="00B67CA3" w:rsidRPr="005A4155" w:rsidRDefault="00847618">
      <w:pPr>
        <w:jc w:val="center"/>
        <w:rPr>
          <w:b/>
          <w:bCs/>
          <w:lang w:val="sr-Cyrl-RS"/>
        </w:rPr>
      </w:pPr>
      <w:r w:rsidRPr="005A4155">
        <w:rPr>
          <w:b/>
          <w:bCs/>
          <w:lang w:val="sr-Cyrl-RS"/>
        </w:rPr>
        <w:t>Члан 62</w:t>
      </w:r>
    </w:p>
    <w:p w14:paraId="60CF351D" w14:textId="77777777" w:rsidR="00B67CA3" w:rsidRPr="00D632CD" w:rsidRDefault="00847618">
      <w:pPr>
        <w:jc w:val="both"/>
        <w:rPr>
          <w:lang w:val="sr-Cyrl-RS"/>
        </w:rPr>
      </w:pPr>
      <w:r w:rsidRPr="00D632CD">
        <w:rPr>
          <w:lang w:val="sr-Cyrl-RS"/>
        </w:rPr>
        <w:t>Јавни уговор престаје истеком рока превиђеног јавним уговором као и у другим случајевима прописаним законом или јавним уговором.</w:t>
      </w:r>
    </w:p>
    <w:p w14:paraId="08357FE4" w14:textId="77777777" w:rsidR="00B67CA3" w:rsidRPr="00D632CD" w:rsidRDefault="00847618">
      <w:pPr>
        <w:jc w:val="both"/>
        <w:rPr>
          <w:lang w:val="sr-Cyrl-RS"/>
        </w:rPr>
      </w:pPr>
      <w:r w:rsidRPr="00D632CD">
        <w:rPr>
          <w:lang w:val="sr-Cyrl-RS"/>
        </w:rPr>
        <w:t>У случају престанка јавног уговора, објекти, уређаји, постројења и друга средства из оквира предмета ЈПП предају се јавном партнеру у складу са одредбама јавног уговора, као и других уговора закључених од стране јавног партнера у вези са конкретним пројектом ЈПП.</w:t>
      </w:r>
    </w:p>
    <w:p w14:paraId="077805F4" w14:textId="77777777" w:rsidR="00B67CA3" w:rsidRPr="00D632CD" w:rsidRDefault="00847618">
      <w:pPr>
        <w:jc w:val="both"/>
        <w:rPr>
          <w:lang w:val="sr-Cyrl-RS"/>
        </w:rPr>
      </w:pPr>
      <w:r w:rsidRPr="00D632CD">
        <w:rPr>
          <w:lang w:val="sr-Cyrl-RS"/>
        </w:rPr>
        <w:t>Јавни уговор може престати откупом предмета јавног уговора под условима предвиђеним јавним уговором, а изузетно, ако то налаже јавни интерес, откуп предмета јавног уговора може се вршити под условима и на начин утврђен прописима о експропријацији у ком случају приватни партнер има право на исплату пуне накнаде према тржишној вредности.</w:t>
      </w:r>
    </w:p>
    <w:p w14:paraId="228916FE" w14:textId="77777777" w:rsidR="00B67CA3" w:rsidRPr="00D632CD" w:rsidRDefault="00847618">
      <w:pPr>
        <w:jc w:val="both"/>
        <w:rPr>
          <w:lang w:val="sr-Cyrl-RS"/>
        </w:rPr>
      </w:pPr>
      <w:r w:rsidRPr="00D632CD">
        <w:rPr>
          <w:lang w:val="sr-Cyrl-RS"/>
        </w:rPr>
        <w:t>Јавни партнер може приватном партнеру одузети права установљена јавним уговором ако приватни партнер не извршава уговором преузете обавезе, из разлога јавне безбедности, као и у случају да се обављањем концесионе делатности угрожава животна средина и здравље људи, а мере предвиђене посебним прописима нису довољне да се то спречи, на начин и под условима утврђеним јавним уговором.</w:t>
      </w:r>
    </w:p>
    <w:p w14:paraId="444F9EB2" w14:textId="77777777" w:rsidR="00B67CA3" w:rsidRPr="005A4155" w:rsidRDefault="00847618">
      <w:pPr>
        <w:spacing w:after="0"/>
        <w:jc w:val="center"/>
        <w:rPr>
          <w:b/>
          <w:bCs/>
          <w:lang w:val="sr-Cyrl-RS"/>
        </w:rPr>
      </w:pPr>
      <w:r w:rsidRPr="005A4155">
        <w:rPr>
          <w:b/>
          <w:bCs/>
          <w:lang w:val="sr-Cyrl-RS"/>
        </w:rPr>
        <w:t>Средства из оквира предмета ЈПП, односно концесије</w:t>
      </w:r>
    </w:p>
    <w:p w14:paraId="3D87EA42" w14:textId="77777777" w:rsidR="00B67CA3" w:rsidRPr="005A4155" w:rsidRDefault="00847618">
      <w:pPr>
        <w:jc w:val="center"/>
        <w:rPr>
          <w:b/>
          <w:bCs/>
          <w:lang w:val="sr-Cyrl-RS"/>
        </w:rPr>
      </w:pPr>
      <w:r w:rsidRPr="005A4155">
        <w:rPr>
          <w:b/>
          <w:bCs/>
          <w:lang w:val="sr-Cyrl-RS"/>
        </w:rPr>
        <w:t>Члан 63</w:t>
      </w:r>
    </w:p>
    <w:p w14:paraId="2232B4CE" w14:textId="08A1938D" w:rsidR="00B67CA3" w:rsidRPr="00D632CD" w:rsidRDefault="00847618">
      <w:pPr>
        <w:jc w:val="both"/>
        <w:rPr>
          <w:lang w:val="sr-Cyrl-RS"/>
        </w:rPr>
      </w:pPr>
      <w:r w:rsidRPr="00D632CD">
        <w:rPr>
          <w:lang w:val="sr-Cyrl-RS"/>
        </w:rPr>
        <w:t>По престанку јавног уговора, објекти, уређаји, постројења и друга средства из оквира предмета ЈПП</w:t>
      </w:r>
      <w:r w:rsidR="008D5210">
        <w:rPr>
          <w:lang w:val="sr-Cyrl-RS"/>
        </w:rPr>
        <w:t xml:space="preserve">, односно </w:t>
      </w:r>
      <w:r w:rsidRPr="00D632CD">
        <w:rPr>
          <w:lang w:val="sr-Cyrl-RS"/>
        </w:rPr>
        <w:t>концесије постају својина Републике Србије, аутономне покрајине, јединице локалне самоуправе, јавног предузећа или правног лица овлашћеног посебним законом којим се уређује давање концесије, осим ако другачије није предвиђено директним уговором из члана 55. овог закона.</w:t>
      </w:r>
    </w:p>
    <w:p w14:paraId="0E4EF99D" w14:textId="5BE166CF" w:rsidR="00B67CA3" w:rsidRPr="00D632CD" w:rsidRDefault="00847618">
      <w:pPr>
        <w:jc w:val="both"/>
        <w:rPr>
          <w:lang w:val="sr-Cyrl-RS"/>
        </w:rPr>
      </w:pPr>
      <w:r w:rsidRPr="00D632CD">
        <w:rPr>
          <w:lang w:val="sr-Cyrl-RS"/>
        </w:rPr>
        <w:t>Приватни партнер</w:t>
      </w:r>
      <w:r w:rsidR="008D5210">
        <w:rPr>
          <w:lang w:val="sr-Cyrl-RS"/>
        </w:rPr>
        <w:t xml:space="preserve">, односно </w:t>
      </w:r>
      <w:r w:rsidRPr="00D632CD">
        <w:rPr>
          <w:lang w:val="sr-Cyrl-RS"/>
        </w:rPr>
        <w:t>концесионар предаје објекат, уређаје, постројења и друга средства из става 1. овог члана, као и све друге објекте који су предмет јавног уговора, а који су у својини Републике Србије, аутономне покрајине, јединице локалне самоуправе, јавног предузећа или правног лица овлашћеног посебним законом којим се уређује давање концесије, без терета и у стању које обезбеђује њихово несметано коришћење и функционисање.</w:t>
      </w:r>
    </w:p>
    <w:p w14:paraId="06CAA70C" w14:textId="7051FAC0" w:rsidR="00B67CA3" w:rsidRDefault="00847618">
      <w:pPr>
        <w:jc w:val="both"/>
        <w:rPr>
          <w:lang w:val="sr-Cyrl-RS"/>
        </w:rPr>
      </w:pPr>
      <w:r w:rsidRPr="00D632CD">
        <w:rPr>
          <w:lang w:val="sr-Cyrl-RS"/>
        </w:rPr>
        <w:t>Изузетно од ст</w:t>
      </w:r>
      <w:r w:rsidR="009A4DBF">
        <w:rPr>
          <w:lang w:val="sr-Cyrl-RS"/>
        </w:rPr>
        <w:t>ава</w:t>
      </w:r>
      <w:r w:rsidRPr="00D632CD">
        <w:rPr>
          <w:lang w:val="sr-Cyrl-RS"/>
        </w:rPr>
        <w:t xml:space="preserve"> 1. и 2. овог члана, други објекти изграђени у складу са чланом 7. став 2. тачка 7) овог закона, а који нису у функцији предмета јавног уговора (јавног објекта, јавне услуге, јавне инфраструктуре и сл.), остају у својини приватног партнера, с тим што јавни партнер може да прибави ове објекте, у складу са јавним уговором.</w:t>
      </w:r>
    </w:p>
    <w:p w14:paraId="27E4DD0D" w14:textId="77777777" w:rsidR="005A4155" w:rsidRPr="00D632CD" w:rsidRDefault="005A4155">
      <w:pPr>
        <w:jc w:val="both"/>
        <w:rPr>
          <w:lang w:val="sr-Cyrl-RS"/>
        </w:rPr>
      </w:pPr>
    </w:p>
    <w:p w14:paraId="666A7D17" w14:textId="12010468" w:rsidR="005A4155" w:rsidRPr="005A4155" w:rsidRDefault="00847618" w:rsidP="005A4155">
      <w:pPr>
        <w:jc w:val="center"/>
        <w:rPr>
          <w:b/>
          <w:bCs/>
          <w:lang w:val="sr-Cyrl-RS"/>
        </w:rPr>
      </w:pPr>
      <w:r w:rsidRPr="005A4155">
        <w:rPr>
          <w:b/>
          <w:bCs/>
          <w:lang w:val="sr-Cyrl-RS"/>
        </w:rPr>
        <w:t>VI ЗАШТИТА ПРАВА</w:t>
      </w:r>
    </w:p>
    <w:p w14:paraId="23345416" w14:textId="77777777" w:rsidR="00B67CA3" w:rsidRPr="005A4155" w:rsidRDefault="00847618" w:rsidP="005A4155">
      <w:pPr>
        <w:spacing w:after="0"/>
        <w:jc w:val="center"/>
        <w:rPr>
          <w:b/>
          <w:bCs/>
          <w:lang w:val="sr-Cyrl-RS"/>
        </w:rPr>
      </w:pPr>
      <w:r w:rsidRPr="005A4155">
        <w:rPr>
          <w:b/>
          <w:bCs/>
          <w:lang w:val="sr-Cyrl-RS"/>
        </w:rPr>
        <w:t>Правна заштита</w:t>
      </w:r>
    </w:p>
    <w:p w14:paraId="298A9A3F" w14:textId="77777777" w:rsidR="00B67CA3" w:rsidRPr="005A4155" w:rsidRDefault="00847618">
      <w:pPr>
        <w:jc w:val="center"/>
        <w:rPr>
          <w:b/>
          <w:bCs/>
          <w:lang w:val="sr-Cyrl-RS"/>
        </w:rPr>
      </w:pPr>
      <w:r w:rsidRPr="005A4155">
        <w:rPr>
          <w:b/>
          <w:bCs/>
          <w:lang w:val="sr-Cyrl-RS"/>
        </w:rPr>
        <w:t>Члан 64</w:t>
      </w:r>
    </w:p>
    <w:p w14:paraId="454C3CF3" w14:textId="77777777" w:rsidR="00B67CA3" w:rsidRDefault="00847618">
      <w:pPr>
        <w:jc w:val="both"/>
        <w:rPr>
          <w:lang w:val="sr-Cyrl-RS"/>
        </w:rPr>
      </w:pPr>
      <w:r w:rsidRPr="00D632CD">
        <w:rPr>
          <w:lang w:val="sr-Cyrl-RS"/>
        </w:rPr>
        <w:lastRenderedPageBreak/>
        <w:t>Правна заштита у поступку доделе јавног уговора обезбеђује се у складу са законом којим се уређују јавне набавке.</w:t>
      </w:r>
    </w:p>
    <w:p w14:paraId="070D11FA" w14:textId="77777777" w:rsidR="005A4155" w:rsidRPr="00D632CD" w:rsidRDefault="005A4155">
      <w:pPr>
        <w:jc w:val="both"/>
        <w:rPr>
          <w:lang w:val="sr-Cyrl-RS"/>
        </w:rPr>
      </w:pPr>
    </w:p>
    <w:p w14:paraId="18CB1CDB" w14:textId="77777777" w:rsidR="00B67CA3" w:rsidRPr="005A4155" w:rsidRDefault="00847618">
      <w:pPr>
        <w:spacing w:after="0"/>
        <w:jc w:val="center"/>
        <w:rPr>
          <w:b/>
          <w:bCs/>
          <w:lang w:val="sr-Cyrl-RS"/>
        </w:rPr>
      </w:pPr>
      <w:r w:rsidRPr="005A4155">
        <w:rPr>
          <w:b/>
          <w:bCs/>
          <w:lang w:val="sr-Cyrl-RS"/>
        </w:rPr>
        <w:t>Накнада штете и заштита права приватног партнера</w:t>
      </w:r>
    </w:p>
    <w:p w14:paraId="431ECA96" w14:textId="77777777" w:rsidR="00B67CA3" w:rsidRPr="005A4155" w:rsidRDefault="00847618">
      <w:pPr>
        <w:jc w:val="center"/>
        <w:rPr>
          <w:b/>
          <w:bCs/>
          <w:lang w:val="sr-Cyrl-RS"/>
        </w:rPr>
      </w:pPr>
      <w:r w:rsidRPr="005A4155">
        <w:rPr>
          <w:b/>
          <w:bCs/>
          <w:lang w:val="sr-Cyrl-RS"/>
        </w:rPr>
        <w:t>Члан 65</w:t>
      </w:r>
    </w:p>
    <w:p w14:paraId="0F4EABD8" w14:textId="77777777" w:rsidR="00B67CA3" w:rsidRPr="00D632CD" w:rsidRDefault="00847618">
      <w:pPr>
        <w:jc w:val="both"/>
        <w:rPr>
          <w:lang w:val="sr-Cyrl-RS"/>
        </w:rPr>
      </w:pPr>
      <w:r w:rsidRPr="00D632CD">
        <w:rPr>
          <w:lang w:val="sr-Cyrl-RS"/>
        </w:rPr>
        <w:t>О накнади штете лицима оштећеним незаконитом одлуком јавног тела у поступку доделе јавног уговора у складу са овим законом, решавају надлежни судови Републике Србије на основу општих прописа.</w:t>
      </w:r>
    </w:p>
    <w:p w14:paraId="58233EA8" w14:textId="77777777" w:rsidR="00B67CA3" w:rsidRPr="00D632CD" w:rsidRDefault="00847618">
      <w:pPr>
        <w:jc w:val="both"/>
        <w:rPr>
          <w:lang w:val="sr-Cyrl-RS"/>
        </w:rPr>
      </w:pPr>
      <w:r w:rsidRPr="00D632CD">
        <w:rPr>
          <w:lang w:val="sr-Cyrl-RS"/>
        </w:rPr>
        <w:t>Приватном партнеру се гарантују права утврђена законом, јавним уговором, уговором о финансирању пројекта, а страним лицима и права утврђена међународним уговорима о подстицању и заштити улагања који су на снази.</w:t>
      </w:r>
    </w:p>
    <w:p w14:paraId="5B278DEB" w14:textId="77777777" w:rsidR="00B67CA3" w:rsidRPr="00D632CD" w:rsidRDefault="00847618">
      <w:pPr>
        <w:jc w:val="both"/>
        <w:rPr>
          <w:lang w:val="sr-Cyrl-RS"/>
        </w:rPr>
      </w:pPr>
      <w:r w:rsidRPr="00D632CD">
        <w:rPr>
          <w:lang w:val="sr-Cyrl-RS"/>
        </w:rPr>
        <w:t>Ако надлежни државни орган, применом прописа о експропријацији, донесе акт којим се одузима или ограничава право коришћења изграђених објеката који су предмет ЈПП са или без елемената концесије, приватни партнер има право на накнаду која не може бити мања од тржишне, и која се исплаћује без одлагања.</w:t>
      </w:r>
    </w:p>
    <w:p w14:paraId="177C56E0" w14:textId="77777777" w:rsidR="00B67CA3" w:rsidRPr="00D632CD" w:rsidRDefault="00B67CA3">
      <w:pPr>
        <w:jc w:val="both"/>
        <w:rPr>
          <w:lang w:val="sr-Cyrl-RS"/>
        </w:rPr>
      </w:pPr>
    </w:p>
    <w:p w14:paraId="181D9570" w14:textId="77777777" w:rsidR="00B67CA3" w:rsidRPr="005A4155" w:rsidRDefault="00847618">
      <w:pPr>
        <w:spacing w:after="0"/>
        <w:jc w:val="center"/>
        <w:rPr>
          <w:b/>
          <w:bCs/>
          <w:lang w:val="sr-Cyrl-RS"/>
        </w:rPr>
      </w:pPr>
      <w:r w:rsidRPr="005A4155">
        <w:rPr>
          <w:b/>
          <w:bCs/>
          <w:lang w:val="sr-Cyrl-RS"/>
        </w:rPr>
        <w:t>Заштита уговорне равнотеже и јавног интереса</w:t>
      </w:r>
    </w:p>
    <w:p w14:paraId="41FA96CB" w14:textId="77777777" w:rsidR="00B67CA3" w:rsidRPr="005A4155" w:rsidRDefault="00847618">
      <w:pPr>
        <w:jc w:val="center"/>
        <w:rPr>
          <w:b/>
          <w:bCs/>
          <w:lang w:val="sr-Cyrl-RS"/>
        </w:rPr>
      </w:pPr>
      <w:r w:rsidRPr="005A4155">
        <w:rPr>
          <w:b/>
          <w:bCs/>
          <w:lang w:val="sr-Cyrl-RS"/>
        </w:rPr>
        <w:t>Члан 66</w:t>
      </w:r>
    </w:p>
    <w:p w14:paraId="4577D0EC" w14:textId="77777777" w:rsidR="00B67CA3" w:rsidRPr="00D632CD" w:rsidRDefault="00847618">
      <w:pPr>
        <w:jc w:val="both"/>
        <w:rPr>
          <w:lang w:val="sr-Cyrl-RS"/>
        </w:rPr>
      </w:pPr>
      <w:r w:rsidRPr="00D632CD">
        <w:rPr>
          <w:lang w:val="sr-Cyrl-RS"/>
        </w:rPr>
        <w:t>Јавни и приватни партнер остварују права и обавезе у складу са јавним уговором, овим законом, законом којим се уређују јавне набавке, прописима којима се уређују буџетски систем, заштита конкуренције, државна помоћ и другим применљивим прописима.</w:t>
      </w:r>
    </w:p>
    <w:p w14:paraId="2096CC25" w14:textId="77777777" w:rsidR="00B67CA3" w:rsidRPr="00D632CD" w:rsidRDefault="00847618">
      <w:pPr>
        <w:jc w:val="both"/>
        <w:rPr>
          <w:lang w:val="sr-Cyrl-RS"/>
        </w:rPr>
      </w:pPr>
      <w:r w:rsidRPr="00D632CD">
        <w:rPr>
          <w:lang w:val="sr-Cyrl-RS"/>
        </w:rPr>
        <w:t>Јавни партнер не може, ван основа предвиђених законом, јавним уговором или другим актом донетим у складу са законом, предузимати мере којима се неоправдано онемогућава или битно отежава извршење обавеза приватног партнера из јавног уговора.</w:t>
      </w:r>
    </w:p>
    <w:p w14:paraId="54227C2F" w14:textId="77777777" w:rsidR="00B67CA3" w:rsidRPr="00D632CD" w:rsidRDefault="00847618">
      <w:pPr>
        <w:jc w:val="both"/>
        <w:rPr>
          <w:lang w:val="sr-Cyrl-RS"/>
        </w:rPr>
      </w:pPr>
      <w:r w:rsidRPr="00D632CD">
        <w:rPr>
          <w:lang w:val="sr-Cyrl-RS"/>
        </w:rPr>
        <w:t>Одредба става 2. овог члана не утиче на право и обавезу јавног партнера, односно другог надлежног органа, да у складу са законом и јавним уговором врши надзор над извршењем јавног уговора, контролу квалитета, заштиту јавног интереса, заштиту корисника, заштиту животне средине, јавне безбедности и здравља људи, као и да примењује императивне прописе.</w:t>
      </w:r>
    </w:p>
    <w:p w14:paraId="4A03019F" w14:textId="77777777" w:rsidR="00B67CA3" w:rsidRPr="005A4155" w:rsidRDefault="00847618">
      <w:pPr>
        <w:jc w:val="center"/>
        <w:rPr>
          <w:b/>
          <w:bCs/>
          <w:lang w:val="sr-Cyrl-RS"/>
        </w:rPr>
      </w:pPr>
      <w:r w:rsidRPr="005A4155">
        <w:rPr>
          <w:b/>
          <w:bCs/>
          <w:lang w:val="sr-Cyrl-RS"/>
        </w:rPr>
        <w:t>VII РЕШАВАЊЕ СПОРОВА</w:t>
      </w:r>
    </w:p>
    <w:p w14:paraId="706215D6" w14:textId="77777777" w:rsidR="00B67CA3" w:rsidRPr="005A4155" w:rsidRDefault="00847618">
      <w:pPr>
        <w:spacing w:after="0"/>
        <w:jc w:val="center"/>
        <w:rPr>
          <w:b/>
          <w:bCs/>
          <w:lang w:val="sr-Cyrl-RS"/>
        </w:rPr>
      </w:pPr>
      <w:r w:rsidRPr="005A4155">
        <w:rPr>
          <w:b/>
          <w:bCs/>
          <w:lang w:val="sr-Cyrl-RS"/>
        </w:rPr>
        <w:t>Арбитража</w:t>
      </w:r>
    </w:p>
    <w:p w14:paraId="7DECB437" w14:textId="77777777" w:rsidR="00B67CA3" w:rsidRPr="005A4155" w:rsidRDefault="00847618">
      <w:pPr>
        <w:jc w:val="center"/>
        <w:rPr>
          <w:b/>
          <w:bCs/>
          <w:lang w:val="sr-Cyrl-RS"/>
        </w:rPr>
      </w:pPr>
      <w:r w:rsidRPr="005A4155">
        <w:rPr>
          <w:b/>
          <w:bCs/>
          <w:lang w:val="sr-Cyrl-RS"/>
        </w:rPr>
        <w:t>Члан 67</w:t>
      </w:r>
    </w:p>
    <w:p w14:paraId="7CCA9D62" w14:textId="464E0EB3" w:rsidR="00B67CA3" w:rsidRPr="00D632CD" w:rsidRDefault="00847618">
      <w:pPr>
        <w:jc w:val="both"/>
        <w:rPr>
          <w:lang w:val="sr-Cyrl-RS"/>
        </w:rPr>
      </w:pPr>
      <w:r w:rsidRPr="00D632CD">
        <w:rPr>
          <w:lang w:val="sr-Cyrl-RS"/>
        </w:rPr>
        <w:t>За спорове између страна, који настану на основу јавног уговора, стране могу уговорити арбитражно решавање спорова пред домаћ</w:t>
      </w:r>
      <w:r w:rsidR="009A4DBF">
        <w:rPr>
          <w:lang w:val="sr-Cyrl-RS"/>
        </w:rPr>
        <w:t>о</w:t>
      </w:r>
      <w:r w:rsidRPr="00D632CD">
        <w:rPr>
          <w:lang w:val="sr-Cyrl-RS"/>
        </w:rPr>
        <w:t>м или стран</w:t>
      </w:r>
      <w:r w:rsidR="009A4DBF">
        <w:rPr>
          <w:lang w:val="sr-Cyrl-RS"/>
        </w:rPr>
        <w:t>о</w:t>
      </w:r>
      <w:r w:rsidRPr="00D632CD">
        <w:rPr>
          <w:lang w:val="sr-Cyrl-RS"/>
        </w:rPr>
        <w:t>м арбитражом.</w:t>
      </w:r>
    </w:p>
    <w:p w14:paraId="0404BF1A" w14:textId="77777777" w:rsidR="00B67CA3" w:rsidRPr="00D632CD" w:rsidRDefault="00847618">
      <w:pPr>
        <w:jc w:val="both"/>
        <w:rPr>
          <w:lang w:val="sr-Cyrl-RS"/>
        </w:rPr>
      </w:pPr>
      <w:r w:rsidRPr="00D632CD">
        <w:rPr>
          <w:lang w:val="sr-Cyrl-RS"/>
        </w:rPr>
        <w:t>Арбитража са седиштем у иностранству може се уговорити уколико је приватни партнер или његов непосредни или посредни власник страно правно или физичко лице, или у случају конзорцијума уколико је бар један члан конзорцијума или његов посредни или непосредни власник страно правно или физичко лице.</w:t>
      </w:r>
    </w:p>
    <w:p w14:paraId="4523FDB8" w14:textId="77777777" w:rsidR="00B67CA3" w:rsidRPr="00D632CD" w:rsidRDefault="00847618">
      <w:pPr>
        <w:jc w:val="both"/>
        <w:rPr>
          <w:lang w:val="sr-Cyrl-RS"/>
        </w:rPr>
      </w:pPr>
      <w:r w:rsidRPr="00D632CD">
        <w:rPr>
          <w:lang w:val="sr-Cyrl-RS"/>
        </w:rPr>
        <w:lastRenderedPageBreak/>
        <w:t>Ако стране нису уговориле арбитражно решавање спорова, искључиво су надлежни судови Републике Србије.</w:t>
      </w:r>
    </w:p>
    <w:p w14:paraId="10C95B4E" w14:textId="140D9555" w:rsidR="00B67CA3" w:rsidRPr="00D632CD" w:rsidRDefault="00847618">
      <w:pPr>
        <w:jc w:val="both"/>
        <w:rPr>
          <w:lang w:val="sr-Cyrl-RS"/>
        </w:rPr>
      </w:pPr>
      <w:r w:rsidRPr="00D632CD">
        <w:rPr>
          <w:lang w:val="sr-Cyrl-RS"/>
        </w:rPr>
        <w:t>У поступцима из ст</w:t>
      </w:r>
      <w:r w:rsidR="009A4DBF">
        <w:rPr>
          <w:lang w:val="sr-Cyrl-RS"/>
        </w:rPr>
        <w:t>ава</w:t>
      </w:r>
      <w:r w:rsidRPr="00D632CD">
        <w:rPr>
          <w:lang w:val="sr-Cyrl-RS"/>
        </w:rPr>
        <w:t xml:space="preserve"> 1. до 3. овог члана меродавно право је право Републике Србије.</w:t>
      </w:r>
    </w:p>
    <w:p w14:paraId="4F0331C2" w14:textId="77777777" w:rsidR="005A4155" w:rsidRDefault="005A4155">
      <w:pPr>
        <w:jc w:val="center"/>
        <w:rPr>
          <w:lang w:val="sr-Cyrl-RS"/>
        </w:rPr>
      </w:pPr>
    </w:p>
    <w:p w14:paraId="3FA51F3A" w14:textId="1B7768FB" w:rsidR="00B67CA3" w:rsidRPr="005A4155" w:rsidRDefault="00847618">
      <w:pPr>
        <w:jc w:val="center"/>
        <w:rPr>
          <w:b/>
          <w:bCs/>
          <w:lang w:val="sr-Cyrl-RS"/>
        </w:rPr>
      </w:pPr>
      <w:r w:rsidRPr="005A4155">
        <w:rPr>
          <w:b/>
          <w:bCs/>
          <w:lang w:val="sr-Cyrl-RS"/>
        </w:rPr>
        <w:t>VIII НАДЗОР</w:t>
      </w:r>
    </w:p>
    <w:p w14:paraId="3CABC43E" w14:textId="77777777" w:rsidR="00B67CA3" w:rsidRPr="005A4155" w:rsidRDefault="00847618">
      <w:pPr>
        <w:spacing w:after="0"/>
        <w:jc w:val="center"/>
        <w:rPr>
          <w:b/>
          <w:bCs/>
          <w:lang w:val="sr-Cyrl-RS"/>
        </w:rPr>
      </w:pPr>
      <w:r w:rsidRPr="005A4155">
        <w:rPr>
          <w:b/>
          <w:bCs/>
          <w:lang w:val="sr-Cyrl-RS"/>
        </w:rPr>
        <w:t>Надзор над реализацијом јавних уговора</w:t>
      </w:r>
    </w:p>
    <w:p w14:paraId="24946600" w14:textId="77777777" w:rsidR="00B67CA3" w:rsidRPr="005A4155" w:rsidRDefault="00847618">
      <w:pPr>
        <w:jc w:val="center"/>
        <w:rPr>
          <w:b/>
          <w:bCs/>
          <w:lang w:val="sr-Cyrl-RS"/>
        </w:rPr>
      </w:pPr>
      <w:r w:rsidRPr="005A4155">
        <w:rPr>
          <w:b/>
          <w:bCs/>
          <w:lang w:val="sr-Cyrl-RS"/>
        </w:rPr>
        <w:t>Члан 68</w:t>
      </w:r>
    </w:p>
    <w:p w14:paraId="6C19E1EB" w14:textId="77777777" w:rsidR="00B67CA3" w:rsidRPr="00D632CD" w:rsidRDefault="00847618">
      <w:pPr>
        <w:jc w:val="both"/>
        <w:rPr>
          <w:lang w:val="sr-Cyrl-RS"/>
        </w:rPr>
      </w:pPr>
      <w:r w:rsidRPr="00D632CD">
        <w:rPr>
          <w:lang w:val="sr-Cyrl-RS"/>
        </w:rPr>
        <w:t>Влада посебним актом уређује надзор над реализацијом јавних уговора у смислу овог закона.</w:t>
      </w:r>
    </w:p>
    <w:p w14:paraId="37FCDEFF" w14:textId="77777777" w:rsidR="00B67CA3" w:rsidRPr="00D632CD" w:rsidRDefault="00847618">
      <w:pPr>
        <w:jc w:val="both"/>
        <w:rPr>
          <w:lang w:val="sr-Cyrl-RS"/>
        </w:rPr>
      </w:pPr>
      <w:r w:rsidRPr="00D632CD">
        <w:rPr>
          <w:lang w:val="sr-Cyrl-RS"/>
        </w:rPr>
        <w:t>Актом из става 1. овог члана прописују се права и обавезе јавног и приватног сектора у поступку надзора над реализацијом уговора.</w:t>
      </w:r>
    </w:p>
    <w:p w14:paraId="29B33FF0" w14:textId="77777777" w:rsidR="005A4155" w:rsidRPr="00D632CD" w:rsidRDefault="005A4155">
      <w:pPr>
        <w:jc w:val="both"/>
        <w:rPr>
          <w:lang w:val="sr-Cyrl-RS"/>
        </w:rPr>
      </w:pPr>
      <w:bookmarkStart w:id="0" w:name="_GoBack"/>
      <w:bookmarkEnd w:id="0"/>
    </w:p>
    <w:p w14:paraId="5579DAA7" w14:textId="77777777" w:rsidR="00B67CA3" w:rsidRPr="005A4155" w:rsidRDefault="00847618">
      <w:pPr>
        <w:spacing w:after="0"/>
        <w:jc w:val="center"/>
        <w:rPr>
          <w:b/>
          <w:bCs/>
          <w:lang w:val="sr-Cyrl-RS"/>
        </w:rPr>
      </w:pPr>
      <w:r w:rsidRPr="005A4155">
        <w:rPr>
          <w:b/>
          <w:bCs/>
          <w:lang w:val="sr-Cyrl-RS"/>
        </w:rPr>
        <w:t>Надзор министарства надлежног за послове финансија</w:t>
      </w:r>
    </w:p>
    <w:p w14:paraId="3EC60A1E" w14:textId="77777777" w:rsidR="00B67CA3" w:rsidRPr="005A4155" w:rsidRDefault="00847618">
      <w:pPr>
        <w:jc w:val="center"/>
        <w:rPr>
          <w:b/>
          <w:bCs/>
          <w:lang w:val="sr-Cyrl-RS"/>
        </w:rPr>
      </w:pPr>
      <w:r w:rsidRPr="005A4155">
        <w:rPr>
          <w:b/>
          <w:bCs/>
          <w:lang w:val="sr-Cyrl-RS"/>
        </w:rPr>
        <w:t>Члан 69</w:t>
      </w:r>
    </w:p>
    <w:p w14:paraId="4E7EE562" w14:textId="77777777" w:rsidR="00B67CA3" w:rsidRPr="00D632CD" w:rsidRDefault="00847618">
      <w:pPr>
        <w:jc w:val="both"/>
        <w:rPr>
          <w:lang w:val="sr-Cyrl-RS"/>
        </w:rPr>
      </w:pPr>
      <w:r w:rsidRPr="00D632CD">
        <w:rPr>
          <w:lang w:val="sr-Cyrl-RS"/>
        </w:rPr>
        <w:t xml:space="preserve">Поред надзора из члана </w:t>
      </w:r>
      <w:r w:rsidRPr="008D5210">
        <w:rPr>
          <w:lang w:val="sr-Cyrl-RS"/>
        </w:rPr>
        <w:t xml:space="preserve">68. </w:t>
      </w:r>
      <w:r w:rsidRPr="00D632CD">
        <w:rPr>
          <w:lang w:val="sr-Cyrl-RS"/>
        </w:rPr>
        <w:t>овог закона, министарство надлежно за послове финансија, односно орган аутономне покрајине или јединице локалне самоуправе надлежан за послове финансија, може самостално, без захтева јавног партнера, да покрене поступак надзора путем инспекцијских, односно надлежних пореских служби и органа над приватним партнером који не извршава обавезе у складу са јавним уговором, а у оквиру делокруга надлежности министарства надлежног за послове финансија, односно органа аутономне покрајине или јединице локалне самоуправе надлежног за послове финансија.</w:t>
      </w:r>
    </w:p>
    <w:p w14:paraId="7532BB30" w14:textId="77777777" w:rsidR="00B67CA3" w:rsidRPr="00D632CD" w:rsidRDefault="00847618">
      <w:pPr>
        <w:jc w:val="both"/>
        <w:rPr>
          <w:lang w:val="sr-Cyrl-RS"/>
        </w:rPr>
      </w:pPr>
      <w:r w:rsidRPr="00D632CD">
        <w:rPr>
          <w:lang w:val="sr-Cyrl-RS"/>
        </w:rPr>
        <w:t>Јавни партнер, односно надлежно тело за спровођење или надзор над применом закона којим се уређује поједина врста ЈПП са или без елемената концесије, дужан је да поштује и извршава захтеве министарства надлежног за послове финансија, односно органа аутономне покрајине или јединице локалне самоуправе надлежног за послове финансија, и да учествује у вршењу свих врста надзора из става 1. овог члана.</w:t>
      </w:r>
    </w:p>
    <w:p w14:paraId="3644116E" w14:textId="77777777" w:rsidR="00B67CA3" w:rsidRPr="00D632CD" w:rsidRDefault="00847618">
      <w:pPr>
        <w:jc w:val="both"/>
        <w:rPr>
          <w:lang w:val="sr-Cyrl-RS"/>
        </w:rPr>
      </w:pPr>
      <w:r w:rsidRPr="00D632CD">
        <w:rPr>
          <w:lang w:val="sr-Cyrl-RS"/>
        </w:rPr>
        <w:t>У случају неизвршавања мера и препорука министарства надлежног за послове финансија, односно органа аутономне покрајине или јединице локалне самоуправе надлежног за послове финансија, као и у случају неостваривања сарадње, министарство надлежно за послове финансија, односно орган аутономне покрајине или јединице локалне самоуправе надлежан за послове финансија, може затражити покретање управног и инспекцијског надзора у складу са одредбама закона којим се уређује рад органа државне управе.</w:t>
      </w:r>
    </w:p>
    <w:p w14:paraId="6C5D7F80" w14:textId="4F9CC1F8" w:rsidR="00B67CA3" w:rsidRPr="00D632CD" w:rsidRDefault="00847618">
      <w:pPr>
        <w:jc w:val="both"/>
        <w:rPr>
          <w:lang w:val="sr-Cyrl-RS"/>
        </w:rPr>
      </w:pPr>
      <w:r w:rsidRPr="00D632CD">
        <w:rPr>
          <w:lang w:val="sr-Cyrl-RS"/>
        </w:rPr>
        <w:t>Министарство надлежно за послове финансија, односно орган аутономне покрајине или јединице локалне самоуправе надлежан за послове финансија, осим мера из ст. 1. до 3. овог члана, спроводи и све остале активности везане за сарадњу са јавним партнерима који спроводе јавне уговоре у циљу превентивног деловања, као и у циљу усклађивања свих активности у области ЈПП са или без елемената концесије, за све време трајања јавног уговора.</w:t>
      </w:r>
    </w:p>
    <w:p w14:paraId="59F149D5" w14:textId="77777777" w:rsidR="00B67CA3" w:rsidRPr="005A4155" w:rsidRDefault="00847618">
      <w:pPr>
        <w:spacing w:after="0"/>
        <w:jc w:val="center"/>
        <w:rPr>
          <w:b/>
          <w:bCs/>
          <w:lang w:val="sr-Cyrl-RS"/>
        </w:rPr>
      </w:pPr>
      <w:r w:rsidRPr="005A4155">
        <w:rPr>
          <w:b/>
          <w:bCs/>
          <w:lang w:val="sr-Cyrl-RS"/>
        </w:rPr>
        <w:t>Праћење реализације јавног уговора</w:t>
      </w:r>
    </w:p>
    <w:p w14:paraId="18AA65CB" w14:textId="77777777" w:rsidR="00B67CA3" w:rsidRPr="005A4155" w:rsidRDefault="00847618">
      <w:pPr>
        <w:jc w:val="center"/>
        <w:rPr>
          <w:b/>
          <w:bCs/>
          <w:lang w:val="sr-Cyrl-RS"/>
        </w:rPr>
      </w:pPr>
      <w:r w:rsidRPr="005A4155">
        <w:rPr>
          <w:b/>
          <w:bCs/>
          <w:lang w:val="sr-Cyrl-RS"/>
        </w:rPr>
        <w:lastRenderedPageBreak/>
        <w:t>Члан 70</w:t>
      </w:r>
    </w:p>
    <w:p w14:paraId="5C0FE86C" w14:textId="77777777" w:rsidR="00B67CA3" w:rsidRPr="00D632CD" w:rsidRDefault="00847618">
      <w:pPr>
        <w:jc w:val="both"/>
        <w:rPr>
          <w:lang w:val="sr-Cyrl-RS"/>
        </w:rPr>
      </w:pPr>
      <w:r w:rsidRPr="00D632CD">
        <w:rPr>
          <w:lang w:val="sr-Cyrl-RS"/>
        </w:rPr>
        <w:t>У складу са овим законом, јавни партнер дужан је да континуирано прати рад приватног партнера и извршавање његових обавеза из јавног уговора, као и извршавање свих плаћања у складу са јавним уговором.</w:t>
      </w:r>
    </w:p>
    <w:p w14:paraId="6954629B" w14:textId="77777777" w:rsidR="00B67CA3" w:rsidRPr="00D632CD" w:rsidRDefault="00847618">
      <w:pPr>
        <w:jc w:val="both"/>
        <w:rPr>
          <w:lang w:val="sr-Cyrl-RS"/>
        </w:rPr>
      </w:pPr>
      <w:r w:rsidRPr="00D632CD">
        <w:rPr>
          <w:lang w:val="sr-Cyrl-RS"/>
        </w:rPr>
        <w:t>Јавни партнер је дужан да:</w:t>
      </w:r>
    </w:p>
    <w:p w14:paraId="6557B94F" w14:textId="77777777" w:rsidR="00B67CA3" w:rsidRPr="00D632CD" w:rsidRDefault="00847618">
      <w:pPr>
        <w:jc w:val="both"/>
        <w:rPr>
          <w:lang w:val="sr-Cyrl-RS"/>
        </w:rPr>
      </w:pPr>
      <w:r w:rsidRPr="00D632CD">
        <w:rPr>
          <w:lang w:val="sr-Cyrl-RS"/>
        </w:rPr>
        <w:t>1) најмање једанпут годишње од приватног партнера затражи посебне периодичне извештаје о његовом раду, активностима и испуњењу обавеза, у складу са јавним уговором;</w:t>
      </w:r>
    </w:p>
    <w:p w14:paraId="716D0634" w14:textId="0FB13407" w:rsidR="00B67CA3" w:rsidRPr="00D632CD" w:rsidRDefault="00847618">
      <w:pPr>
        <w:jc w:val="both"/>
        <w:rPr>
          <w:lang w:val="sr-Cyrl-RS"/>
        </w:rPr>
      </w:pPr>
      <w:r w:rsidRPr="00D632CD">
        <w:rPr>
          <w:lang w:val="sr-Cyrl-RS"/>
        </w:rPr>
        <w:t xml:space="preserve">2) обавести министарство надлежно за послове финансија, односно орган аутономне покрајине или јединице локалне самоуправе надлежан за послове финансија, о примљеним периодичким извештајима </w:t>
      </w:r>
      <w:r w:rsidR="00C562B6">
        <w:rPr>
          <w:lang w:val="sr-Cyrl-RS"/>
        </w:rPr>
        <w:t xml:space="preserve">из тачке 1) </w:t>
      </w:r>
      <w:r w:rsidRPr="00D632CD">
        <w:rPr>
          <w:lang w:val="sr-Cyrl-RS"/>
        </w:rPr>
        <w:t>овог</w:t>
      </w:r>
      <w:r w:rsidR="00C562B6">
        <w:rPr>
          <w:lang w:val="sr-Cyrl-RS"/>
        </w:rPr>
        <w:t xml:space="preserve"> става</w:t>
      </w:r>
      <w:r w:rsidRPr="00D632CD">
        <w:rPr>
          <w:lang w:val="sr-Cyrl-RS"/>
        </w:rPr>
        <w:t>;</w:t>
      </w:r>
    </w:p>
    <w:p w14:paraId="7E93F86A" w14:textId="77777777" w:rsidR="00B67CA3" w:rsidRPr="00D632CD" w:rsidRDefault="00847618">
      <w:pPr>
        <w:jc w:val="both"/>
        <w:rPr>
          <w:lang w:val="sr-Cyrl-RS"/>
        </w:rPr>
      </w:pPr>
      <w:r w:rsidRPr="00D632CD">
        <w:rPr>
          <w:lang w:val="sr-Cyrl-RS"/>
        </w:rPr>
        <w:t>3) за време трајања јавног уговора води посебну документацију која се односи на пословање приватног партнера, при чему је дужан да води евиденцију о свим повезаним привредним друштвима приватног партнера коме је додељен уговор, као и о подизвођачима;</w:t>
      </w:r>
    </w:p>
    <w:p w14:paraId="0DAE00B5" w14:textId="77777777" w:rsidR="00B67CA3" w:rsidRPr="00D632CD" w:rsidRDefault="00847618">
      <w:pPr>
        <w:jc w:val="both"/>
        <w:rPr>
          <w:lang w:val="sr-Cyrl-RS"/>
        </w:rPr>
      </w:pPr>
      <w:r w:rsidRPr="00D632CD">
        <w:rPr>
          <w:lang w:val="sr-Cyrl-RS"/>
        </w:rPr>
        <w:t>4) чува документацију која се односи на јавни уговор до истека трајања рока на који је закључен уговор. Након истека рока на који је уговор закључен, документација се чува у складу са посебним прописима којима се уређује чување архивске документације;</w:t>
      </w:r>
    </w:p>
    <w:p w14:paraId="675DDF84" w14:textId="77777777" w:rsidR="00B67CA3" w:rsidRPr="00D632CD" w:rsidRDefault="00847618">
      <w:pPr>
        <w:jc w:val="both"/>
        <w:rPr>
          <w:lang w:val="sr-Cyrl-RS"/>
        </w:rPr>
      </w:pPr>
      <w:r w:rsidRPr="00D632CD">
        <w:rPr>
          <w:lang w:val="sr-Cyrl-RS"/>
        </w:rPr>
        <w:t>5) у року од највише 30 дана од дана пријема захтева министарства надлежног за послове финансија, односно органа аутономне покрајине или јединице локалне самоуправе надлежног за послове финансија, достави све потребне податке о постојећем ЈПП, са или без елемената концесије;</w:t>
      </w:r>
    </w:p>
    <w:p w14:paraId="1754BAE6" w14:textId="77777777" w:rsidR="00B67CA3" w:rsidRPr="00D632CD" w:rsidRDefault="00847618">
      <w:pPr>
        <w:jc w:val="both"/>
        <w:rPr>
          <w:lang w:val="sr-Cyrl-RS"/>
        </w:rPr>
      </w:pPr>
      <w:r w:rsidRPr="00D632CD">
        <w:rPr>
          <w:lang w:val="sr-Cyrl-RS"/>
        </w:rPr>
        <w:t>6) обавести надлежно јавно правобранилаштво о поступцима непоштовања уговора, када постоје разлози за покретање одређених поступака од стране надлежног јавног правобранилаштва;</w:t>
      </w:r>
    </w:p>
    <w:p w14:paraId="2892CB45" w14:textId="77777777" w:rsidR="00B67CA3" w:rsidRPr="00D632CD" w:rsidRDefault="00847618">
      <w:pPr>
        <w:jc w:val="both"/>
        <w:rPr>
          <w:lang w:val="sr-Cyrl-RS"/>
        </w:rPr>
      </w:pPr>
      <w:r w:rsidRPr="00D632CD">
        <w:rPr>
          <w:lang w:val="sr-Cyrl-RS"/>
        </w:rPr>
        <w:t>7) подноси Комисији годишњи извештај о реализацији пројеката ЈПП, односно јавног уговора, у садржини, форми, року и на начин прописан подзаконским актом министра надлежног за послове привреде.</w:t>
      </w:r>
    </w:p>
    <w:p w14:paraId="228CD502" w14:textId="77777777" w:rsidR="00B67CA3" w:rsidRDefault="00847618">
      <w:pPr>
        <w:jc w:val="both"/>
        <w:rPr>
          <w:lang w:val="sr-Cyrl-RS"/>
        </w:rPr>
      </w:pPr>
      <w:r w:rsidRPr="00D632CD">
        <w:rPr>
          <w:lang w:val="sr-Cyrl-RS"/>
        </w:rPr>
        <w:t>Јавни партнер дужан је да у случају неизмирених дуговања која произилазе из уговора предузме све мере надзора и принудне наплате, и свих правних радњи у складу са одредбама јавног уговора, осталим овлашћењима, као и одредбама овог закона.</w:t>
      </w:r>
    </w:p>
    <w:p w14:paraId="4EE14449" w14:textId="77777777" w:rsidR="005A4155" w:rsidRPr="00D632CD" w:rsidRDefault="005A4155">
      <w:pPr>
        <w:jc w:val="both"/>
        <w:rPr>
          <w:lang w:val="sr-Cyrl-RS"/>
        </w:rPr>
      </w:pPr>
    </w:p>
    <w:p w14:paraId="0FD47762" w14:textId="77777777" w:rsidR="00B67CA3" w:rsidRPr="005A4155" w:rsidRDefault="00847618">
      <w:pPr>
        <w:spacing w:after="0"/>
        <w:jc w:val="center"/>
        <w:rPr>
          <w:b/>
          <w:bCs/>
          <w:lang w:val="sr-Cyrl-RS"/>
        </w:rPr>
      </w:pPr>
      <w:r w:rsidRPr="005A4155">
        <w:rPr>
          <w:b/>
          <w:bCs/>
          <w:lang w:val="sr-Cyrl-RS"/>
        </w:rPr>
        <w:t>Обавештавање о неправилностима</w:t>
      </w:r>
    </w:p>
    <w:p w14:paraId="64F4B348" w14:textId="77777777" w:rsidR="00B67CA3" w:rsidRPr="005A4155" w:rsidRDefault="00847618">
      <w:pPr>
        <w:jc w:val="center"/>
        <w:rPr>
          <w:b/>
          <w:bCs/>
          <w:lang w:val="sr-Cyrl-RS"/>
        </w:rPr>
      </w:pPr>
      <w:r w:rsidRPr="005A4155">
        <w:rPr>
          <w:b/>
          <w:bCs/>
          <w:lang w:val="sr-Cyrl-RS"/>
        </w:rPr>
        <w:t>Члан 71</w:t>
      </w:r>
    </w:p>
    <w:p w14:paraId="1A8EB257" w14:textId="77777777" w:rsidR="00B67CA3" w:rsidRPr="00D632CD" w:rsidRDefault="00847618">
      <w:pPr>
        <w:jc w:val="both"/>
        <w:rPr>
          <w:lang w:val="sr-Cyrl-RS"/>
        </w:rPr>
      </w:pPr>
      <w:r w:rsidRPr="00D632CD">
        <w:rPr>
          <w:lang w:val="sr-Cyrl-RS"/>
        </w:rPr>
        <w:t>Јавни партнер, благовремено и у писаном облику обавештава министарство надлежно за послове финансија, односно орган аутономне покрајине или јединице локалне самоуправе надлежан за послове финансија, о свим уоченим неправилностима и предузетим мерама, а најкасније у року од 30 дана од дана уочене неправилности, односно предузете мере.</w:t>
      </w:r>
    </w:p>
    <w:p w14:paraId="6F5C7DA2" w14:textId="77777777" w:rsidR="00B67CA3" w:rsidRPr="00D632CD" w:rsidRDefault="00847618">
      <w:pPr>
        <w:jc w:val="both"/>
        <w:rPr>
          <w:lang w:val="sr-Cyrl-RS"/>
        </w:rPr>
      </w:pPr>
      <w:r w:rsidRPr="00D632CD">
        <w:rPr>
          <w:lang w:val="sr-Cyrl-RS"/>
        </w:rPr>
        <w:lastRenderedPageBreak/>
        <w:t>Приватни партнер је дужан да поступи по захтеву јавног партнера или министарства надлежног за послове финансија, односно органа аутономне покрајине или јединице локалне самоуправе надлежног за послове финансија, ако се од њега тражи потврда о извршавању преузетих уговорних обавеза или други битни подаци о поштовању уговора у року од 30 дана од дана пријема захтева.</w:t>
      </w:r>
    </w:p>
    <w:p w14:paraId="4A4C9B60" w14:textId="77777777" w:rsidR="00B67CA3" w:rsidRPr="00D632CD" w:rsidRDefault="00847618">
      <w:pPr>
        <w:jc w:val="both"/>
        <w:rPr>
          <w:lang w:val="sr-Cyrl-RS"/>
        </w:rPr>
      </w:pPr>
      <w:r w:rsidRPr="00D632CD">
        <w:rPr>
          <w:lang w:val="sr-Cyrl-RS"/>
        </w:rPr>
        <w:t>У случају непоступања по захтеву из става 2. овог члана, јавни партнер је дужан да предузме све правне радње у складу са својим овлашћењима и одредбама јавног уговора.</w:t>
      </w:r>
    </w:p>
    <w:p w14:paraId="77F17E86" w14:textId="77777777" w:rsidR="00B67CA3" w:rsidRPr="00D632CD" w:rsidRDefault="00847618">
      <w:pPr>
        <w:jc w:val="both"/>
        <w:rPr>
          <w:lang w:val="sr-Cyrl-RS"/>
        </w:rPr>
      </w:pPr>
      <w:r w:rsidRPr="00D632CD">
        <w:rPr>
          <w:lang w:val="sr-Cyrl-RS"/>
        </w:rPr>
        <w:t>У поступцима када није могуће испуњење обавеза из јавног уговора, јавни партнер је дужан да о томе обавести надлежно јавно правобранилаштво и надзорне и инспекцијске службе, као и да покрене све неопходне радње и мере ради исправљања уочених неправилности.</w:t>
      </w:r>
    </w:p>
    <w:p w14:paraId="068FD3EB" w14:textId="77777777" w:rsidR="00B67CA3" w:rsidRPr="00D632CD" w:rsidRDefault="00847618">
      <w:pPr>
        <w:jc w:val="both"/>
        <w:rPr>
          <w:lang w:val="sr-Cyrl-RS"/>
        </w:rPr>
      </w:pPr>
      <w:r w:rsidRPr="00D632CD">
        <w:rPr>
          <w:lang w:val="sr-Cyrl-RS"/>
        </w:rPr>
        <w:t>Јавни партнер је дужан да обавести министарство надлежно за послове финансија, односно орган аутономне покрајине или јединице локалне самоуправе надлежан за послове финансија о предузетим мерама из става 4. овог члана у року од 15 дана од дана предузимања тих мера и да редовно извештава о свим поступцима покренутим за време реализације наведених мера.</w:t>
      </w:r>
    </w:p>
    <w:p w14:paraId="25BB0F26" w14:textId="77777777" w:rsidR="008D5210" w:rsidRDefault="008D5210">
      <w:pPr>
        <w:jc w:val="center"/>
        <w:rPr>
          <w:lang w:val="sr-Cyrl-RS"/>
        </w:rPr>
      </w:pPr>
    </w:p>
    <w:p w14:paraId="7841524B" w14:textId="7131FCC5" w:rsidR="00B67CA3" w:rsidRPr="005A4155" w:rsidRDefault="00847618">
      <w:pPr>
        <w:jc w:val="center"/>
        <w:rPr>
          <w:b/>
          <w:bCs/>
          <w:lang w:val="sr-Cyrl-RS"/>
        </w:rPr>
      </w:pPr>
      <w:r w:rsidRPr="005A4155">
        <w:rPr>
          <w:b/>
          <w:bCs/>
          <w:lang w:val="sr-Cyrl-RS"/>
        </w:rPr>
        <w:t>IX КОМИСИЈА</w:t>
      </w:r>
    </w:p>
    <w:p w14:paraId="7CFEF0AB" w14:textId="77777777" w:rsidR="00B67CA3" w:rsidRPr="005A4155" w:rsidRDefault="00847618">
      <w:pPr>
        <w:spacing w:after="0"/>
        <w:jc w:val="center"/>
        <w:rPr>
          <w:b/>
          <w:bCs/>
          <w:lang w:val="sr-Cyrl-RS"/>
        </w:rPr>
      </w:pPr>
      <w:r w:rsidRPr="005A4155">
        <w:rPr>
          <w:b/>
          <w:bCs/>
          <w:lang w:val="sr-Cyrl-RS"/>
        </w:rPr>
        <w:t>Оснивање Комисије</w:t>
      </w:r>
    </w:p>
    <w:p w14:paraId="5B63BFD6" w14:textId="77777777" w:rsidR="00B67CA3" w:rsidRPr="005A4155" w:rsidRDefault="00847618">
      <w:pPr>
        <w:jc w:val="center"/>
        <w:rPr>
          <w:b/>
          <w:bCs/>
          <w:lang w:val="sr-Cyrl-RS"/>
        </w:rPr>
      </w:pPr>
      <w:r w:rsidRPr="005A4155">
        <w:rPr>
          <w:b/>
          <w:bCs/>
          <w:lang w:val="sr-Cyrl-RS"/>
        </w:rPr>
        <w:t>Члан 72</w:t>
      </w:r>
    </w:p>
    <w:p w14:paraId="1CC36E5A" w14:textId="426826A0" w:rsidR="00B67CA3" w:rsidRPr="00D632CD" w:rsidRDefault="00847618">
      <w:pPr>
        <w:jc w:val="both"/>
        <w:rPr>
          <w:lang w:val="sr-Cyrl-RS"/>
        </w:rPr>
      </w:pPr>
      <w:r w:rsidRPr="00D632CD">
        <w:rPr>
          <w:lang w:val="sr-Cyrl-RS"/>
        </w:rPr>
        <w:t>Стручну помоћ при реализацији пројеката јавно-приватних партнерстава и концесија у складу са овим законом врши Комисија, коју образује Влада на предлог председника Владе, министарства надлежног за послове привреде, министарства надлежног за послове финансија, министарства надлежног за послове инфраструктуре, министарства надлежног за послове рударства, министарства надлежног за послове комуналних делатности, министарства надлежног за послове заштите животне средине, аутономне покрајине и града Београда.</w:t>
      </w:r>
    </w:p>
    <w:p w14:paraId="106D44F8" w14:textId="77777777" w:rsidR="00B67CA3" w:rsidRPr="00D632CD" w:rsidRDefault="00847618">
      <w:pPr>
        <w:jc w:val="both"/>
        <w:rPr>
          <w:lang w:val="sr-Cyrl-RS"/>
        </w:rPr>
      </w:pPr>
      <w:r w:rsidRPr="00D632CD">
        <w:rPr>
          <w:lang w:val="sr-Cyrl-RS"/>
        </w:rPr>
        <w:t>Представник министарства надлежног за послове привреде је председник Комисије, а представник министарства надлежног за послове финансија је заменик председника Комисије.</w:t>
      </w:r>
    </w:p>
    <w:p w14:paraId="4AFBA281" w14:textId="77777777" w:rsidR="00B67CA3" w:rsidRPr="00D632CD" w:rsidRDefault="00847618">
      <w:pPr>
        <w:jc w:val="both"/>
        <w:rPr>
          <w:lang w:val="sr-Cyrl-RS"/>
        </w:rPr>
      </w:pPr>
      <w:r w:rsidRPr="00D632CD">
        <w:rPr>
          <w:lang w:val="sr-Cyrl-RS"/>
        </w:rPr>
        <w:t>Комисија има девет чланова.</w:t>
      </w:r>
    </w:p>
    <w:p w14:paraId="3296027C" w14:textId="77777777" w:rsidR="00B67CA3" w:rsidRPr="00D632CD" w:rsidRDefault="00847618">
      <w:pPr>
        <w:jc w:val="both"/>
        <w:rPr>
          <w:lang w:val="sr-Cyrl-RS"/>
        </w:rPr>
      </w:pPr>
      <w:r w:rsidRPr="00D632CD">
        <w:rPr>
          <w:lang w:val="sr-Cyrl-RS"/>
        </w:rPr>
        <w:t>За члана Комисије може бити предложено лице које је држављанин Републике Србије, које има најмање висок степен стручне спреме и поседује потребно стручно знање из области јавно-приватног партнерства, јавних набавки и концесија, и/или права Европске уније.</w:t>
      </w:r>
    </w:p>
    <w:p w14:paraId="3FEA1DCC" w14:textId="77777777" w:rsidR="00B67CA3" w:rsidRPr="00D632CD" w:rsidRDefault="00847618">
      <w:pPr>
        <w:jc w:val="both"/>
        <w:rPr>
          <w:lang w:val="sr-Cyrl-RS"/>
        </w:rPr>
      </w:pPr>
      <w:r w:rsidRPr="00D632CD">
        <w:rPr>
          <w:lang w:val="sr-Cyrl-RS"/>
        </w:rPr>
        <w:t>Члан Комисије прима накнаду за рад у Комисији, коју утврђује Влада.</w:t>
      </w:r>
    </w:p>
    <w:p w14:paraId="1385F148" w14:textId="77777777" w:rsidR="00B67CA3" w:rsidRPr="00D632CD" w:rsidRDefault="00847618">
      <w:pPr>
        <w:jc w:val="both"/>
        <w:rPr>
          <w:lang w:val="sr-Cyrl-RS"/>
        </w:rPr>
      </w:pPr>
      <w:r w:rsidRPr="00D632CD">
        <w:rPr>
          <w:lang w:val="sr-Cyrl-RS"/>
        </w:rPr>
        <w:t>Комисија доноси пословник о свом раду.</w:t>
      </w:r>
    </w:p>
    <w:p w14:paraId="1486064A" w14:textId="77777777" w:rsidR="00B67CA3" w:rsidRDefault="00847618">
      <w:pPr>
        <w:jc w:val="both"/>
        <w:rPr>
          <w:lang w:val="sr-Cyrl-RS"/>
        </w:rPr>
      </w:pPr>
      <w:r w:rsidRPr="00D632CD">
        <w:rPr>
          <w:lang w:val="sr-Cyrl-RS"/>
        </w:rPr>
        <w:t>Комисија је оперативно независна у раду.</w:t>
      </w:r>
    </w:p>
    <w:p w14:paraId="30E4ADB8" w14:textId="77777777" w:rsidR="00B45672" w:rsidRPr="00D632CD" w:rsidRDefault="00B45672">
      <w:pPr>
        <w:jc w:val="both"/>
        <w:rPr>
          <w:lang w:val="sr-Cyrl-RS"/>
        </w:rPr>
      </w:pPr>
    </w:p>
    <w:p w14:paraId="74AC0205" w14:textId="77777777" w:rsidR="00B67CA3" w:rsidRPr="00B45672" w:rsidRDefault="00847618" w:rsidP="00B45672">
      <w:pPr>
        <w:jc w:val="center"/>
        <w:rPr>
          <w:b/>
          <w:bCs/>
          <w:lang w:val="sr-Cyrl-RS"/>
        </w:rPr>
      </w:pPr>
      <w:r w:rsidRPr="00B45672">
        <w:rPr>
          <w:b/>
          <w:bCs/>
          <w:lang w:val="sr-Cyrl-RS"/>
        </w:rPr>
        <w:t>Средства и услови за рад Комисије</w:t>
      </w:r>
    </w:p>
    <w:p w14:paraId="05D6826A" w14:textId="77777777" w:rsidR="00B67CA3" w:rsidRPr="00B45672" w:rsidRDefault="00847618" w:rsidP="00B45672">
      <w:pPr>
        <w:jc w:val="center"/>
        <w:rPr>
          <w:b/>
          <w:bCs/>
          <w:lang w:val="sr-Cyrl-RS"/>
        </w:rPr>
      </w:pPr>
      <w:r w:rsidRPr="00B45672">
        <w:rPr>
          <w:b/>
          <w:bCs/>
          <w:lang w:val="sr-Cyrl-RS"/>
        </w:rPr>
        <w:t>Члан 73</w:t>
      </w:r>
    </w:p>
    <w:p w14:paraId="1155D515" w14:textId="77777777" w:rsidR="00B67CA3" w:rsidRPr="00D632CD" w:rsidRDefault="00847618">
      <w:pPr>
        <w:jc w:val="both"/>
        <w:rPr>
          <w:lang w:val="sr-Cyrl-RS"/>
        </w:rPr>
      </w:pPr>
      <w:r w:rsidRPr="00D632CD">
        <w:rPr>
          <w:lang w:val="sr-Cyrl-RS"/>
        </w:rPr>
        <w:lastRenderedPageBreak/>
        <w:t>Средства за рад Комисије обезбеђују се у буџету Републике Србије.</w:t>
      </w:r>
    </w:p>
    <w:p w14:paraId="24DC3F6D" w14:textId="77777777" w:rsidR="00B67CA3" w:rsidRDefault="00847618">
      <w:pPr>
        <w:jc w:val="both"/>
        <w:rPr>
          <w:lang w:val="sr-Cyrl-RS"/>
        </w:rPr>
      </w:pPr>
      <w:r w:rsidRPr="00D632CD">
        <w:rPr>
          <w:lang w:val="sr-Cyrl-RS"/>
        </w:rPr>
        <w:t>Министарство обезбеђује простор и друге услове за рад Комисије.</w:t>
      </w:r>
    </w:p>
    <w:p w14:paraId="3FC4C30B" w14:textId="77777777" w:rsidR="00B45672" w:rsidRPr="00D632CD" w:rsidRDefault="00B45672">
      <w:pPr>
        <w:jc w:val="both"/>
        <w:rPr>
          <w:lang w:val="sr-Cyrl-RS"/>
        </w:rPr>
      </w:pPr>
    </w:p>
    <w:p w14:paraId="307A064D" w14:textId="77777777" w:rsidR="00B67CA3" w:rsidRPr="00B45672" w:rsidRDefault="00847618" w:rsidP="00B45672">
      <w:pPr>
        <w:jc w:val="center"/>
        <w:rPr>
          <w:b/>
          <w:bCs/>
          <w:lang w:val="sr-Cyrl-RS"/>
        </w:rPr>
      </w:pPr>
      <w:r w:rsidRPr="00B45672">
        <w:rPr>
          <w:b/>
          <w:bCs/>
          <w:lang w:val="sr-Cyrl-RS"/>
        </w:rPr>
        <w:t>Именовање и престанак мандата члана Комисије</w:t>
      </w:r>
    </w:p>
    <w:p w14:paraId="5450794F" w14:textId="77777777" w:rsidR="00B67CA3" w:rsidRPr="00B45672" w:rsidRDefault="00847618" w:rsidP="00B45672">
      <w:pPr>
        <w:jc w:val="center"/>
        <w:rPr>
          <w:b/>
          <w:bCs/>
          <w:lang w:val="sr-Cyrl-RS"/>
        </w:rPr>
      </w:pPr>
      <w:r w:rsidRPr="00B45672">
        <w:rPr>
          <w:b/>
          <w:bCs/>
          <w:lang w:val="sr-Cyrl-RS"/>
        </w:rPr>
        <w:t>Члан 74</w:t>
      </w:r>
    </w:p>
    <w:p w14:paraId="2E4AB486" w14:textId="77777777" w:rsidR="00B67CA3" w:rsidRPr="00D632CD" w:rsidRDefault="00847618">
      <w:pPr>
        <w:jc w:val="both"/>
        <w:rPr>
          <w:lang w:val="sr-Cyrl-RS"/>
        </w:rPr>
      </w:pPr>
      <w:r w:rsidRPr="00D632CD">
        <w:rPr>
          <w:lang w:val="sr-Cyrl-RS"/>
        </w:rPr>
        <w:t>Члан Комисије именује се на период пет година са могућношћу поновног именовања, на предлог истог предлагача.</w:t>
      </w:r>
    </w:p>
    <w:p w14:paraId="02FC56F2" w14:textId="77777777" w:rsidR="00B67CA3" w:rsidRPr="00D632CD" w:rsidRDefault="00847618">
      <w:pPr>
        <w:jc w:val="both"/>
        <w:rPr>
          <w:lang w:val="sr-Cyrl-RS"/>
        </w:rPr>
      </w:pPr>
      <w:r w:rsidRPr="00D632CD">
        <w:rPr>
          <w:lang w:val="sr-Cyrl-RS"/>
        </w:rPr>
        <w:t>Мандат члана Комисије престаје:</w:t>
      </w:r>
    </w:p>
    <w:p w14:paraId="25A0225C" w14:textId="77777777" w:rsidR="00B67CA3" w:rsidRPr="00D632CD" w:rsidRDefault="00847618">
      <w:pPr>
        <w:jc w:val="both"/>
        <w:rPr>
          <w:lang w:val="sr-Cyrl-RS"/>
        </w:rPr>
      </w:pPr>
      <w:r w:rsidRPr="00D632CD">
        <w:rPr>
          <w:lang w:val="sr-Cyrl-RS"/>
        </w:rPr>
        <w:t>1) истеком времена на које је именован;</w:t>
      </w:r>
    </w:p>
    <w:p w14:paraId="0B52EFDB" w14:textId="77777777" w:rsidR="00B67CA3" w:rsidRPr="00D632CD" w:rsidRDefault="00847618">
      <w:pPr>
        <w:jc w:val="both"/>
        <w:rPr>
          <w:lang w:val="sr-Cyrl-RS"/>
        </w:rPr>
      </w:pPr>
      <w:r w:rsidRPr="00D632CD">
        <w:rPr>
          <w:lang w:val="sr-Cyrl-RS"/>
        </w:rPr>
        <w:t>2) ако поступа супротно одредбама овог закона;</w:t>
      </w:r>
    </w:p>
    <w:p w14:paraId="07C8532B" w14:textId="77777777" w:rsidR="00B67CA3" w:rsidRPr="00D632CD" w:rsidRDefault="00847618">
      <w:pPr>
        <w:jc w:val="both"/>
        <w:rPr>
          <w:lang w:val="sr-Cyrl-RS"/>
        </w:rPr>
      </w:pPr>
      <w:r w:rsidRPr="00D632CD">
        <w:rPr>
          <w:lang w:val="sr-Cyrl-RS"/>
        </w:rPr>
        <w:t>3) ако се у раду не придржава одредаба пословника;</w:t>
      </w:r>
    </w:p>
    <w:p w14:paraId="2B2B4B59" w14:textId="77777777" w:rsidR="00B67CA3" w:rsidRPr="00D632CD" w:rsidRDefault="00847618">
      <w:pPr>
        <w:jc w:val="both"/>
        <w:rPr>
          <w:lang w:val="sr-Cyrl-RS"/>
        </w:rPr>
      </w:pPr>
      <w:r w:rsidRPr="00D632CD">
        <w:rPr>
          <w:lang w:val="sr-Cyrl-RS"/>
        </w:rPr>
        <w:t>4) ако је осуђен на безусловну казну затвора од најмање шест месеци;</w:t>
      </w:r>
    </w:p>
    <w:p w14:paraId="36F66E0C" w14:textId="77777777" w:rsidR="00B67CA3" w:rsidRDefault="00847618">
      <w:pPr>
        <w:jc w:val="both"/>
        <w:rPr>
          <w:lang w:val="sr-Cyrl-RS"/>
        </w:rPr>
      </w:pPr>
      <w:r w:rsidRPr="00D632CD">
        <w:rPr>
          <w:lang w:val="sr-Cyrl-RS"/>
        </w:rPr>
        <w:t>5) на лични захтев, подношењем писмене оставке.</w:t>
      </w:r>
    </w:p>
    <w:p w14:paraId="69FB5330" w14:textId="77777777" w:rsidR="00B45672" w:rsidRPr="00D632CD" w:rsidRDefault="00B45672">
      <w:pPr>
        <w:jc w:val="both"/>
        <w:rPr>
          <w:lang w:val="sr-Cyrl-RS"/>
        </w:rPr>
      </w:pPr>
    </w:p>
    <w:p w14:paraId="26E89E99" w14:textId="77777777" w:rsidR="00B67CA3" w:rsidRPr="00B45672" w:rsidRDefault="00847618" w:rsidP="00B45672">
      <w:pPr>
        <w:jc w:val="center"/>
        <w:rPr>
          <w:b/>
          <w:bCs/>
          <w:lang w:val="sr-Cyrl-RS"/>
        </w:rPr>
      </w:pPr>
      <w:r w:rsidRPr="00B45672">
        <w:rPr>
          <w:b/>
          <w:bCs/>
          <w:lang w:val="sr-Cyrl-RS"/>
        </w:rPr>
        <w:t>Надлежност Комисије</w:t>
      </w:r>
    </w:p>
    <w:p w14:paraId="45191E10" w14:textId="77777777" w:rsidR="00B67CA3" w:rsidRPr="00B45672" w:rsidRDefault="00847618" w:rsidP="00B45672">
      <w:pPr>
        <w:jc w:val="center"/>
        <w:rPr>
          <w:b/>
          <w:bCs/>
          <w:lang w:val="sr-Cyrl-RS"/>
        </w:rPr>
      </w:pPr>
      <w:r w:rsidRPr="00B45672">
        <w:rPr>
          <w:b/>
          <w:bCs/>
          <w:lang w:val="sr-Cyrl-RS"/>
        </w:rPr>
        <w:t>Члан 75</w:t>
      </w:r>
    </w:p>
    <w:p w14:paraId="6FA3146A" w14:textId="77777777" w:rsidR="00B67CA3" w:rsidRPr="00D632CD" w:rsidRDefault="00847618">
      <w:pPr>
        <w:jc w:val="both"/>
        <w:rPr>
          <w:lang w:val="sr-Cyrl-RS"/>
        </w:rPr>
      </w:pPr>
      <w:r w:rsidRPr="00D632CD">
        <w:rPr>
          <w:lang w:val="sr-Cyrl-RS"/>
        </w:rPr>
        <w:t>Комисија:</w:t>
      </w:r>
    </w:p>
    <w:p w14:paraId="5E532715" w14:textId="77777777" w:rsidR="00B67CA3" w:rsidRPr="00D632CD" w:rsidRDefault="00847618">
      <w:pPr>
        <w:jc w:val="both"/>
        <w:rPr>
          <w:lang w:val="sr-Cyrl-RS"/>
        </w:rPr>
      </w:pPr>
      <w:r w:rsidRPr="00D632CD">
        <w:rPr>
          <w:lang w:val="sr-Cyrl-RS"/>
        </w:rPr>
        <w:t>1) помаже у припреми предлога за ЈПП како би се олакшао развој јавно-приватних партнерстава и јавних уговора;</w:t>
      </w:r>
    </w:p>
    <w:p w14:paraId="370F4525" w14:textId="77777777" w:rsidR="00B67CA3" w:rsidRPr="00D632CD" w:rsidRDefault="00847618">
      <w:pPr>
        <w:jc w:val="both"/>
        <w:rPr>
          <w:lang w:val="sr-Cyrl-RS"/>
        </w:rPr>
      </w:pPr>
      <w:r w:rsidRPr="00D632CD">
        <w:rPr>
          <w:lang w:val="sr-Cyrl-RS"/>
        </w:rPr>
        <w:t>2) информише и консултује о питањима јавно-приватних партнерстава са или без елемената концесије;</w:t>
      </w:r>
    </w:p>
    <w:p w14:paraId="5FDC6139" w14:textId="77777777" w:rsidR="00B67CA3" w:rsidRPr="00D632CD" w:rsidRDefault="00847618">
      <w:pPr>
        <w:jc w:val="both"/>
        <w:rPr>
          <w:lang w:val="sr-Cyrl-RS"/>
        </w:rPr>
      </w:pPr>
      <w:r w:rsidRPr="00D632CD">
        <w:rPr>
          <w:lang w:val="sr-Cyrl-RS"/>
        </w:rPr>
        <w:t>3) даје мишљење у поступку одобравања предлога ЈПП пројекта без елемената концесије и у поступку предлагања концесионог акта надлежним органима за одобравање;</w:t>
      </w:r>
    </w:p>
    <w:p w14:paraId="248ABE2C" w14:textId="6DD2D7FF" w:rsidR="00B67CA3" w:rsidRPr="00D632CD" w:rsidRDefault="00B45672">
      <w:pPr>
        <w:jc w:val="both"/>
        <w:rPr>
          <w:lang w:val="sr-Cyrl-RS"/>
        </w:rPr>
      </w:pPr>
      <w:r>
        <w:rPr>
          <w:lang w:val="sr-Cyrl-RS"/>
        </w:rPr>
        <w:t>4</w:t>
      </w:r>
      <w:r w:rsidRPr="00D632CD">
        <w:rPr>
          <w:lang w:val="sr-Cyrl-RS"/>
        </w:rPr>
        <w:t>) припрема и предлаже министру надлежном за послове привреде програм, поступак и услове за полагање испита за службеника за ЈПП и концесије, као и садржину, податке који се уписују, јавност података, начин вођења и рокове у вези са Регистром службеника за ЈПП и концесије;</w:t>
      </w:r>
    </w:p>
    <w:p w14:paraId="79AE5820" w14:textId="220AA777" w:rsidR="00B67CA3" w:rsidRPr="00D632CD" w:rsidRDefault="00B45672">
      <w:pPr>
        <w:jc w:val="both"/>
        <w:rPr>
          <w:lang w:val="sr-Cyrl-RS"/>
        </w:rPr>
      </w:pPr>
      <w:r>
        <w:rPr>
          <w:lang w:val="sr-Cyrl-RS"/>
        </w:rPr>
        <w:t>5</w:t>
      </w:r>
      <w:r w:rsidRPr="00D632CD">
        <w:rPr>
          <w:lang w:val="sr-Cyrl-RS"/>
        </w:rPr>
        <w:t>) води Регистар службеника за ЈПП и концесије;</w:t>
      </w:r>
    </w:p>
    <w:p w14:paraId="3077C208" w14:textId="64AAE77F" w:rsidR="00B67CA3" w:rsidRPr="00D632CD" w:rsidRDefault="00B45672">
      <w:pPr>
        <w:jc w:val="both"/>
        <w:rPr>
          <w:lang w:val="sr-Cyrl-RS"/>
        </w:rPr>
      </w:pPr>
      <w:r>
        <w:rPr>
          <w:lang w:val="sr-Cyrl-RS"/>
        </w:rPr>
        <w:t>6</w:t>
      </w:r>
      <w:r w:rsidRPr="00D632CD">
        <w:rPr>
          <w:lang w:val="sr-Cyrl-RS"/>
        </w:rPr>
        <w:t>) припрема и предлаже министру надлежном за послове привреде смернице и предлог обавезне садржине годишњих извештаја о реализацији јавних уговора;</w:t>
      </w:r>
    </w:p>
    <w:p w14:paraId="7D5B70DD" w14:textId="75D1049F" w:rsidR="00B67CA3" w:rsidRPr="00D632CD" w:rsidRDefault="00B45672">
      <w:pPr>
        <w:jc w:val="both"/>
        <w:rPr>
          <w:lang w:val="sr-Cyrl-RS"/>
        </w:rPr>
      </w:pPr>
      <w:r>
        <w:rPr>
          <w:lang w:val="sr-Cyrl-RS"/>
        </w:rPr>
        <w:t>7</w:t>
      </w:r>
      <w:r w:rsidRPr="00D632CD">
        <w:rPr>
          <w:lang w:val="sr-Cyrl-RS"/>
        </w:rPr>
        <w:t>) анализира годишње извештаје о реализацији јавних уговора и, када уочи системске неправилности или ризике, о томе обавештава надлежно министарство, министарство надлежно за послове финансија, орган надлежан за буџетску инспекцију, Државну ревизорску институцију или други надлежни орган, у складу са законом;</w:t>
      </w:r>
    </w:p>
    <w:p w14:paraId="3805C4D3" w14:textId="796566F9" w:rsidR="00B67CA3" w:rsidRPr="00D632CD" w:rsidRDefault="00B45672">
      <w:pPr>
        <w:jc w:val="both"/>
        <w:rPr>
          <w:lang w:val="sr-Cyrl-RS"/>
        </w:rPr>
      </w:pPr>
      <w:r>
        <w:rPr>
          <w:lang w:val="sr-Cyrl-RS"/>
        </w:rPr>
        <w:lastRenderedPageBreak/>
        <w:t>8</w:t>
      </w:r>
      <w:r w:rsidRPr="00D632CD">
        <w:rPr>
          <w:lang w:val="sr-Cyrl-RS"/>
        </w:rPr>
        <w:t>) спроводи мониторинг над применом овог закона у поступцима избора приватног партнера за пројекте ЈПП са елементима концесије, у делу у којем се на тај поступак не примењује закон којим се уређују јавне набавке, ради спречавања, откривања и отклањања неправилности које могу настати или су настале у примени овог закона;</w:t>
      </w:r>
    </w:p>
    <w:p w14:paraId="505C93EA" w14:textId="3E37F65E" w:rsidR="00B67CA3" w:rsidRPr="00D632CD" w:rsidRDefault="00B45672">
      <w:pPr>
        <w:jc w:val="both"/>
        <w:rPr>
          <w:lang w:val="sr-Cyrl-RS"/>
        </w:rPr>
      </w:pPr>
      <w:r>
        <w:rPr>
          <w:lang w:val="sr-Cyrl-RS"/>
        </w:rPr>
        <w:t>9</w:t>
      </w:r>
      <w:r w:rsidRPr="00D632CD">
        <w:rPr>
          <w:lang w:val="sr-Cyrl-RS"/>
        </w:rPr>
        <w:t xml:space="preserve">) у поступку мониторинга из тачке </w:t>
      </w:r>
      <w:r>
        <w:rPr>
          <w:lang w:val="sr-Cyrl-RS"/>
        </w:rPr>
        <w:t>8</w:t>
      </w:r>
      <w:r w:rsidRPr="00D632CD">
        <w:rPr>
          <w:lang w:val="sr-Cyrl-RS"/>
        </w:rPr>
        <w:t>) овог члана захтева од јавног тела, учесника у поступку и других лица која располажу подацима од значаја за поступање Комисије достављање документације, података и обавештења неопходних за утврђивање чињеница од значаја за примену овог закона;</w:t>
      </w:r>
    </w:p>
    <w:p w14:paraId="0AA359DE" w14:textId="034FF23A" w:rsidR="00B67CA3" w:rsidRPr="00D632CD" w:rsidRDefault="00B45672">
      <w:pPr>
        <w:jc w:val="both"/>
        <w:rPr>
          <w:lang w:val="sr-Cyrl-RS"/>
        </w:rPr>
      </w:pPr>
      <w:r>
        <w:rPr>
          <w:lang w:val="sr-Cyrl-RS"/>
        </w:rPr>
        <w:t>10</w:t>
      </w:r>
      <w:r w:rsidRPr="00D632CD">
        <w:rPr>
          <w:lang w:val="sr-Cyrl-RS"/>
        </w:rPr>
        <w:t xml:space="preserve">) ако у поступку мониторинга из тачке </w:t>
      </w:r>
      <w:r>
        <w:rPr>
          <w:lang w:val="sr-Cyrl-RS"/>
        </w:rPr>
        <w:t>8</w:t>
      </w:r>
      <w:r w:rsidRPr="00D632CD">
        <w:rPr>
          <w:lang w:val="sr-Cyrl-RS"/>
        </w:rPr>
        <w:t>) овог члана уочи неправилности у примени овог закона, доставља јавном телу писано указивање о уоченим неправилностима и препоруку мера за њихово отклањање, са роком за обавештавање Комисије о предузетим мерама, а ако неправилности нису отклоњене или ако су такве природе да могу бити основ за одговорност или поступање другог надлежног органа, обавештава надлежно министарство, министарство надлежно за послове финансија, орган надлежан за буџетску инспекцију, Државну ревизорску институцију, надлежно јавно правобранилаштво или други надлежни орган, у складу са законом;</w:t>
      </w:r>
    </w:p>
    <w:p w14:paraId="37BB55AB" w14:textId="4F1306CA" w:rsidR="00B67CA3" w:rsidRPr="00D632CD" w:rsidRDefault="00B45672">
      <w:pPr>
        <w:jc w:val="both"/>
        <w:rPr>
          <w:lang w:val="sr-Cyrl-RS"/>
        </w:rPr>
      </w:pPr>
      <w:r>
        <w:rPr>
          <w:lang w:val="sr-Cyrl-RS"/>
        </w:rPr>
        <w:t>11</w:t>
      </w:r>
      <w:r w:rsidRPr="00D632CD">
        <w:rPr>
          <w:lang w:val="sr-Cyrl-RS"/>
        </w:rPr>
        <w:t>) подноси захтев за покретање прекршајног поступка за прекршаје прописане овим законом, када у поступку мониторинга, анализе извештаја или на други начин у оквиру своје надлежности утврди да постоји основ сумње да је учињен прекршај прописан овим законом;</w:t>
      </w:r>
    </w:p>
    <w:p w14:paraId="28D2478E" w14:textId="68EB8E1F" w:rsidR="00B67CA3" w:rsidRPr="00D632CD" w:rsidRDefault="00B45672">
      <w:pPr>
        <w:jc w:val="both"/>
        <w:rPr>
          <w:lang w:val="sr-Cyrl-RS"/>
        </w:rPr>
      </w:pPr>
      <w:r>
        <w:rPr>
          <w:lang w:val="sr-Cyrl-RS"/>
        </w:rPr>
        <w:t>12</w:t>
      </w:r>
      <w:r w:rsidRPr="00D632CD">
        <w:rPr>
          <w:lang w:val="sr-Cyrl-RS"/>
        </w:rPr>
        <w:t>) идентификује и олакшава реализацију најбољих страних искустава за Републику Србију у погледу јавно-приватних партнерстава са или без елемената концесије;</w:t>
      </w:r>
    </w:p>
    <w:p w14:paraId="260FE289" w14:textId="749CA1A5" w:rsidR="00B67CA3" w:rsidRPr="00D632CD" w:rsidRDefault="00B45672">
      <w:pPr>
        <w:jc w:val="both"/>
        <w:rPr>
          <w:lang w:val="sr-Cyrl-RS"/>
        </w:rPr>
      </w:pPr>
      <w:r>
        <w:rPr>
          <w:lang w:val="sr-Cyrl-RS"/>
        </w:rPr>
        <w:t>13</w:t>
      </w:r>
      <w:r w:rsidRPr="00D632CD">
        <w:rPr>
          <w:lang w:val="sr-Cyrl-RS"/>
        </w:rPr>
        <w:t>) израђује методолошке материјале у области јавно-приватног партнерства;</w:t>
      </w:r>
    </w:p>
    <w:p w14:paraId="4A727457" w14:textId="77C24353" w:rsidR="00B67CA3" w:rsidRPr="00D632CD" w:rsidRDefault="00B45672">
      <w:pPr>
        <w:jc w:val="both"/>
        <w:rPr>
          <w:lang w:val="sr-Cyrl-RS"/>
        </w:rPr>
      </w:pPr>
      <w:r>
        <w:rPr>
          <w:lang w:val="sr-Cyrl-RS"/>
        </w:rPr>
        <w:t>14</w:t>
      </w:r>
      <w:r w:rsidRPr="00D632CD">
        <w:rPr>
          <w:lang w:val="sr-Cyrl-RS"/>
        </w:rPr>
        <w:t>) сарађује са међународним институцијама и невладиним организацијама у области јавно-приватних партнерстава;</w:t>
      </w:r>
    </w:p>
    <w:p w14:paraId="23E60DE4" w14:textId="69729D9C" w:rsidR="00B67CA3" w:rsidRPr="00D632CD" w:rsidRDefault="00B45672">
      <w:pPr>
        <w:jc w:val="both"/>
        <w:rPr>
          <w:lang w:val="sr-Cyrl-RS"/>
        </w:rPr>
      </w:pPr>
      <w:r>
        <w:rPr>
          <w:lang w:val="sr-Cyrl-RS"/>
        </w:rPr>
        <w:t>15</w:t>
      </w:r>
      <w:r w:rsidRPr="00D632CD">
        <w:rPr>
          <w:lang w:val="sr-Cyrl-RS"/>
        </w:rPr>
        <w:t>) на захтев јавног тела, односно даваоца концесије даје препоруке о пројектима;</w:t>
      </w:r>
    </w:p>
    <w:p w14:paraId="4BAFA6F7" w14:textId="2F011156" w:rsidR="00B67CA3" w:rsidRPr="00D632CD" w:rsidRDefault="00B45672">
      <w:pPr>
        <w:jc w:val="both"/>
        <w:rPr>
          <w:lang w:val="sr-Cyrl-RS"/>
        </w:rPr>
      </w:pPr>
      <w:r>
        <w:rPr>
          <w:lang w:val="sr-Cyrl-RS"/>
        </w:rPr>
        <w:t>16</w:t>
      </w:r>
      <w:r w:rsidRPr="00D632CD">
        <w:rPr>
          <w:lang w:val="sr-Cyrl-RS"/>
        </w:rPr>
        <w:t>) подноси Влади годишњи извештај о реализованим пројектима у складу са овим законом у Републици Србији;</w:t>
      </w:r>
    </w:p>
    <w:p w14:paraId="2CA521FB" w14:textId="52BB0CB9" w:rsidR="00B67CA3" w:rsidRPr="00D632CD" w:rsidRDefault="00B45672">
      <w:pPr>
        <w:jc w:val="both"/>
        <w:rPr>
          <w:lang w:val="sr-Cyrl-RS"/>
        </w:rPr>
      </w:pPr>
      <w:r>
        <w:rPr>
          <w:lang w:val="sr-Cyrl-RS"/>
        </w:rPr>
        <w:t>17</w:t>
      </w:r>
      <w:r w:rsidRPr="00D632CD">
        <w:rPr>
          <w:lang w:val="sr-Cyrl-RS"/>
        </w:rPr>
        <w:t>) сарађује са органима Републике Србије надлежним за послове буџетске инспекције, Државном ревизорском институцијом, службом аутономне покрајине, односно јединице локалне самоуправе надлежном за послове буџетске инспекције и другим домаћим и међународним органима, организацијама и институцијама у обављању послова из своје надлежности;</w:t>
      </w:r>
    </w:p>
    <w:p w14:paraId="56156243" w14:textId="54890648" w:rsidR="00B67CA3" w:rsidRPr="00D632CD" w:rsidRDefault="00847618">
      <w:pPr>
        <w:jc w:val="both"/>
        <w:rPr>
          <w:lang w:val="sr-Cyrl-RS"/>
        </w:rPr>
      </w:pPr>
      <w:r w:rsidRPr="00D632CD">
        <w:rPr>
          <w:lang w:val="sr-Cyrl-RS"/>
        </w:rPr>
        <w:t>1</w:t>
      </w:r>
      <w:r w:rsidR="00B45672">
        <w:rPr>
          <w:lang w:val="sr-Cyrl-RS"/>
        </w:rPr>
        <w:t>8</w:t>
      </w:r>
      <w:r w:rsidRPr="00D632CD">
        <w:rPr>
          <w:lang w:val="sr-Cyrl-RS"/>
        </w:rPr>
        <w:t xml:space="preserve">) објављује на својој интернет презентацији годишњи извештај из тачке </w:t>
      </w:r>
      <w:r w:rsidR="00E47365">
        <w:rPr>
          <w:lang w:val="sr-Cyrl-RS"/>
        </w:rPr>
        <w:t>16</w:t>
      </w:r>
      <w:r w:rsidRPr="00D632CD">
        <w:rPr>
          <w:lang w:val="sr-Cyrl-RS"/>
        </w:rPr>
        <w:t>) овог члана по усвајању од стране Владе, као и друге податке и информације за које оцени да су од значаја за примену овог закона;</w:t>
      </w:r>
    </w:p>
    <w:p w14:paraId="0D679A81" w14:textId="1872F66F" w:rsidR="00B67CA3" w:rsidRDefault="00847618">
      <w:pPr>
        <w:jc w:val="both"/>
        <w:rPr>
          <w:lang w:val="sr-Cyrl-RS"/>
        </w:rPr>
      </w:pPr>
      <w:r w:rsidRPr="00D632CD">
        <w:rPr>
          <w:lang w:val="sr-Cyrl-RS"/>
        </w:rPr>
        <w:t>1</w:t>
      </w:r>
      <w:r w:rsidR="00B45672">
        <w:rPr>
          <w:lang w:val="sr-Cyrl-RS"/>
        </w:rPr>
        <w:t>9</w:t>
      </w:r>
      <w:r w:rsidRPr="00D632CD">
        <w:rPr>
          <w:lang w:val="sr-Cyrl-RS"/>
        </w:rPr>
        <w:t>) врши и друге послове у складу са овим законом.</w:t>
      </w:r>
    </w:p>
    <w:p w14:paraId="6AFF34E5" w14:textId="77777777" w:rsidR="00B45672" w:rsidRPr="00D632CD" w:rsidRDefault="00B45672">
      <w:pPr>
        <w:jc w:val="both"/>
        <w:rPr>
          <w:lang w:val="sr-Cyrl-RS"/>
        </w:rPr>
      </w:pPr>
    </w:p>
    <w:p w14:paraId="5A9F0B7F" w14:textId="77777777" w:rsidR="00B67CA3" w:rsidRPr="00B45672" w:rsidRDefault="00847618">
      <w:pPr>
        <w:spacing w:after="0"/>
        <w:jc w:val="center"/>
        <w:rPr>
          <w:b/>
          <w:bCs/>
          <w:lang w:val="sr-Cyrl-RS"/>
        </w:rPr>
      </w:pPr>
      <w:r w:rsidRPr="00B45672">
        <w:rPr>
          <w:b/>
          <w:bCs/>
          <w:lang w:val="sr-Cyrl-RS"/>
        </w:rPr>
        <w:lastRenderedPageBreak/>
        <w:t>Стручни, административни и технички послови за Комисију</w:t>
      </w:r>
    </w:p>
    <w:p w14:paraId="2288EFAA" w14:textId="77777777" w:rsidR="00B67CA3" w:rsidRPr="00B45672" w:rsidRDefault="00847618">
      <w:pPr>
        <w:jc w:val="center"/>
        <w:rPr>
          <w:b/>
          <w:bCs/>
          <w:lang w:val="sr-Cyrl-RS"/>
        </w:rPr>
      </w:pPr>
      <w:r w:rsidRPr="00B45672">
        <w:rPr>
          <w:b/>
          <w:bCs/>
          <w:lang w:val="sr-Cyrl-RS"/>
        </w:rPr>
        <w:t>Члан 76</w:t>
      </w:r>
    </w:p>
    <w:p w14:paraId="7A5F0F24" w14:textId="77777777" w:rsidR="00B67CA3" w:rsidRPr="00D632CD" w:rsidRDefault="00847618">
      <w:pPr>
        <w:jc w:val="both"/>
        <w:rPr>
          <w:lang w:val="sr-Cyrl-RS"/>
        </w:rPr>
      </w:pPr>
      <w:r w:rsidRPr="00D632CD">
        <w:rPr>
          <w:lang w:val="sr-Cyrl-RS"/>
        </w:rPr>
        <w:t>Стручне, административне и техничке послове за Комисију обавља министарство, а нарочито:</w:t>
      </w:r>
    </w:p>
    <w:p w14:paraId="2BD4D5BC" w14:textId="77777777" w:rsidR="00B67CA3" w:rsidRPr="00D632CD" w:rsidRDefault="00847618">
      <w:pPr>
        <w:jc w:val="both"/>
        <w:rPr>
          <w:lang w:val="sr-Cyrl-RS"/>
        </w:rPr>
      </w:pPr>
      <w:r w:rsidRPr="00D632CD">
        <w:rPr>
          <w:lang w:val="sr-Cyrl-RS"/>
        </w:rPr>
        <w:t>1) прима пријаве пројеката и обрађује их;</w:t>
      </w:r>
    </w:p>
    <w:p w14:paraId="1F18584D" w14:textId="77777777" w:rsidR="00B67CA3" w:rsidRPr="00D632CD" w:rsidRDefault="00847618">
      <w:pPr>
        <w:jc w:val="both"/>
        <w:rPr>
          <w:lang w:val="sr-Cyrl-RS"/>
        </w:rPr>
      </w:pPr>
      <w:r w:rsidRPr="00D632CD">
        <w:rPr>
          <w:lang w:val="sr-Cyrl-RS"/>
        </w:rPr>
        <w:t>2) води евиденције о ЈПП и концесионим пројектима;</w:t>
      </w:r>
    </w:p>
    <w:p w14:paraId="040054FF" w14:textId="77777777" w:rsidR="00B67CA3" w:rsidRPr="00D632CD" w:rsidRDefault="00847618">
      <w:pPr>
        <w:jc w:val="both"/>
        <w:rPr>
          <w:lang w:val="sr-Cyrl-RS"/>
        </w:rPr>
      </w:pPr>
      <w:r w:rsidRPr="00D632CD">
        <w:rPr>
          <w:lang w:val="sr-Cyrl-RS"/>
        </w:rPr>
        <w:t>3) припрема предлог годишњег извештаја, који Комисија подноси Влади;</w:t>
      </w:r>
    </w:p>
    <w:p w14:paraId="1BC97801" w14:textId="77777777" w:rsidR="00B67CA3" w:rsidRPr="00D632CD" w:rsidRDefault="00847618">
      <w:pPr>
        <w:jc w:val="both"/>
        <w:rPr>
          <w:lang w:val="sr-Cyrl-RS"/>
        </w:rPr>
      </w:pPr>
      <w:r w:rsidRPr="00D632CD">
        <w:rPr>
          <w:lang w:val="sr-Cyrl-RS"/>
        </w:rPr>
        <w:t>4) обавља и друге стручне, административне и техничке послове од значаја за рад Комисије.</w:t>
      </w:r>
    </w:p>
    <w:p w14:paraId="46616181" w14:textId="77777777" w:rsidR="00B45672" w:rsidRDefault="00B45672">
      <w:pPr>
        <w:jc w:val="center"/>
        <w:rPr>
          <w:lang w:val="sr-Cyrl-RS"/>
        </w:rPr>
      </w:pPr>
    </w:p>
    <w:p w14:paraId="72390435" w14:textId="6BCA2E5C" w:rsidR="00B67CA3" w:rsidRPr="00B45672" w:rsidRDefault="00847618">
      <w:pPr>
        <w:jc w:val="center"/>
        <w:rPr>
          <w:b/>
          <w:bCs/>
          <w:lang w:val="sr-Cyrl-RS"/>
        </w:rPr>
      </w:pPr>
      <w:r w:rsidRPr="00B45672">
        <w:rPr>
          <w:b/>
          <w:bCs/>
          <w:lang w:val="sr-Cyrl-RS"/>
        </w:rPr>
        <w:t>X ПРАВА И ОБАВЕЗЕ У ПОСТУПКУ РЕАЛИЗАЦИЈЕ ЈАВНОГ УГОВОРА</w:t>
      </w:r>
    </w:p>
    <w:p w14:paraId="106364EF" w14:textId="77777777" w:rsidR="00B67CA3" w:rsidRPr="00B45672" w:rsidRDefault="00847618">
      <w:pPr>
        <w:spacing w:after="0"/>
        <w:jc w:val="center"/>
        <w:rPr>
          <w:b/>
          <w:bCs/>
          <w:lang w:val="sr-Cyrl-RS"/>
        </w:rPr>
      </w:pPr>
      <w:r w:rsidRPr="00B45672">
        <w:rPr>
          <w:b/>
          <w:bCs/>
          <w:lang w:val="sr-Cyrl-RS"/>
        </w:rPr>
        <w:t>Власништво над непокретностима</w:t>
      </w:r>
    </w:p>
    <w:p w14:paraId="5023EC15" w14:textId="77777777" w:rsidR="00B67CA3" w:rsidRPr="00B45672" w:rsidRDefault="00847618">
      <w:pPr>
        <w:jc w:val="center"/>
        <w:rPr>
          <w:b/>
          <w:bCs/>
          <w:lang w:val="sr-Cyrl-RS"/>
        </w:rPr>
      </w:pPr>
      <w:r w:rsidRPr="00B45672">
        <w:rPr>
          <w:b/>
          <w:bCs/>
          <w:lang w:val="sr-Cyrl-RS"/>
        </w:rPr>
        <w:t>Члан 77</w:t>
      </w:r>
    </w:p>
    <w:p w14:paraId="0D24B182" w14:textId="77777777" w:rsidR="00B67CA3" w:rsidRPr="00D632CD" w:rsidRDefault="00847618">
      <w:pPr>
        <w:jc w:val="both"/>
        <w:rPr>
          <w:lang w:val="sr-Cyrl-RS"/>
        </w:rPr>
      </w:pPr>
      <w:r w:rsidRPr="00D632CD">
        <w:rPr>
          <w:lang w:val="sr-Cyrl-RS"/>
        </w:rPr>
        <w:t>Ако је Република Србија власник непокретности предвиђене за обављање концесионе делатности, односно за реализацију пројекта јавно-приватног партнерства, а давалац концесије, односно предлагач пројекта ЈПП аутономна покрајина или јединица локалне самоуправе, сагласност на предлог за доношење концесионог акта, односно на предлог пројекта ЈПП даје Влада на предлог министарства надлежног за послове финансија.</w:t>
      </w:r>
    </w:p>
    <w:p w14:paraId="53BA6D77" w14:textId="77777777" w:rsidR="00B67CA3" w:rsidRDefault="00847618">
      <w:pPr>
        <w:jc w:val="both"/>
        <w:rPr>
          <w:lang w:val="sr-Cyrl-RS"/>
        </w:rPr>
      </w:pPr>
      <w:r w:rsidRPr="00D632CD">
        <w:rPr>
          <w:lang w:val="sr-Cyrl-RS"/>
        </w:rPr>
        <w:t>Ако је власник непокретности предвиђене за обављање концесионе делатности, односно реализацију пројекта ЈПП приватно или друго лице, врши се експропријација те непокретности у складу са законом којим се уређује експропријација.</w:t>
      </w:r>
    </w:p>
    <w:p w14:paraId="416B7953" w14:textId="77777777" w:rsidR="00B45672" w:rsidRPr="00D632CD" w:rsidRDefault="00B45672">
      <w:pPr>
        <w:jc w:val="both"/>
        <w:rPr>
          <w:lang w:val="sr-Cyrl-RS"/>
        </w:rPr>
      </w:pPr>
    </w:p>
    <w:p w14:paraId="320652A3" w14:textId="77777777" w:rsidR="00B67CA3" w:rsidRPr="00B45672" w:rsidRDefault="00847618" w:rsidP="00B45672">
      <w:pPr>
        <w:jc w:val="center"/>
        <w:rPr>
          <w:b/>
          <w:bCs/>
          <w:lang w:val="sr-Cyrl-RS"/>
        </w:rPr>
      </w:pPr>
      <w:r w:rsidRPr="00B45672">
        <w:rPr>
          <w:b/>
          <w:bCs/>
          <w:lang w:val="sr-Cyrl-RS"/>
        </w:rPr>
        <w:t>Залога</w:t>
      </w:r>
    </w:p>
    <w:p w14:paraId="379CF9FA" w14:textId="77777777" w:rsidR="00B67CA3" w:rsidRPr="00B45672" w:rsidRDefault="00847618" w:rsidP="00B45672">
      <w:pPr>
        <w:jc w:val="center"/>
        <w:rPr>
          <w:b/>
          <w:bCs/>
          <w:lang w:val="sr-Cyrl-RS"/>
        </w:rPr>
      </w:pPr>
      <w:r w:rsidRPr="00B45672">
        <w:rPr>
          <w:b/>
          <w:bCs/>
          <w:lang w:val="sr-Cyrl-RS"/>
        </w:rPr>
        <w:t>Члан 78</w:t>
      </w:r>
    </w:p>
    <w:p w14:paraId="1C2EBF98" w14:textId="77777777" w:rsidR="00B67CA3" w:rsidRPr="00D632CD" w:rsidRDefault="00847618">
      <w:pPr>
        <w:jc w:val="both"/>
        <w:rPr>
          <w:lang w:val="sr-Cyrl-RS"/>
        </w:rPr>
      </w:pPr>
      <w:r w:rsidRPr="00D632CD">
        <w:rPr>
          <w:lang w:val="sr-Cyrl-RS"/>
        </w:rPr>
        <w:t>Приватни партнер може установити заложно право или друго средство обезбеђења на имовини, која је предмет јавног уговора односно на уделу у заједничком привредном друштву у корист банке или друге финансијске институције ако је то предвиђено јавним уговором и уз претходно одобрење јавног партнера, осим на стварима на којима се, у смислу закона којим се уређује јавна својина, не може засновати хипотека или друго средство стварног обезбеђења.</w:t>
      </w:r>
    </w:p>
    <w:p w14:paraId="4878E08B" w14:textId="77777777" w:rsidR="00B67CA3" w:rsidRPr="00D632CD" w:rsidRDefault="00847618">
      <w:pPr>
        <w:jc w:val="both"/>
        <w:rPr>
          <w:lang w:val="sr-Cyrl-RS"/>
        </w:rPr>
      </w:pPr>
      <w:r w:rsidRPr="00D632CD">
        <w:rPr>
          <w:lang w:val="sr-Cyrl-RS"/>
        </w:rPr>
        <w:t>Права из става 1. овог члана не могу бити пренета или додељена трећим лицима без изричите сагласности јавног партнера или на начин предвиђен јавним уговором, односно директним уговором, ако је закључен.</w:t>
      </w:r>
    </w:p>
    <w:p w14:paraId="604B026B" w14:textId="77777777" w:rsidR="00B67CA3" w:rsidRDefault="00847618">
      <w:pPr>
        <w:jc w:val="both"/>
        <w:rPr>
          <w:lang w:val="sr-Cyrl-RS"/>
        </w:rPr>
      </w:pPr>
      <w:r w:rsidRPr="00D632CD">
        <w:rPr>
          <w:lang w:val="sr-Cyrl-RS"/>
        </w:rPr>
        <w:t>Лице из става 1. овог члана дужно је да у року од највише 30 дана од дана установљавања заложног права обавести министарство надлежно за послове финансија, односно орган аутономне покрајине или јединице локалне самоуправе надлежан за послове финансија, о свим заложним правима оствареним на основу захтева из става 1. овог члана.</w:t>
      </w:r>
    </w:p>
    <w:p w14:paraId="2F00FE31" w14:textId="77777777" w:rsidR="00B45672" w:rsidRPr="00D632CD" w:rsidRDefault="00B45672">
      <w:pPr>
        <w:jc w:val="both"/>
        <w:rPr>
          <w:lang w:val="sr-Cyrl-RS"/>
        </w:rPr>
      </w:pPr>
    </w:p>
    <w:p w14:paraId="3CC687C8" w14:textId="77777777" w:rsidR="00B67CA3" w:rsidRPr="00B45672" w:rsidRDefault="00847618">
      <w:pPr>
        <w:spacing w:after="0"/>
        <w:jc w:val="center"/>
        <w:rPr>
          <w:b/>
          <w:bCs/>
          <w:lang w:val="sr-Cyrl-RS"/>
        </w:rPr>
      </w:pPr>
      <w:r w:rsidRPr="00B45672">
        <w:rPr>
          <w:b/>
          <w:bCs/>
          <w:lang w:val="sr-Cyrl-RS"/>
        </w:rPr>
        <w:t>Девизни третман ЈПП са или без елемената концесије</w:t>
      </w:r>
    </w:p>
    <w:p w14:paraId="2753E30B" w14:textId="77777777" w:rsidR="00B67CA3" w:rsidRPr="00B45672" w:rsidRDefault="00847618">
      <w:pPr>
        <w:jc w:val="center"/>
        <w:rPr>
          <w:b/>
          <w:bCs/>
          <w:lang w:val="sr-Cyrl-RS"/>
        </w:rPr>
      </w:pPr>
      <w:r w:rsidRPr="00B45672">
        <w:rPr>
          <w:b/>
          <w:bCs/>
          <w:lang w:val="sr-Cyrl-RS"/>
        </w:rPr>
        <w:lastRenderedPageBreak/>
        <w:t>Члан 79</w:t>
      </w:r>
    </w:p>
    <w:p w14:paraId="5839D93D" w14:textId="77777777" w:rsidR="00B67CA3" w:rsidRPr="00D632CD" w:rsidRDefault="00847618">
      <w:pPr>
        <w:jc w:val="both"/>
        <w:rPr>
          <w:lang w:val="sr-Cyrl-RS"/>
        </w:rPr>
      </w:pPr>
      <w:r w:rsidRPr="00D632CD">
        <w:rPr>
          <w:lang w:val="sr-Cyrl-RS"/>
        </w:rPr>
        <w:t>Накнаде које јавни, односно приватни партнер плаћа на основу јавног уговора могу бити деноминоване у страној валути, док се плаћање накнаде врши у динарима, на начин предвиђен јавним уговором.</w:t>
      </w:r>
    </w:p>
    <w:p w14:paraId="3E4FD480" w14:textId="77777777" w:rsidR="00B67CA3" w:rsidRDefault="00847618">
      <w:pPr>
        <w:jc w:val="both"/>
        <w:rPr>
          <w:lang w:val="sr-Cyrl-RS"/>
        </w:rPr>
      </w:pPr>
      <w:r w:rsidRPr="00D632CD">
        <w:rPr>
          <w:lang w:val="sr-Cyrl-RS"/>
        </w:rPr>
        <w:t>Изузетно од става 1. овог члана, на предлог јавног тела Влада може дати сагласност да се плаћања која су у вези са делатностима из јавног уговора могу вршити у страној валути, као и да се средства на рачуну приватног партнера могу у сваком моменту конвертовати и чувати у страној валути.</w:t>
      </w:r>
    </w:p>
    <w:p w14:paraId="12FB03B0" w14:textId="77777777" w:rsidR="00B45672" w:rsidRPr="00D632CD" w:rsidRDefault="00B45672">
      <w:pPr>
        <w:jc w:val="both"/>
        <w:rPr>
          <w:lang w:val="sr-Cyrl-RS"/>
        </w:rPr>
      </w:pPr>
    </w:p>
    <w:p w14:paraId="1797F617" w14:textId="77777777" w:rsidR="00B67CA3" w:rsidRPr="00B45672" w:rsidRDefault="00847618" w:rsidP="00B45672">
      <w:pPr>
        <w:jc w:val="center"/>
        <w:rPr>
          <w:b/>
          <w:bCs/>
          <w:lang w:val="sr-Cyrl-RS"/>
        </w:rPr>
      </w:pPr>
      <w:r w:rsidRPr="00B45672">
        <w:rPr>
          <w:b/>
          <w:bCs/>
          <w:lang w:val="sr-Cyrl-RS"/>
        </w:rPr>
        <w:t>Поступање са нађеним предметима</w:t>
      </w:r>
    </w:p>
    <w:p w14:paraId="3BC87DB0" w14:textId="77777777" w:rsidR="00B67CA3" w:rsidRPr="00B45672" w:rsidRDefault="00847618" w:rsidP="00B45672">
      <w:pPr>
        <w:jc w:val="center"/>
        <w:rPr>
          <w:b/>
          <w:bCs/>
          <w:lang w:val="sr-Cyrl-RS"/>
        </w:rPr>
      </w:pPr>
      <w:r w:rsidRPr="00B45672">
        <w:rPr>
          <w:b/>
          <w:bCs/>
          <w:lang w:val="sr-Cyrl-RS"/>
        </w:rPr>
        <w:t>Члан 80</w:t>
      </w:r>
    </w:p>
    <w:p w14:paraId="158A9EA9" w14:textId="77777777" w:rsidR="00B67CA3" w:rsidRPr="00D632CD" w:rsidRDefault="00847618">
      <w:pPr>
        <w:jc w:val="both"/>
        <w:rPr>
          <w:lang w:val="sr-Cyrl-RS"/>
        </w:rPr>
      </w:pPr>
      <w:r w:rsidRPr="00D632CD">
        <w:rPr>
          <w:lang w:val="sr-Cyrl-RS"/>
        </w:rPr>
        <w:t>Нађене предмете у земљишту који представљају историјске, културне или природне вредности, приватни партнер је дужан без накнаде да преда јавном партнеру.</w:t>
      </w:r>
    </w:p>
    <w:p w14:paraId="01F56515" w14:textId="77777777" w:rsidR="00B67CA3" w:rsidRPr="00D632CD" w:rsidRDefault="00847618">
      <w:pPr>
        <w:jc w:val="both"/>
        <w:rPr>
          <w:lang w:val="sr-Cyrl-RS"/>
        </w:rPr>
      </w:pPr>
      <w:r w:rsidRPr="00D632CD">
        <w:rPr>
          <w:lang w:val="sr-Cyrl-RS"/>
        </w:rPr>
        <w:t>Ако би даље извођење радова могло да угрози целину, односно вредност нађеног предмета, приватни партнер је дужан да обустави радове и о томе обавести државни орган надлежан за послове заштите историјских, културних и природних вредности.</w:t>
      </w:r>
    </w:p>
    <w:p w14:paraId="3E338622" w14:textId="77777777" w:rsidR="00B67CA3" w:rsidRPr="00D632CD" w:rsidRDefault="00847618">
      <w:pPr>
        <w:jc w:val="both"/>
        <w:rPr>
          <w:lang w:val="sr-Cyrl-RS"/>
        </w:rPr>
      </w:pPr>
      <w:r w:rsidRPr="00D632CD">
        <w:rPr>
          <w:lang w:val="sr-Cyrl-RS"/>
        </w:rPr>
        <w:t>Јавним уговором се уређују међусобна права и обавезе приватног и јавног партнера у случају из става 2. овог члана.</w:t>
      </w:r>
    </w:p>
    <w:p w14:paraId="59ADA656" w14:textId="77777777" w:rsidR="00B67CA3" w:rsidRPr="00B45672" w:rsidRDefault="00847618" w:rsidP="00B45672">
      <w:pPr>
        <w:jc w:val="center"/>
        <w:rPr>
          <w:b/>
          <w:bCs/>
          <w:lang w:val="sr-Cyrl-RS"/>
        </w:rPr>
      </w:pPr>
      <w:r w:rsidRPr="00B45672">
        <w:rPr>
          <w:b/>
          <w:bCs/>
          <w:lang w:val="sr-Cyrl-RS"/>
        </w:rPr>
        <w:t>Регистар јавних уговора</w:t>
      </w:r>
    </w:p>
    <w:p w14:paraId="75D315DE" w14:textId="77777777" w:rsidR="00B67CA3" w:rsidRPr="00B45672" w:rsidRDefault="00847618" w:rsidP="00B45672">
      <w:pPr>
        <w:jc w:val="center"/>
        <w:rPr>
          <w:b/>
          <w:bCs/>
          <w:lang w:val="sr-Cyrl-RS"/>
        </w:rPr>
      </w:pPr>
      <w:r w:rsidRPr="00B45672">
        <w:rPr>
          <w:b/>
          <w:bCs/>
          <w:lang w:val="sr-Cyrl-RS"/>
        </w:rPr>
        <w:t>Члан 81</w:t>
      </w:r>
    </w:p>
    <w:p w14:paraId="3DFAE3AE" w14:textId="1440E8C5" w:rsidR="00B67CA3" w:rsidRPr="00D632CD" w:rsidRDefault="00847618">
      <w:pPr>
        <w:jc w:val="both"/>
        <w:rPr>
          <w:lang w:val="sr-Cyrl-RS"/>
        </w:rPr>
      </w:pPr>
      <w:r w:rsidRPr="00D632CD">
        <w:rPr>
          <w:lang w:val="sr-Cyrl-RS"/>
        </w:rPr>
        <w:t xml:space="preserve">Јавни уговори евидентирају се у Регистру јавних уговора који води министарство надлежно за послове финансија као јединствену електронску базу података на </w:t>
      </w:r>
      <w:r w:rsidR="00B560B3">
        <w:rPr>
          <w:lang w:val="sr-Cyrl-RS"/>
        </w:rPr>
        <w:t>П</w:t>
      </w:r>
      <w:r w:rsidRPr="00D632CD">
        <w:rPr>
          <w:lang w:val="sr-Cyrl-RS"/>
        </w:rPr>
        <w:t>орталу.</w:t>
      </w:r>
    </w:p>
    <w:p w14:paraId="5CFD51C4" w14:textId="24416309" w:rsidR="00B67CA3" w:rsidRPr="00D632CD" w:rsidRDefault="00847618">
      <w:pPr>
        <w:jc w:val="both"/>
        <w:rPr>
          <w:lang w:val="sr-Cyrl-RS"/>
        </w:rPr>
      </w:pPr>
      <w:r w:rsidRPr="00D632CD">
        <w:rPr>
          <w:lang w:val="sr-Cyrl-RS"/>
        </w:rPr>
        <w:t>Јавно тело дужно је да достави министарству из става 1. овог члана закључен јавни уговор са свим прилозима, као и измене уговора и свих прилога ради уписа у Регистар</w:t>
      </w:r>
      <w:r w:rsidR="008D5210">
        <w:rPr>
          <w:lang w:val="sr-Cyrl-RS"/>
        </w:rPr>
        <w:t xml:space="preserve"> јавних уговора</w:t>
      </w:r>
      <w:r w:rsidRPr="00D632CD">
        <w:rPr>
          <w:lang w:val="sr-Cyrl-RS"/>
        </w:rPr>
        <w:t>.</w:t>
      </w:r>
    </w:p>
    <w:p w14:paraId="7D36B7F2" w14:textId="5226F1FF" w:rsidR="00B67CA3" w:rsidRPr="00D632CD" w:rsidRDefault="00847618">
      <w:pPr>
        <w:jc w:val="both"/>
        <w:rPr>
          <w:lang w:val="sr-Cyrl-RS"/>
        </w:rPr>
      </w:pPr>
      <w:r w:rsidRPr="00D632CD">
        <w:rPr>
          <w:lang w:val="sr-Cyrl-RS"/>
        </w:rPr>
        <w:t>Министар надлежан за послове финансија прописује садржину и начин вођења Регистра</w:t>
      </w:r>
      <w:r w:rsidR="008D5210">
        <w:rPr>
          <w:lang w:val="sr-Cyrl-RS"/>
        </w:rPr>
        <w:t xml:space="preserve"> јавних уговора</w:t>
      </w:r>
      <w:r w:rsidRPr="00D632CD">
        <w:rPr>
          <w:lang w:val="sr-Cyrl-RS"/>
        </w:rPr>
        <w:t>, рокове у којима се достављају јавни уговори и прилози из става 2. овог члана, начин уписа и лица овлашћена за приступ Регистру</w:t>
      </w:r>
      <w:r w:rsidR="008D5210">
        <w:rPr>
          <w:lang w:val="sr-Cyrl-RS"/>
        </w:rPr>
        <w:t xml:space="preserve"> јавних уговора</w:t>
      </w:r>
      <w:r w:rsidRPr="00D632CD">
        <w:rPr>
          <w:lang w:val="sr-Cyrl-RS"/>
        </w:rPr>
        <w:t>, као и податке којима се може приступити, у складу са посебним прописима којима се уређује заштита података и пословна тајна.</w:t>
      </w:r>
    </w:p>
    <w:p w14:paraId="373BC6C3" w14:textId="1D13F136" w:rsidR="00B67CA3" w:rsidRPr="00D632CD" w:rsidRDefault="00847618">
      <w:pPr>
        <w:jc w:val="both"/>
        <w:rPr>
          <w:lang w:val="sr-Cyrl-RS"/>
        </w:rPr>
      </w:pPr>
      <w:r w:rsidRPr="00D632CD">
        <w:rPr>
          <w:lang w:val="sr-Cyrl-RS"/>
        </w:rPr>
        <w:t xml:space="preserve">Регистар </w:t>
      </w:r>
      <w:r w:rsidR="008D5210">
        <w:rPr>
          <w:lang w:val="sr-Cyrl-RS"/>
        </w:rPr>
        <w:t xml:space="preserve">јавних уговора </w:t>
      </w:r>
      <w:r w:rsidRPr="00D632CD">
        <w:rPr>
          <w:lang w:val="sr-Cyrl-RS"/>
        </w:rPr>
        <w:t>је јаван.</w:t>
      </w:r>
    </w:p>
    <w:p w14:paraId="6D49D225" w14:textId="42C93A99" w:rsidR="00B67CA3" w:rsidRPr="00D632CD" w:rsidRDefault="00B67CA3">
      <w:pPr>
        <w:jc w:val="both"/>
        <w:rPr>
          <w:lang w:val="sr-Cyrl-RS"/>
        </w:rPr>
      </w:pPr>
    </w:p>
    <w:p w14:paraId="440FC5C2" w14:textId="77777777" w:rsidR="00B67CA3" w:rsidRPr="00B45672" w:rsidRDefault="00847618">
      <w:pPr>
        <w:jc w:val="center"/>
        <w:rPr>
          <w:b/>
          <w:bCs/>
          <w:lang w:val="sr-Cyrl-RS"/>
        </w:rPr>
      </w:pPr>
      <w:r w:rsidRPr="00B45672">
        <w:rPr>
          <w:b/>
          <w:bCs/>
          <w:lang w:val="sr-Cyrl-RS"/>
        </w:rPr>
        <w:t>XI КАЗНЕНЕ ОДРЕДБЕ</w:t>
      </w:r>
    </w:p>
    <w:p w14:paraId="2C22881B" w14:textId="77777777" w:rsidR="00B67CA3" w:rsidRPr="00B45672" w:rsidRDefault="00847618">
      <w:pPr>
        <w:spacing w:after="0"/>
        <w:jc w:val="center"/>
        <w:rPr>
          <w:b/>
          <w:bCs/>
          <w:lang w:val="sr-Cyrl-RS"/>
        </w:rPr>
      </w:pPr>
      <w:r w:rsidRPr="00B45672">
        <w:rPr>
          <w:b/>
          <w:bCs/>
          <w:lang w:val="sr-Cyrl-RS"/>
        </w:rPr>
        <w:t>Прекршаји</w:t>
      </w:r>
    </w:p>
    <w:p w14:paraId="43CC4B7A" w14:textId="77777777" w:rsidR="00B67CA3" w:rsidRPr="00B45672" w:rsidRDefault="00847618">
      <w:pPr>
        <w:jc w:val="center"/>
        <w:rPr>
          <w:b/>
          <w:bCs/>
          <w:lang w:val="sr-Cyrl-RS"/>
        </w:rPr>
      </w:pPr>
      <w:r w:rsidRPr="00B45672">
        <w:rPr>
          <w:b/>
          <w:bCs/>
          <w:lang w:val="sr-Cyrl-RS"/>
        </w:rPr>
        <w:t>Члан 82</w:t>
      </w:r>
    </w:p>
    <w:p w14:paraId="0F784EBB" w14:textId="77777777" w:rsidR="00B67CA3" w:rsidRDefault="00847618">
      <w:pPr>
        <w:jc w:val="both"/>
        <w:rPr>
          <w:lang w:val="sr-Cyrl-RS"/>
        </w:rPr>
      </w:pPr>
      <w:r w:rsidRPr="00D632CD">
        <w:rPr>
          <w:lang w:val="sr-Cyrl-RS"/>
        </w:rPr>
        <w:lastRenderedPageBreak/>
        <w:t>Новчаном казном од 100.000 до 1.000.000 динара казниће се за прекршај јавно тело, јавно предузеће или друго правно лице које је јавни партнер, односно давалац концесије, ако има својство правног лица, ако:</w:t>
      </w:r>
    </w:p>
    <w:p w14:paraId="119FB5A9" w14:textId="33AC4274" w:rsidR="005C5A79" w:rsidRPr="005C5A79" w:rsidRDefault="005C5A79" w:rsidP="005C5A79">
      <w:pPr>
        <w:numPr>
          <w:ilvl w:val="0"/>
          <w:numId w:val="11"/>
        </w:numPr>
        <w:jc w:val="both"/>
        <w:rPr>
          <w:lang w:val="sr-Cyrl-RS"/>
        </w:rPr>
      </w:pPr>
      <w:r w:rsidRPr="005C5A79">
        <w:rPr>
          <w:lang w:val="sr-Cyrl-RS"/>
        </w:rPr>
        <w:t>не поступи у складу са обавезама из члана 19. ст. 6. до 9, члана 20. став 4, члана 29, члана 39. ст. 3. и 4. и члана 41. ст. 1. до 9. овог закона које се односе на спречавање корупције и сукоба интереса, једнак третман учесника, транспарентност, заштиту конкуренције, поверљивост података или забрану неоправданог повлашћивања у поступку избора приватног партнера, односно у поступку доделе концесије;</w:t>
      </w:r>
    </w:p>
    <w:p w14:paraId="3708C46D" w14:textId="384DEC2F" w:rsidR="005C5A79" w:rsidRPr="005C5A79" w:rsidRDefault="005C5A79" w:rsidP="005C5A79">
      <w:pPr>
        <w:numPr>
          <w:ilvl w:val="0"/>
          <w:numId w:val="11"/>
        </w:numPr>
        <w:jc w:val="both"/>
        <w:rPr>
          <w:lang w:val="sr-Cyrl-RS"/>
        </w:rPr>
      </w:pPr>
      <w:r w:rsidRPr="005C5A79">
        <w:rPr>
          <w:lang w:val="sr-Cyrl-RS"/>
        </w:rPr>
        <w:t xml:space="preserve">не образује стручни тим јавног тела за припрему и спровођење пројекта ЈПП, са или без елемената концесије, у складу са чланом 20. став 1. овог закона, или образује стручни тим без најмање једног службеника за ЈПП и концесије, у складу са чланом 20. став 3. овог закона, осим у прелазном периоду из члана 85. ст. </w:t>
      </w:r>
      <w:r w:rsidR="002E1818">
        <w:rPr>
          <w:lang w:val="sr-Cyrl-RS"/>
        </w:rPr>
        <w:t>7</w:t>
      </w:r>
      <w:r w:rsidRPr="005C5A79">
        <w:rPr>
          <w:lang w:val="sr-Cyrl-RS"/>
        </w:rPr>
        <w:t xml:space="preserve">. и </w:t>
      </w:r>
      <w:r w:rsidR="002E1818">
        <w:rPr>
          <w:lang w:val="sr-Cyrl-RS"/>
        </w:rPr>
        <w:t>8</w:t>
      </w:r>
      <w:r w:rsidRPr="005C5A79">
        <w:rPr>
          <w:lang w:val="sr-Cyrl-RS"/>
        </w:rPr>
        <w:t>. овог закона;</w:t>
      </w:r>
    </w:p>
    <w:p w14:paraId="66644DA1" w14:textId="7D1CE554" w:rsidR="005C5A79" w:rsidRPr="005C5A79" w:rsidRDefault="005C5A79" w:rsidP="005C5A79">
      <w:pPr>
        <w:numPr>
          <w:ilvl w:val="0"/>
          <w:numId w:val="11"/>
        </w:numPr>
        <w:jc w:val="both"/>
        <w:rPr>
          <w:lang w:val="sr-Cyrl-RS"/>
        </w:rPr>
      </w:pPr>
      <w:r w:rsidRPr="005C5A79">
        <w:rPr>
          <w:lang w:val="sr-Cyrl-RS"/>
        </w:rPr>
        <w:t>спроведе пројекат ЈПП, односно доделу концесије, без претходно спроведеног поступка избора приватног партнера, односно поступка доделе концесије, када је такав поступак обавезан у складу са чланом 24. ст. 1. и 2, чланом 32. став 2, чланом 37. став 1. и чланом 40. став 1. овог закона;</w:t>
      </w:r>
    </w:p>
    <w:p w14:paraId="310316FF" w14:textId="4689125F" w:rsidR="005C5A79" w:rsidRPr="005C5A79" w:rsidRDefault="005C5A79" w:rsidP="005C5A79">
      <w:pPr>
        <w:numPr>
          <w:ilvl w:val="0"/>
          <w:numId w:val="11"/>
        </w:numPr>
        <w:jc w:val="both"/>
        <w:rPr>
          <w:lang w:val="sr-Cyrl-RS"/>
        </w:rPr>
      </w:pPr>
      <w:r w:rsidRPr="005C5A79">
        <w:rPr>
          <w:lang w:val="sr-Cyrl-RS"/>
        </w:rPr>
        <w:t>подели пројекат ЈПП или концесију, или процени вредност пројекта, односно концесије, на начин који има за циљ избегавање примене овог закона, супротно члану 25. ст 3. до 10, члану 26. или члану 51. став 2. овог закона;</w:t>
      </w:r>
    </w:p>
    <w:p w14:paraId="5E95F1A0" w14:textId="40EBA597" w:rsidR="005C5A79" w:rsidRPr="005C5A79" w:rsidRDefault="005C5A79" w:rsidP="005C5A79">
      <w:pPr>
        <w:numPr>
          <w:ilvl w:val="0"/>
          <w:numId w:val="11"/>
        </w:numPr>
        <w:jc w:val="both"/>
        <w:rPr>
          <w:lang w:val="sr-Cyrl-RS"/>
        </w:rPr>
      </w:pPr>
      <w:r w:rsidRPr="005C5A79">
        <w:rPr>
          <w:lang w:val="sr-Cyrl-RS"/>
        </w:rPr>
        <w:t>не пошаље јавни позив на објављивање, односно не објави јавни позив када је објављивање јавног позива обавезно у складу са чланом 28. ст. 1, 3. и 4. и чланом 40. ст. 1. и 5. овог закона;</w:t>
      </w:r>
    </w:p>
    <w:p w14:paraId="396381C9" w14:textId="6A59ADF7" w:rsidR="005C5A79" w:rsidRPr="005C5A79" w:rsidRDefault="005C5A79" w:rsidP="005C5A79">
      <w:pPr>
        <w:numPr>
          <w:ilvl w:val="0"/>
          <w:numId w:val="11"/>
        </w:numPr>
        <w:jc w:val="both"/>
        <w:rPr>
          <w:lang w:val="sr-Cyrl-RS"/>
        </w:rPr>
      </w:pPr>
      <w:r w:rsidRPr="005C5A79">
        <w:rPr>
          <w:lang w:val="sr-Cyrl-RS"/>
        </w:rPr>
        <w:t>не прибави прописано мишљење, сагласност или други акт надлежног органа када је то услов за покретање поступка, закључење или измену јавног уговора у складу са чланом</w:t>
      </w:r>
      <w:r w:rsidR="008D5210">
        <w:rPr>
          <w:lang w:val="sr-Cyrl-RS"/>
        </w:rPr>
        <w:t xml:space="preserve"> 27 ст</w:t>
      </w:r>
      <w:r w:rsidR="009A4DBF">
        <w:rPr>
          <w:lang w:val="sr-Cyrl-RS"/>
        </w:rPr>
        <w:t>ав</w:t>
      </w:r>
      <w:r w:rsidR="008D5210">
        <w:rPr>
          <w:lang w:val="sr-Cyrl-RS"/>
        </w:rPr>
        <w:t xml:space="preserve"> 2,</w:t>
      </w:r>
      <w:r w:rsidRPr="005C5A79">
        <w:rPr>
          <w:lang w:val="sr-Cyrl-RS"/>
        </w:rPr>
        <w:t xml:space="preserve"> </w:t>
      </w:r>
      <w:r w:rsidR="00734829">
        <w:rPr>
          <w:lang w:val="sr-Cyrl-RS"/>
        </w:rPr>
        <w:t xml:space="preserve">чланом </w:t>
      </w:r>
      <w:r w:rsidRPr="005C5A79">
        <w:rPr>
          <w:lang w:val="sr-Cyrl-RS"/>
        </w:rPr>
        <w:t>30. ст</w:t>
      </w:r>
      <w:r w:rsidR="009A4DBF">
        <w:rPr>
          <w:lang w:val="sr-Cyrl-RS"/>
        </w:rPr>
        <w:t>ав</w:t>
      </w:r>
      <w:r w:rsidRPr="005C5A79">
        <w:rPr>
          <w:lang w:val="sr-Cyrl-RS"/>
        </w:rPr>
        <w:t xml:space="preserve"> 1, чланом 31. ст</w:t>
      </w:r>
      <w:r w:rsidR="009A4DBF">
        <w:rPr>
          <w:lang w:val="sr-Cyrl-RS"/>
        </w:rPr>
        <w:t>ав</w:t>
      </w:r>
      <w:r w:rsidRPr="005C5A79">
        <w:rPr>
          <w:lang w:val="sr-Cyrl-RS"/>
        </w:rPr>
        <w:t xml:space="preserve"> 3., чланом 34. ст</w:t>
      </w:r>
      <w:r w:rsidR="009A4DBF">
        <w:rPr>
          <w:lang w:val="sr-Cyrl-RS"/>
        </w:rPr>
        <w:t>ав</w:t>
      </w:r>
      <w:r w:rsidRPr="005C5A79">
        <w:rPr>
          <w:lang w:val="sr-Cyrl-RS"/>
        </w:rPr>
        <w:t xml:space="preserve"> 2</w:t>
      </w:r>
      <w:r w:rsidR="008D5210">
        <w:rPr>
          <w:lang w:val="sr-Cyrl-RS"/>
        </w:rPr>
        <w:t xml:space="preserve">. </w:t>
      </w:r>
      <w:r w:rsidRPr="005C5A79">
        <w:rPr>
          <w:lang w:val="sr-Cyrl-RS"/>
        </w:rPr>
        <w:t xml:space="preserve">и </w:t>
      </w:r>
      <w:r w:rsidR="008D5210">
        <w:rPr>
          <w:lang w:val="sr-Cyrl-RS"/>
        </w:rPr>
        <w:t>4</w:t>
      </w:r>
      <w:r w:rsidRPr="005C5A79">
        <w:rPr>
          <w:lang w:val="sr-Cyrl-RS"/>
        </w:rPr>
        <w:t>, чланом 52. ст</w:t>
      </w:r>
      <w:r w:rsidR="009A4DBF">
        <w:rPr>
          <w:lang w:val="sr-Cyrl-RS"/>
        </w:rPr>
        <w:t>ав</w:t>
      </w:r>
      <w:r w:rsidRPr="005C5A79">
        <w:rPr>
          <w:lang w:val="sr-Cyrl-RS"/>
        </w:rPr>
        <w:t xml:space="preserve"> 3, чланом 53. ст. 1. до 3, чланом 5</w:t>
      </w:r>
      <w:r w:rsidR="008D5210">
        <w:rPr>
          <w:lang w:val="sr-Cyrl-RS"/>
        </w:rPr>
        <w:t>5</w:t>
      </w:r>
      <w:r w:rsidRPr="005C5A79">
        <w:rPr>
          <w:lang w:val="sr-Cyrl-RS"/>
        </w:rPr>
        <w:t>. став 5. или чланом</w:t>
      </w:r>
      <w:r w:rsidR="008D5210">
        <w:rPr>
          <w:lang w:val="sr-Cyrl-RS"/>
        </w:rPr>
        <w:t xml:space="preserve"> 56 ст</w:t>
      </w:r>
      <w:r w:rsidR="002B05CE">
        <w:rPr>
          <w:lang w:val="sr-Cyrl-RS"/>
        </w:rPr>
        <w:t>ав</w:t>
      </w:r>
      <w:r w:rsidR="00734829">
        <w:rPr>
          <w:lang w:val="sr-Cyrl-RS"/>
        </w:rPr>
        <w:t xml:space="preserve"> </w:t>
      </w:r>
      <w:r w:rsidR="008D5210">
        <w:rPr>
          <w:lang w:val="sr-Cyrl-RS"/>
        </w:rPr>
        <w:t xml:space="preserve">5. или </w:t>
      </w:r>
      <w:r w:rsidRPr="005C5A79">
        <w:rPr>
          <w:lang w:val="sr-Cyrl-RS"/>
        </w:rPr>
        <w:t xml:space="preserve"> </w:t>
      </w:r>
      <w:r w:rsidR="008D5210">
        <w:rPr>
          <w:lang w:val="sr-Cyrl-RS"/>
        </w:rPr>
        <w:t xml:space="preserve">чланом </w:t>
      </w:r>
      <w:r w:rsidRPr="005C5A79">
        <w:rPr>
          <w:lang w:val="sr-Cyrl-RS"/>
        </w:rPr>
        <w:t>77. ст</w:t>
      </w:r>
      <w:r w:rsidR="002B05CE">
        <w:rPr>
          <w:lang w:val="sr-Cyrl-RS"/>
        </w:rPr>
        <w:t>ав</w:t>
      </w:r>
      <w:r w:rsidRPr="005C5A79">
        <w:rPr>
          <w:lang w:val="sr-Cyrl-RS"/>
        </w:rPr>
        <w:t xml:space="preserve"> 1. овог закона;</w:t>
      </w:r>
    </w:p>
    <w:p w14:paraId="3976BCC2" w14:textId="2D26DA15" w:rsidR="005C5A79" w:rsidRPr="005C5A79" w:rsidRDefault="005C5A79" w:rsidP="005C5A79">
      <w:pPr>
        <w:numPr>
          <w:ilvl w:val="0"/>
          <w:numId w:val="11"/>
        </w:numPr>
        <w:jc w:val="both"/>
        <w:rPr>
          <w:lang w:val="sr-Cyrl-RS"/>
        </w:rPr>
      </w:pPr>
      <w:r w:rsidRPr="005C5A79">
        <w:rPr>
          <w:lang w:val="sr-Cyrl-RS"/>
        </w:rPr>
        <w:t>не донесе одлуку о додели јавног уговора о концесији у року прописаном чланом 47. ст. 1. и 2. овог закона, односно у року одређеном конкурсном документацијом, иако је након прегледа и стручне оцене понуда утврђено да постоји прихватљива понуда и да су испуњени услови за доделу јавног уговора, а не постоје разлози за обуставу поступка из члана 50. овог закона;</w:t>
      </w:r>
    </w:p>
    <w:p w14:paraId="1B3435EC" w14:textId="341DC13E" w:rsidR="005C5A79" w:rsidRPr="005C5A79" w:rsidRDefault="005C5A79" w:rsidP="005C5A79">
      <w:pPr>
        <w:numPr>
          <w:ilvl w:val="0"/>
          <w:numId w:val="11"/>
        </w:numPr>
        <w:jc w:val="both"/>
        <w:rPr>
          <w:lang w:val="sr-Cyrl-RS"/>
        </w:rPr>
      </w:pPr>
      <w:r w:rsidRPr="005C5A79">
        <w:rPr>
          <w:lang w:val="sr-Cyrl-RS"/>
        </w:rPr>
        <w:t>не објави одлуку о додели јавног уговора о концесији на Порталу у року прописаном чланом 47. став 3. овог закона;</w:t>
      </w:r>
    </w:p>
    <w:p w14:paraId="3D05513D" w14:textId="1E154911" w:rsidR="005C5A79" w:rsidRPr="005C5A79" w:rsidRDefault="005C5A79" w:rsidP="005C5A79">
      <w:pPr>
        <w:numPr>
          <w:ilvl w:val="0"/>
          <w:numId w:val="11"/>
        </w:numPr>
        <w:jc w:val="both"/>
        <w:rPr>
          <w:lang w:val="sr-Cyrl-RS"/>
        </w:rPr>
      </w:pPr>
      <w:r w:rsidRPr="005C5A79">
        <w:rPr>
          <w:lang w:val="sr-Cyrl-RS"/>
        </w:rPr>
        <w:t xml:space="preserve">закључи јавни уговор о концесији пре истека периода мировања или пре окончања поступка заштите права, ако је захтев за заштиту права поднет, супротно члану 46. ст. </w:t>
      </w:r>
      <w:r w:rsidR="00734829">
        <w:rPr>
          <w:lang w:val="sr-Cyrl-RS"/>
        </w:rPr>
        <w:t>4</w:t>
      </w:r>
      <w:r w:rsidRPr="005C5A79">
        <w:rPr>
          <w:lang w:val="sr-Cyrl-RS"/>
        </w:rPr>
        <w:t xml:space="preserve">. до </w:t>
      </w:r>
      <w:r w:rsidR="00734829">
        <w:rPr>
          <w:lang w:val="sr-Cyrl-RS"/>
        </w:rPr>
        <w:t>6</w:t>
      </w:r>
      <w:r w:rsidRPr="005C5A79">
        <w:rPr>
          <w:lang w:val="sr-Cyrl-RS"/>
        </w:rPr>
        <w:t>. овог закона;</w:t>
      </w:r>
    </w:p>
    <w:p w14:paraId="100A54F9" w14:textId="748B3DD7" w:rsidR="005C5A79" w:rsidRPr="005C5A79" w:rsidRDefault="005C5A79" w:rsidP="005C5A79">
      <w:pPr>
        <w:numPr>
          <w:ilvl w:val="0"/>
          <w:numId w:val="11"/>
        </w:numPr>
        <w:jc w:val="both"/>
        <w:rPr>
          <w:lang w:val="sr-Cyrl-RS"/>
        </w:rPr>
      </w:pPr>
      <w:r w:rsidRPr="005C5A79">
        <w:rPr>
          <w:lang w:val="sr-Cyrl-RS"/>
        </w:rPr>
        <w:t>не објави одлуку о обустави поступка доделе концесије на Порталу у року прописаном чланом 50. став 3. овог закона;</w:t>
      </w:r>
    </w:p>
    <w:p w14:paraId="776A96B1" w14:textId="5B7D7B78" w:rsidR="005C5A79" w:rsidRPr="005C5A79" w:rsidRDefault="005C5A79" w:rsidP="005C5A79">
      <w:pPr>
        <w:numPr>
          <w:ilvl w:val="0"/>
          <w:numId w:val="11"/>
        </w:numPr>
        <w:jc w:val="both"/>
        <w:rPr>
          <w:lang w:val="sr-Cyrl-RS"/>
        </w:rPr>
      </w:pPr>
      <w:r w:rsidRPr="005C5A79">
        <w:rPr>
          <w:lang w:val="sr-Cyrl-RS"/>
        </w:rPr>
        <w:lastRenderedPageBreak/>
        <w:t xml:space="preserve">не понуди изабраном понуђачу потписивање јавног уговора или не предузме радње из своје надлежности потребне за закључење јавног уговора у року одређеном одлуком из члана 48. став 1. тачка 11) овог закона, по добијању сагласности из члана 53. ст. 1. до 3. овог закона, осим ако закључење јавног уговора није допуштено због периода мировања или поступка заштите права из члана 46. ст. </w:t>
      </w:r>
      <w:r w:rsidR="00734829">
        <w:rPr>
          <w:lang w:val="sr-Cyrl-RS"/>
        </w:rPr>
        <w:t>4</w:t>
      </w:r>
      <w:r w:rsidRPr="005C5A79">
        <w:rPr>
          <w:lang w:val="sr-Cyrl-RS"/>
        </w:rPr>
        <w:t xml:space="preserve">. до </w:t>
      </w:r>
      <w:r w:rsidR="00734829">
        <w:rPr>
          <w:lang w:val="sr-Cyrl-RS"/>
        </w:rPr>
        <w:t>6</w:t>
      </w:r>
      <w:r w:rsidRPr="005C5A79">
        <w:rPr>
          <w:lang w:val="sr-Cyrl-RS"/>
        </w:rPr>
        <w:t>. овог закона;</w:t>
      </w:r>
    </w:p>
    <w:p w14:paraId="4F23F405" w14:textId="77777777" w:rsidR="005C5A79" w:rsidRPr="005C5A79" w:rsidRDefault="005C5A79" w:rsidP="005C5A79">
      <w:pPr>
        <w:numPr>
          <w:ilvl w:val="0"/>
          <w:numId w:val="11"/>
        </w:numPr>
        <w:jc w:val="both"/>
        <w:rPr>
          <w:lang w:val="sr-Cyrl-RS"/>
        </w:rPr>
      </w:pPr>
      <w:r w:rsidRPr="0086211F">
        <w:rPr>
          <w:lang w:val="ru-RU"/>
        </w:rPr>
        <w:t xml:space="preserve">изврши измену закљученог јавног уговора, односно јавног уговора о концесији, супротно члану 53. став 4, члану 56. ст. 1. до </w:t>
      </w:r>
      <w:r w:rsidRPr="0086211F">
        <w:rPr>
          <w:color w:val="0070C0"/>
          <w:lang w:val="ru-RU"/>
        </w:rPr>
        <w:t>7</w:t>
      </w:r>
      <w:r w:rsidRPr="0086211F">
        <w:rPr>
          <w:lang w:val="ru-RU"/>
        </w:rPr>
        <w:t>. или члану 57. ст. 1. до 6. овог закона;</w:t>
      </w:r>
    </w:p>
    <w:p w14:paraId="31553710" w14:textId="77777777" w:rsidR="005C5A79" w:rsidRPr="005C5A79" w:rsidRDefault="005C5A79" w:rsidP="005C5A79">
      <w:pPr>
        <w:numPr>
          <w:ilvl w:val="0"/>
          <w:numId w:val="11"/>
        </w:numPr>
        <w:jc w:val="both"/>
        <w:rPr>
          <w:lang w:val="sr-Cyrl-RS"/>
        </w:rPr>
      </w:pPr>
      <w:r w:rsidRPr="005C5A79">
        <w:rPr>
          <w:lang w:val="sr-Cyrl-RS"/>
        </w:rPr>
        <w:t>у прописаном року не достави Комисији годишњи извештај о реализацији пројекта ЈПП, односно јавног уговора, у складу са чланом 70. став 2. тачка 7) овог закона;</w:t>
      </w:r>
    </w:p>
    <w:p w14:paraId="2D2E3316" w14:textId="77777777" w:rsidR="005C5A79" w:rsidRPr="005C5A79" w:rsidRDefault="005C5A79" w:rsidP="005C5A79">
      <w:pPr>
        <w:numPr>
          <w:ilvl w:val="0"/>
          <w:numId w:val="11"/>
        </w:numPr>
        <w:jc w:val="both"/>
        <w:rPr>
          <w:lang w:val="sr-Cyrl-RS"/>
        </w:rPr>
      </w:pPr>
      <w:r w:rsidRPr="005C5A79">
        <w:rPr>
          <w:lang w:val="sr-Cyrl-RS"/>
        </w:rPr>
        <w:t>на захтев Комисије не достави податке, документацију или обавештења неопходна за утврђивање чињеница од значаја за примену овог закона, у складу са чланом 75. тачка 9) овог закона;</w:t>
      </w:r>
    </w:p>
    <w:p w14:paraId="2E519156" w14:textId="606A9766" w:rsidR="005C5A79" w:rsidRPr="00D632CD" w:rsidRDefault="005C5A79" w:rsidP="005C5A79">
      <w:pPr>
        <w:numPr>
          <w:ilvl w:val="0"/>
          <w:numId w:val="11"/>
        </w:numPr>
        <w:jc w:val="both"/>
        <w:rPr>
          <w:lang w:val="sr-Cyrl-RS"/>
        </w:rPr>
      </w:pPr>
      <w:r w:rsidRPr="005C5A79">
        <w:rPr>
          <w:lang w:val="sr-Cyrl-RS"/>
        </w:rPr>
        <w:t>не достави министарству надлежном за послове финансија закључен јавни уговор са свим прилозима, као и измене јавног уговора и прилога, ради уписа у Регистар јавних уговора, у складу са чланом 81. став 2. овог закона.</w:t>
      </w:r>
    </w:p>
    <w:p w14:paraId="18A196B4" w14:textId="77777777" w:rsidR="00B67CA3" w:rsidRPr="00D632CD" w:rsidRDefault="00847618">
      <w:pPr>
        <w:jc w:val="both"/>
        <w:rPr>
          <w:lang w:val="sr-Cyrl-RS"/>
        </w:rPr>
      </w:pPr>
      <w:r w:rsidRPr="00D632CD">
        <w:rPr>
          <w:lang w:val="sr-Cyrl-RS"/>
        </w:rPr>
        <w:t>За прекршај из става 1. овог члана казниће се и одговорно лице јавног партнера новчаном казном од 30.000 до 80.000 динара.</w:t>
      </w:r>
    </w:p>
    <w:p w14:paraId="0A1F3210" w14:textId="77777777" w:rsidR="00B67CA3" w:rsidRDefault="00847618">
      <w:pPr>
        <w:jc w:val="both"/>
        <w:rPr>
          <w:lang w:val="sr-Cyrl-RS"/>
        </w:rPr>
      </w:pPr>
      <w:r w:rsidRPr="00D632CD">
        <w:rPr>
          <w:lang w:val="sr-Cyrl-RS"/>
        </w:rPr>
        <w:t>Ако је јавни партнер, односно давалац концесије Република Србија, аутономна покрајина, јединица локалне самоуправе или њихов орган, за прекршај из става 1. овог члана казниће се одговорно лице у државном органу, органу аутономне покрајине или органу јединице локалне самоуправе, новчаном казном од 30.000 до 150.000 динара.</w:t>
      </w:r>
    </w:p>
    <w:p w14:paraId="7CE2171B" w14:textId="77777777" w:rsidR="00734829" w:rsidRPr="00D632CD" w:rsidRDefault="00734829">
      <w:pPr>
        <w:jc w:val="both"/>
        <w:rPr>
          <w:lang w:val="sr-Cyrl-RS"/>
        </w:rPr>
      </w:pPr>
    </w:p>
    <w:p w14:paraId="69D04BE7" w14:textId="77777777" w:rsidR="00B67CA3" w:rsidRPr="00B45672" w:rsidRDefault="00847618">
      <w:pPr>
        <w:spacing w:after="0"/>
        <w:jc w:val="center"/>
        <w:rPr>
          <w:b/>
          <w:bCs/>
          <w:lang w:val="sr-Cyrl-RS"/>
        </w:rPr>
      </w:pPr>
      <w:r w:rsidRPr="00B45672">
        <w:rPr>
          <w:b/>
          <w:bCs/>
          <w:lang w:val="sr-Cyrl-RS"/>
        </w:rPr>
        <w:t>Подношење захтева за покретање прекршајног поступка и застарелост</w:t>
      </w:r>
    </w:p>
    <w:p w14:paraId="76FCD0AE" w14:textId="77777777" w:rsidR="00B67CA3" w:rsidRPr="00B45672" w:rsidRDefault="00847618">
      <w:pPr>
        <w:jc w:val="center"/>
        <w:rPr>
          <w:b/>
          <w:bCs/>
          <w:lang w:val="sr-Cyrl-RS"/>
        </w:rPr>
      </w:pPr>
      <w:r w:rsidRPr="00B45672">
        <w:rPr>
          <w:b/>
          <w:bCs/>
          <w:lang w:val="sr-Cyrl-RS"/>
        </w:rPr>
        <w:t>Члан 83</w:t>
      </w:r>
    </w:p>
    <w:p w14:paraId="5BDE9566" w14:textId="63C4D5DE" w:rsidR="00B67CA3" w:rsidRPr="00D632CD" w:rsidRDefault="00847618">
      <w:pPr>
        <w:jc w:val="both"/>
        <w:rPr>
          <w:lang w:val="sr-Cyrl-RS"/>
        </w:rPr>
      </w:pPr>
      <w:r w:rsidRPr="00D632CD">
        <w:rPr>
          <w:lang w:val="sr-Cyrl-RS"/>
        </w:rPr>
        <w:t xml:space="preserve">Државни органи надлежни за контролу законитости трошења јавних средстава </w:t>
      </w:r>
      <w:r w:rsidR="00581126">
        <w:rPr>
          <w:lang w:val="sr-Cyrl-RS"/>
        </w:rPr>
        <w:t xml:space="preserve"> и Комисија, </w:t>
      </w:r>
      <w:r w:rsidRPr="00D632CD">
        <w:rPr>
          <w:lang w:val="sr-Cyrl-RS"/>
        </w:rPr>
        <w:t>подносе захтев за покретање прекршајног поступка када, поступајући у оквиру својих надлежности, утврде да је учињена повреда овог закона која може бити основ прекршајне одговорности.</w:t>
      </w:r>
    </w:p>
    <w:p w14:paraId="0516635E" w14:textId="77777777" w:rsidR="00B67CA3" w:rsidRDefault="00847618">
      <w:pPr>
        <w:jc w:val="both"/>
        <w:rPr>
          <w:lang w:val="sr-Cyrl-RS"/>
        </w:rPr>
      </w:pPr>
      <w:r w:rsidRPr="00D632CD">
        <w:rPr>
          <w:lang w:val="sr-Cyrl-RS"/>
        </w:rPr>
        <w:t>Застарелост покретања и вођења прекршајног поступка наступа протеком три године од дана учињеног прекршаја из члана 82. овог закона.</w:t>
      </w:r>
    </w:p>
    <w:p w14:paraId="02FF8B79" w14:textId="77777777" w:rsidR="00B45672" w:rsidRPr="00D632CD" w:rsidRDefault="00B45672">
      <w:pPr>
        <w:jc w:val="both"/>
        <w:rPr>
          <w:lang w:val="sr-Cyrl-RS"/>
        </w:rPr>
      </w:pPr>
    </w:p>
    <w:p w14:paraId="46EEC38C" w14:textId="77777777" w:rsidR="00B67CA3" w:rsidRPr="00B45672" w:rsidRDefault="00847618">
      <w:pPr>
        <w:jc w:val="center"/>
        <w:rPr>
          <w:b/>
          <w:bCs/>
          <w:lang w:val="sr-Cyrl-RS"/>
        </w:rPr>
      </w:pPr>
      <w:r w:rsidRPr="00B45672">
        <w:rPr>
          <w:b/>
          <w:bCs/>
          <w:lang w:val="sr-Cyrl-RS"/>
        </w:rPr>
        <w:t>XII ПРЕЛАЗНЕ И ЗАВРШНЕ ОДРЕДБЕ</w:t>
      </w:r>
    </w:p>
    <w:p w14:paraId="50D0A6C1" w14:textId="77777777" w:rsidR="00B67CA3" w:rsidRPr="00B45672" w:rsidRDefault="00847618">
      <w:pPr>
        <w:spacing w:after="0"/>
        <w:jc w:val="center"/>
        <w:rPr>
          <w:b/>
          <w:bCs/>
          <w:lang w:val="sr-Cyrl-RS"/>
        </w:rPr>
      </w:pPr>
      <w:r w:rsidRPr="00B45672">
        <w:rPr>
          <w:b/>
          <w:bCs/>
          <w:lang w:val="sr-Cyrl-RS"/>
        </w:rPr>
        <w:t>Започети поступци</w:t>
      </w:r>
    </w:p>
    <w:p w14:paraId="6F9A0C3B" w14:textId="77777777" w:rsidR="00B67CA3" w:rsidRPr="00B45672" w:rsidRDefault="00847618">
      <w:pPr>
        <w:jc w:val="center"/>
        <w:rPr>
          <w:b/>
          <w:bCs/>
          <w:lang w:val="sr-Cyrl-RS"/>
        </w:rPr>
      </w:pPr>
      <w:r w:rsidRPr="00B45672">
        <w:rPr>
          <w:b/>
          <w:bCs/>
          <w:lang w:val="sr-Cyrl-RS"/>
        </w:rPr>
        <w:t>Члан 84</w:t>
      </w:r>
    </w:p>
    <w:p w14:paraId="03D436A3" w14:textId="77777777" w:rsidR="00B67CA3" w:rsidRPr="00D632CD" w:rsidRDefault="00847618">
      <w:pPr>
        <w:jc w:val="both"/>
        <w:rPr>
          <w:lang w:val="sr-Cyrl-RS"/>
        </w:rPr>
      </w:pPr>
      <w:r w:rsidRPr="00D632CD">
        <w:rPr>
          <w:lang w:val="sr-Cyrl-RS"/>
        </w:rPr>
        <w:t>Поступци започети до дана ступања на снагу овог закона окончаће се у складу са прописима по којима су започети.</w:t>
      </w:r>
    </w:p>
    <w:p w14:paraId="7F40C0C9" w14:textId="77777777" w:rsidR="00B67CA3" w:rsidRPr="00B45672" w:rsidRDefault="00847618">
      <w:pPr>
        <w:spacing w:after="0"/>
        <w:jc w:val="center"/>
        <w:rPr>
          <w:b/>
          <w:bCs/>
          <w:lang w:val="sr-Cyrl-RS"/>
        </w:rPr>
      </w:pPr>
      <w:r w:rsidRPr="00B45672">
        <w:rPr>
          <w:b/>
          <w:bCs/>
          <w:lang w:val="sr-Cyrl-RS"/>
        </w:rPr>
        <w:t>Подзаконски акти и одложена примена</w:t>
      </w:r>
    </w:p>
    <w:p w14:paraId="7230DA59" w14:textId="77777777" w:rsidR="00B67CA3" w:rsidRPr="00B45672" w:rsidRDefault="00847618">
      <w:pPr>
        <w:jc w:val="center"/>
        <w:rPr>
          <w:b/>
          <w:bCs/>
          <w:lang w:val="sr-Cyrl-RS"/>
        </w:rPr>
      </w:pPr>
      <w:r w:rsidRPr="00B45672">
        <w:rPr>
          <w:b/>
          <w:bCs/>
          <w:lang w:val="sr-Cyrl-RS"/>
        </w:rPr>
        <w:lastRenderedPageBreak/>
        <w:t>Члан 85</w:t>
      </w:r>
    </w:p>
    <w:p w14:paraId="6B195E55" w14:textId="665E5C22" w:rsidR="009B126B" w:rsidRDefault="009B126B">
      <w:pPr>
        <w:jc w:val="both"/>
        <w:rPr>
          <w:lang w:val="sr-Cyrl-RS"/>
        </w:rPr>
      </w:pPr>
      <w:r w:rsidRPr="009B126B">
        <w:rPr>
          <w:lang w:val="sr-Cyrl-RS"/>
        </w:rPr>
        <w:t xml:space="preserve">Влада ће донети подзаконски акт из члана </w:t>
      </w:r>
      <w:r w:rsidRPr="00E47365">
        <w:rPr>
          <w:lang w:val="sr-Cyrl-RS"/>
        </w:rPr>
        <w:t xml:space="preserve">38. став 2. </w:t>
      </w:r>
      <w:r w:rsidRPr="009B126B">
        <w:rPr>
          <w:lang w:val="sr-Cyrl-RS"/>
        </w:rPr>
        <w:t>овог закона, којим се ближе уређује начин доделе концесије у фазама за концесије чија је процењена вредност већа од милијарду динара, у року од 90 дана од дана ступања на снагу овог закона.</w:t>
      </w:r>
    </w:p>
    <w:p w14:paraId="0086AE49" w14:textId="1392AFF0" w:rsidR="00DD2985" w:rsidRPr="00DD2985" w:rsidRDefault="00DD2985" w:rsidP="00DD2985">
      <w:pPr>
        <w:jc w:val="both"/>
        <w:rPr>
          <w:lang w:val="sr-Cyrl-RS"/>
        </w:rPr>
      </w:pPr>
      <w:r w:rsidRPr="00DD2985">
        <w:rPr>
          <w:lang w:val="sr-Cyrl-RS"/>
        </w:rPr>
        <w:t>Пропис из члана 6</w:t>
      </w:r>
      <w:r w:rsidR="002E1818">
        <w:rPr>
          <w:lang w:val="sr-Cyrl-RS"/>
        </w:rPr>
        <w:t>8</w:t>
      </w:r>
      <w:r w:rsidRPr="00DD2985">
        <w:rPr>
          <w:lang w:val="sr-Cyrl-RS"/>
        </w:rPr>
        <w:t>. овог закона биће донет у року од 90 дана од дана ступања на снагу овог закона.</w:t>
      </w:r>
    </w:p>
    <w:p w14:paraId="4D017066" w14:textId="49D8E47C" w:rsidR="00DD2985" w:rsidRDefault="00DD2985" w:rsidP="00DD2985">
      <w:pPr>
        <w:jc w:val="both"/>
        <w:rPr>
          <w:lang w:val="sr-Cyrl-RS"/>
        </w:rPr>
      </w:pPr>
      <w:r w:rsidRPr="00DD2985">
        <w:rPr>
          <w:lang w:val="sr-Cyrl-RS"/>
        </w:rPr>
        <w:t>Пропис из члана 81. овог закона биће донет у року од 90 дана од дана ступања на снагу овог закона.</w:t>
      </w:r>
    </w:p>
    <w:p w14:paraId="573587EF" w14:textId="0F34901F" w:rsidR="00B67CA3" w:rsidRPr="00D632CD" w:rsidRDefault="00847618">
      <w:pPr>
        <w:jc w:val="both"/>
        <w:rPr>
          <w:lang w:val="sr-Cyrl-RS"/>
        </w:rPr>
      </w:pPr>
      <w:r w:rsidRPr="00D632CD">
        <w:rPr>
          <w:lang w:val="sr-Cyrl-RS"/>
        </w:rPr>
        <w:t xml:space="preserve">Министар надлежан за послове привреде, </w:t>
      </w:r>
      <w:r w:rsidR="00DD2985">
        <w:rPr>
          <w:lang w:val="sr-Cyrl-RS"/>
        </w:rPr>
        <w:t xml:space="preserve">на предлог </w:t>
      </w:r>
      <w:r w:rsidRPr="00D632CD">
        <w:rPr>
          <w:lang w:val="sr-Cyrl-RS"/>
        </w:rPr>
        <w:t>Комисије</w:t>
      </w:r>
      <w:r w:rsidR="00DD2985">
        <w:rPr>
          <w:lang w:val="sr-Cyrl-RS"/>
        </w:rPr>
        <w:t xml:space="preserve"> за јавно-приватно партнерство</w:t>
      </w:r>
      <w:r w:rsidRPr="00D632CD">
        <w:rPr>
          <w:lang w:val="sr-Cyrl-RS"/>
        </w:rPr>
        <w:t>, донеће подзаконски акт којим се ближе уређују програм, начин и поступак полагања испита за службеника за ЈПП и концесије, састав и начин рада испитне комисије, образац и садржина уверења о положеном испиту, садржина и начин вођења Регистра службеника за ЈПП и концесије, начин уписа, ажурирања и брисања података из Регистра, као и јавност података из Регистра, у року од 90 дана од дана ступања на снагу овог закона.</w:t>
      </w:r>
    </w:p>
    <w:p w14:paraId="3BACC28D" w14:textId="574ECAB3" w:rsidR="00B67CA3" w:rsidRPr="00D632CD" w:rsidRDefault="00847618">
      <w:pPr>
        <w:jc w:val="both"/>
        <w:rPr>
          <w:lang w:val="sr-Cyrl-RS"/>
        </w:rPr>
      </w:pPr>
      <w:r w:rsidRPr="00D632CD">
        <w:rPr>
          <w:lang w:val="sr-Cyrl-RS"/>
        </w:rPr>
        <w:t xml:space="preserve">Министар надлежан за послове привреде, </w:t>
      </w:r>
      <w:r w:rsidR="00DD2985" w:rsidRPr="00DD2985">
        <w:rPr>
          <w:lang w:val="sr-Cyrl-RS"/>
        </w:rPr>
        <w:t>на предлог Комисије за јавно-приватно партнерство</w:t>
      </w:r>
      <w:r w:rsidR="00DD2985">
        <w:rPr>
          <w:lang w:val="sr-Cyrl-RS"/>
        </w:rPr>
        <w:t xml:space="preserve">, </w:t>
      </w:r>
      <w:r w:rsidRPr="00D632CD">
        <w:rPr>
          <w:lang w:val="sr-Cyrl-RS"/>
        </w:rPr>
        <w:t>донеће подзаконски акт којим се ближе уређују садржина, форма, рокови и начин достављања годишњих извештаја о реализацији пројеката ЈПП, односно јавних уговора, у року од 90 дана од дана ступања на снагу овог закона.</w:t>
      </w:r>
    </w:p>
    <w:p w14:paraId="6DB0762F" w14:textId="77777777" w:rsidR="00B67CA3" w:rsidRPr="00D632CD" w:rsidRDefault="00847618">
      <w:pPr>
        <w:jc w:val="both"/>
        <w:rPr>
          <w:lang w:val="sr-Cyrl-RS"/>
        </w:rPr>
      </w:pPr>
      <w:r w:rsidRPr="00D632CD">
        <w:rPr>
          <w:lang w:val="sr-Cyrl-RS"/>
        </w:rPr>
        <w:t>Комисија припрема и објављује методолошке материјале и смернице за израду анализе добијене вредности у односу на уложена средства и анализе друштвене вредности пројекта, у року од 90 дана од дана ступања на снагу овог закона.</w:t>
      </w:r>
    </w:p>
    <w:p w14:paraId="25B2D68C" w14:textId="7D745377" w:rsidR="00B67CA3" w:rsidRPr="00D632CD" w:rsidRDefault="00847618">
      <w:pPr>
        <w:jc w:val="both"/>
        <w:rPr>
          <w:lang w:val="sr-Cyrl-RS"/>
        </w:rPr>
      </w:pPr>
      <w:r w:rsidRPr="00D632CD">
        <w:rPr>
          <w:lang w:val="sr-Cyrl-RS"/>
        </w:rPr>
        <w:t xml:space="preserve">До почетка примене подзаконског акта из става </w:t>
      </w:r>
      <w:r w:rsidR="002E1818">
        <w:rPr>
          <w:lang w:val="sr-Cyrl-RS"/>
        </w:rPr>
        <w:t>4</w:t>
      </w:r>
      <w:r w:rsidRPr="00D632CD">
        <w:rPr>
          <w:lang w:val="sr-Cyrl-RS"/>
        </w:rPr>
        <w:t>. овог члана, услов да стручни тим има најмање једног службеника за ЈПП и концесије сматра се испуњеним ако је у стручни тим именован службеник за јавне набавке или друго лице које има одговарајуће стручно знање и искуство у области јавних набавки, концесија, ЈПП, финансија, права, технике или управљања пројектима.</w:t>
      </w:r>
    </w:p>
    <w:p w14:paraId="58DD7ADF" w14:textId="72B2EECB" w:rsidR="00B67CA3" w:rsidRDefault="00847618">
      <w:pPr>
        <w:jc w:val="both"/>
        <w:rPr>
          <w:lang w:val="sr-Cyrl-RS"/>
        </w:rPr>
      </w:pPr>
      <w:r w:rsidRPr="00D632CD">
        <w:rPr>
          <w:lang w:val="sr-Cyrl-RS"/>
        </w:rPr>
        <w:t xml:space="preserve">Обавеза да стручни тим има најмање једног службеника за ЈПП и концесије примењује се по истеку 12 месеци од дана ступања на снагу подзаконског акта из става </w:t>
      </w:r>
      <w:r w:rsidR="002E1818">
        <w:rPr>
          <w:lang w:val="sr-Cyrl-RS"/>
        </w:rPr>
        <w:t>4</w:t>
      </w:r>
      <w:r w:rsidRPr="00D632CD">
        <w:rPr>
          <w:lang w:val="sr-Cyrl-RS"/>
        </w:rPr>
        <w:t>. овог члана.</w:t>
      </w:r>
    </w:p>
    <w:p w14:paraId="7E8284F6" w14:textId="77777777" w:rsidR="00B45672" w:rsidRPr="00D632CD" w:rsidRDefault="00B45672">
      <w:pPr>
        <w:jc w:val="both"/>
        <w:rPr>
          <w:lang w:val="sr-Cyrl-RS"/>
        </w:rPr>
      </w:pPr>
    </w:p>
    <w:p w14:paraId="43BF97D3" w14:textId="77777777" w:rsidR="00B67CA3" w:rsidRPr="00B45672" w:rsidRDefault="00847618">
      <w:pPr>
        <w:spacing w:after="0"/>
        <w:jc w:val="center"/>
        <w:rPr>
          <w:b/>
          <w:bCs/>
          <w:lang w:val="sr-Cyrl-RS"/>
        </w:rPr>
      </w:pPr>
      <w:r w:rsidRPr="00B45672">
        <w:rPr>
          <w:b/>
          <w:bCs/>
          <w:lang w:val="sr-Cyrl-RS"/>
        </w:rPr>
        <w:t>Престанак важења ранијег закона</w:t>
      </w:r>
    </w:p>
    <w:p w14:paraId="28305930" w14:textId="77777777" w:rsidR="00B67CA3" w:rsidRPr="00B45672" w:rsidRDefault="00847618">
      <w:pPr>
        <w:jc w:val="center"/>
        <w:rPr>
          <w:b/>
          <w:bCs/>
          <w:lang w:val="sr-Cyrl-RS"/>
        </w:rPr>
      </w:pPr>
      <w:r w:rsidRPr="00B45672">
        <w:rPr>
          <w:b/>
          <w:bCs/>
          <w:lang w:val="sr-Cyrl-RS"/>
        </w:rPr>
        <w:t>Члан 86</w:t>
      </w:r>
    </w:p>
    <w:p w14:paraId="61DA509D" w14:textId="77777777" w:rsidR="00B67CA3" w:rsidRPr="00D632CD" w:rsidRDefault="00847618">
      <w:pPr>
        <w:jc w:val="both"/>
        <w:rPr>
          <w:lang w:val="sr-Cyrl-RS"/>
        </w:rPr>
      </w:pPr>
      <w:r w:rsidRPr="00D632CD">
        <w:rPr>
          <w:lang w:val="sr-Cyrl-RS"/>
        </w:rPr>
        <w:t>Даном ступања на снагу овог закона престаје да важи Закон о јавно-приватном партнерству и концесијама („Службени гласник РС”, бр. 88/2011, 15/2016 и 104/2016).</w:t>
      </w:r>
    </w:p>
    <w:p w14:paraId="0F53907F" w14:textId="77777777" w:rsidR="00B67CA3" w:rsidRPr="00B45672" w:rsidRDefault="00847618">
      <w:pPr>
        <w:spacing w:after="0"/>
        <w:jc w:val="center"/>
        <w:rPr>
          <w:b/>
          <w:bCs/>
          <w:lang w:val="sr-Cyrl-RS"/>
        </w:rPr>
      </w:pPr>
      <w:r w:rsidRPr="00B45672">
        <w:rPr>
          <w:b/>
          <w:bCs/>
          <w:lang w:val="sr-Cyrl-RS"/>
        </w:rPr>
        <w:t>Ступање на снагу</w:t>
      </w:r>
    </w:p>
    <w:p w14:paraId="13DB1C79" w14:textId="77777777" w:rsidR="00B67CA3" w:rsidRPr="00B45672" w:rsidRDefault="00847618">
      <w:pPr>
        <w:jc w:val="center"/>
        <w:rPr>
          <w:b/>
          <w:bCs/>
          <w:lang w:val="sr-Cyrl-RS"/>
        </w:rPr>
      </w:pPr>
      <w:r w:rsidRPr="00B45672">
        <w:rPr>
          <w:b/>
          <w:bCs/>
          <w:lang w:val="sr-Cyrl-RS"/>
        </w:rPr>
        <w:t>Члан 87</w:t>
      </w:r>
    </w:p>
    <w:p w14:paraId="57E01A9C" w14:textId="77777777" w:rsidR="00B67CA3" w:rsidRPr="00D632CD" w:rsidRDefault="00847618">
      <w:pPr>
        <w:jc w:val="both"/>
        <w:rPr>
          <w:lang w:val="sr-Cyrl-RS"/>
        </w:rPr>
      </w:pPr>
      <w:r w:rsidRPr="00D632CD">
        <w:rPr>
          <w:lang w:val="sr-Cyrl-RS"/>
        </w:rPr>
        <w:t>Овај закон ступа на снагу осмог дана од дана објављивања у „Службеном гласнику Републике Србије”.</w:t>
      </w:r>
    </w:p>
    <w:sectPr w:rsidR="00B67CA3" w:rsidRPr="00D632CD" w:rsidSect="00034616">
      <w:pgSz w:w="12240" w:h="15840"/>
      <w:pgMar w:top="1134" w:right="1134" w:bottom="1134" w:left="141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1F832E3B"/>
    <w:multiLevelType w:val="hybridMultilevel"/>
    <w:tmpl w:val="ADA05C42"/>
    <w:lvl w:ilvl="0" w:tplc="B1767F58">
      <w:start w:val="1"/>
      <w:numFmt w:val="decimal"/>
      <w:lvlText w:val="%1)"/>
      <w:lvlJc w:val="left"/>
      <w:pPr>
        <w:ind w:left="1020" w:hanging="360"/>
      </w:pPr>
    </w:lvl>
    <w:lvl w:ilvl="1" w:tplc="EC6EC3FC">
      <w:start w:val="1"/>
      <w:numFmt w:val="decimal"/>
      <w:lvlText w:val="%2)"/>
      <w:lvlJc w:val="left"/>
      <w:pPr>
        <w:ind w:left="1020" w:hanging="360"/>
      </w:pPr>
    </w:lvl>
    <w:lvl w:ilvl="2" w:tplc="24C4F40C">
      <w:start w:val="1"/>
      <w:numFmt w:val="decimal"/>
      <w:lvlText w:val="%3)"/>
      <w:lvlJc w:val="left"/>
      <w:pPr>
        <w:ind w:left="1020" w:hanging="360"/>
      </w:pPr>
    </w:lvl>
    <w:lvl w:ilvl="3" w:tplc="1116D4D6">
      <w:start w:val="1"/>
      <w:numFmt w:val="decimal"/>
      <w:lvlText w:val="%4)"/>
      <w:lvlJc w:val="left"/>
      <w:pPr>
        <w:ind w:left="1020" w:hanging="360"/>
      </w:pPr>
    </w:lvl>
    <w:lvl w:ilvl="4" w:tplc="B5B45F94">
      <w:start w:val="1"/>
      <w:numFmt w:val="decimal"/>
      <w:lvlText w:val="%5)"/>
      <w:lvlJc w:val="left"/>
      <w:pPr>
        <w:ind w:left="1020" w:hanging="360"/>
      </w:pPr>
    </w:lvl>
    <w:lvl w:ilvl="5" w:tplc="33C42C12">
      <w:start w:val="1"/>
      <w:numFmt w:val="decimal"/>
      <w:lvlText w:val="%6)"/>
      <w:lvlJc w:val="left"/>
      <w:pPr>
        <w:ind w:left="1020" w:hanging="360"/>
      </w:pPr>
    </w:lvl>
    <w:lvl w:ilvl="6" w:tplc="3DBA68E2">
      <w:start w:val="1"/>
      <w:numFmt w:val="decimal"/>
      <w:lvlText w:val="%7)"/>
      <w:lvlJc w:val="left"/>
      <w:pPr>
        <w:ind w:left="1020" w:hanging="360"/>
      </w:pPr>
    </w:lvl>
    <w:lvl w:ilvl="7" w:tplc="16CA9F3E">
      <w:start w:val="1"/>
      <w:numFmt w:val="decimal"/>
      <w:lvlText w:val="%8)"/>
      <w:lvlJc w:val="left"/>
      <w:pPr>
        <w:ind w:left="1020" w:hanging="360"/>
      </w:pPr>
    </w:lvl>
    <w:lvl w:ilvl="8" w:tplc="88A22440">
      <w:start w:val="1"/>
      <w:numFmt w:val="decimal"/>
      <w:lvlText w:val="%9)"/>
      <w:lvlJc w:val="left"/>
      <w:pPr>
        <w:ind w:left="1020" w:hanging="360"/>
      </w:pPr>
    </w:lvl>
  </w:abstractNum>
  <w:abstractNum w:abstractNumId="10" w15:restartNumberingAfterBreak="0">
    <w:nsid w:val="2F2F5C29"/>
    <w:multiLevelType w:val="hybridMultilevel"/>
    <w:tmpl w:val="996A2156"/>
    <w:lvl w:ilvl="0" w:tplc="08090011">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1" w15:restartNumberingAfterBreak="0">
    <w:nsid w:val="40A255D7"/>
    <w:multiLevelType w:val="hybridMultilevel"/>
    <w:tmpl w:val="A182AA68"/>
    <w:lvl w:ilvl="0" w:tplc="DF30D606">
      <w:start w:val="1"/>
      <w:numFmt w:val="decimal"/>
      <w:lvlText w:val="%1)"/>
      <w:lvlJc w:val="left"/>
      <w:pPr>
        <w:ind w:left="1020" w:hanging="360"/>
      </w:pPr>
    </w:lvl>
    <w:lvl w:ilvl="1" w:tplc="616CEB94">
      <w:start w:val="1"/>
      <w:numFmt w:val="decimal"/>
      <w:lvlText w:val="%2)"/>
      <w:lvlJc w:val="left"/>
      <w:pPr>
        <w:ind w:left="1020" w:hanging="360"/>
      </w:pPr>
    </w:lvl>
    <w:lvl w:ilvl="2" w:tplc="1ED061A0">
      <w:start w:val="1"/>
      <w:numFmt w:val="decimal"/>
      <w:lvlText w:val="%3)"/>
      <w:lvlJc w:val="left"/>
      <w:pPr>
        <w:ind w:left="1020" w:hanging="360"/>
      </w:pPr>
    </w:lvl>
    <w:lvl w:ilvl="3" w:tplc="8D1A9A9C">
      <w:start w:val="1"/>
      <w:numFmt w:val="decimal"/>
      <w:lvlText w:val="%4)"/>
      <w:lvlJc w:val="left"/>
      <w:pPr>
        <w:ind w:left="1020" w:hanging="360"/>
      </w:pPr>
    </w:lvl>
    <w:lvl w:ilvl="4" w:tplc="DD38425A">
      <w:start w:val="1"/>
      <w:numFmt w:val="decimal"/>
      <w:lvlText w:val="%5)"/>
      <w:lvlJc w:val="left"/>
      <w:pPr>
        <w:ind w:left="1020" w:hanging="360"/>
      </w:pPr>
    </w:lvl>
    <w:lvl w:ilvl="5" w:tplc="FED6F770">
      <w:start w:val="1"/>
      <w:numFmt w:val="decimal"/>
      <w:lvlText w:val="%6)"/>
      <w:lvlJc w:val="left"/>
      <w:pPr>
        <w:ind w:left="1020" w:hanging="360"/>
      </w:pPr>
    </w:lvl>
    <w:lvl w:ilvl="6" w:tplc="0B284EE4">
      <w:start w:val="1"/>
      <w:numFmt w:val="decimal"/>
      <w:lvlText w:val="%7)"/>
      <w:lvlJc w:val="left"/>
      <w:pPr>
        <w:ind w:left="1020" w:hanging="360"/>
      </w:pPr>
    </w:lvl>
    <w:lvl w:ilvl="7" w:tplc="F1201946">
      <w:start w:val="1"/>
      <w:numFmt w:val="decimal"/>
      <w:lvlText w:val="%8)"/>
      <w:lvlJc w:val="left"/>
      <w:pPr>
        <w:ind w:left="1020" w:hanging="360"/>
      </w:pPr>
    </w:lvl>
    <w:lvl w:ilvl="8" w:tplc="FCD8B134">
      <w:start w:val="1"/>
      <w:numFmt w:val="decimal"/>
      <w:lvlText w:val="%9)"/>
      <w:lvlJc w:val="left"/>
      <w:pPr>
        <w:ind w:left="1020" w:hanging="360"/>
      </w:pPr>
    </w:lvl>
  </w:abstractNum>
  <w:abstractNum w:abstractNumId="12" w15:restartNumberingAfterBreak="0">
    <w:nsid w:val="58AE55BE"/>
    <w:multiLevelType w:val="hybridMultilevel"/>
    <w:tmpl w:val="43C8A26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 w:numId="10">
    <w:abstractNumId w:val="12"/>
  </w:num>
  <w:num w:numId="11">
    <w:abstractNumId w:val="10"/>
  </w:num>
  <w:num w:numId="12">
    <w:abstractNumId w:val="11"/>
  </w:num>
  <w:num w:numId="1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2070F"/>
    <w:rsid w:val="0002365E"/>
    <w:rsid w:val="00034616"/>
    <w:rsid w:val="000524DD"/>
    <w:rsid w:val="0006063C"/>
    <w:rsid w:val="001379B1"/>
    <w:rsid w:val="0015074B"/>
    <w:rsid w:val="0029639D"/>
    <w:rsid w:val="002A67C5"/>
    <w:rsid w:val="002B05CE"/>
    <w:rsid w:val="002E1818"/>
    <w:rsid w:val="00322456"/>
    <w:rsid w:val="00326F90"/>
    <w:rsid w:val="00357C5A"/>
    <w:rsid w:val="00380F1C"/>
    <w:rsid w:val="003B743E"/>
    <w:rsid w:val="003C5BD9"/>
    <w:rsid w:val="00461FAB"/>
    <w:rsid w:val="00494BD1"/>
    <w:rsid w:val="004D5ACB"/>
    <w:rsid w:val="00501A34"/>
    <w:rsid w:val="00521A36"/>
    <w:rsid w:val="0052620A"/>
    <w:rsid w:val="00571D76"/>
    <w:rsid w:val="00581126"/>
    <w:rsid w:val="0058635A"/>
    <w:rsid w:val="005A4155"/>
    <w:rsid w:val="005C5A79"/>
    <w:rsid w:val="005F015B"/>
    <w:rsid w:val="006A7B94"/>
    <w:rsid w:val="00734829"/>
    <w:rsid w:val="007E18CD"/>
    <w:rsid w:val="007F506A"/>
    <w:rsid w:val="00847618"/>
    <w:rsid w:val="0086211F"/>
    <w:rsid w:val="00864962"/>
    <w:rsid w:val="008D5210"/>
    <w:rsid w:val="009162DF"/>
    <w:rsid w:val="009659CF"/>
    <w:rsid w:val="00997D98"/>
    <w:rsid w:val="009A4DBF"/>
    <w:rsid w:val="009B126B"/>
    <w:rsid w:val="00A41F7F"/>
    <w:rsid w:val="00AA1D8D"/>
    <w:rsid w:val="00AC3F06"/>
    <w:rsid w:val="00AD2751"/>
    <w:rsid w:val="00B45672"/>
    <w:rsid w:val="00B47730"/>
    <w:rsid w:val="00B510EF"/>
    <w:rsid w:val="00B560B3"/>
    <w:rsid w:val="00B67CA3"/>
    <w:rsid w:val="00C54649"/>
    <w:rsid w:val="00C562B6"/>
    <w:rsid w:val="00CB0664"/>
    <w:rsid w:val="00D169AC"/>
    <w:rsid w:val="00D4665C"/>
    <w:rsid w:val="00D632CD"/>
    <w:rsid w:val="00DA16BE"/>
    <w:rsid w:val="00DB6788"/>
    <w:rsid w:val="00DC0C40"/>
    <w:rsid w:val="00DD2985"/>
    <w:rsid w:val="00E47365"/>
    <w:rsid w:val="00EE3A5A"/>
    <w:rsid w:val="00EE6B77"/>
    <w:rsid w:val="00F07348"/>
    <w:rsid w:val="00F372CB"/>
    <w:rsid w:val="00F451B2"/>
    <w:rsid w:val="00F61207"/>
    <w:rsid w:val="00F83F24"/>
    <w:rsid w:val="00F842B7"/>
    <w:rsid w:val="00FC693F"/>
    <w:rsid w:val="00FF1D9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7F43CF4C"/>
  <w14:defaultImageDpi w14:val="300"/>
  <w15:docId w15:val="{16881B2B-2DFF-4DF6-97E4-FB374E9C6C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C693F"/>
    <w:pPr>
      <w:spacing w:after="120"/>
    </w:pPr>
    <w:rPr>
      <w:rFonts w:ascii="Times New Roman" w:eastAsia="Times New Roman" w:hAnsi="Times New Roman"/>
      <w:sz w:val="24"/>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character" w:styleId="CommentReference">
    <w:name w:val="annotation reference"/>
    <w:basedOn w:val="DefaultParagraphFont"/>
    <w:uiPriority w:val="99"/>
    <w:semiHidden/>
    <w:unhideWhenUsed/>
    <w:rsid w:val="00D632CD"/>
    <w:rPr>
      <w:sz w:val="16"/>
      <w:szCs w:val="16"/>
    </w:rPr>
  </w:style>
  <w:style w:type="paragraph" w:styleId="CommentText">
    <w:name w:val="annotation text"/>
    <w:basedOn w:val="Normal"/>
    <w:link w:val="CommentTextChar"/>
    <w:uiPriority w:val="99"/>
    <w:unhideWhenUsed/>
    <w:rsid w:val="00D632CD"/>
    <w:pPr>
      <w:spacing w:line="240" w:lineRule="auto"/>
    </w:pPr>
    <w:rPr>
      <w:sz w:val="20"/>
      <w:szCs w:val="20"/>
    </w:rPr>
  </w:style>
  <w:style w:type="character" w:customStyle="1" w:styleId="CommentTextChar">
    <w:name w:val="Comment Text Char"/>
    <w:basedOn w:val="DefaultParagraphFont"/>
    <w:link w:val="CommentText"/>
    <w:uiPriority w:val="99"/>
    <w:rsid w:val="00D632CD"/>
    <w:rPr>
      <w:rFonts w:ascii="Times New Roman" w:eastAsia="Times New Roman" w:hAnsi="Times New Roman"/>
      <w:sz w:val="20"/>
      <w:szCs w:val="20"/>
    </w:rPr>
  </w:style>
  <w:style w:type="paragraph" w:styleId="CommentSubject">
    <w:name w:val="annotation subject"/>
    <w:basedOn w:val="CommentText"/>
    <w:next w:val="CommentText"/>
    <w:link w:val="CommentSubjectChar"/>
    <w:uiPriority w:val="99"/>
    <w:semiHidden/>
    <w:unhideWhenUsed/>
    <w:rsid w:val="00D632CD"/>
    <w:rPr>
      <w:b/>
      <w:bCs/>
    </w:rPr>
  </w:style>
  <w:style w:type="character" w:customStyle="1" w:styleId="CommentSubjectChar">
    <w:name w:val="Comment Subject Char"/>
    <w:basedOn w:val="CommentTextChar"/>
    <w:link w:val="CommentSubject"/>
    <w:uiPriority w:val="99"/>
    <w:semiHidden/>
    <w:rsid w:val="00D632CD"/>
    <w:rPr>
      <w:rFonts w:ascii="Times New Roman" w:eastAsia="Times New Roman" w:hAnsi="Times New Roman"/>
      <w:b/>
      <w:bCs/>
      <w:sz w:val="20"/>
      <w:szCs w:val="20"/>
    </w:rPr>
  </w:style>
  <w:style w:type="paragraph" w:styleId="BalloonText">
    <w:name w:val="Balloon Text"/>
    <w:basedOn w:val="Normal"/>
    <w:link w:val="BalloonTextChar"/>
    <w:uiPriority w:val="99"/>
    <w:semiHidden/>
    <w:unhideWhenUsed/>
    <w:rsid w:val="00AC3F06"/>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C3F06"/>
    <w:rPr>
      <w:rFonts w:ascii="Segoe UI" w:eastAsia="Times New Roman" w:hAnsi="Segoe UI" w:cs="Segoe UI"/>
      <w:sz w:val="18"/>
      <w:szCs w:val="18"/>
    </w:rPr>
  </w:style>
  <w:style w:type="paragraph" w:styleId="Revision">
    <w:name w:val="Revision"/>
    <w:hidden/>
    <w:uiPriority w:val="99"/>
    <w:semiHidden/>
    <w:rsid w:val="002E1818"/>
    <w:pPr>
      <w:spacing w:after="0" w:line="240" w:lineRule="auto"/>
    </w:pPr>
    <w:rPr>
      <w:rFonts w:ascii="Times New Roman" w:eastAsia="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FFF055-F4A8-455B-936F-A2FFA392E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17704</Words>
  <Characters>100913</Characters>
  <Application>Microsoft Office Word</Application>
  <DocSecurity>0</DocSecurity>
  <Lines>840</Lines>
  <Paragraphs>236</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118381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Andrijana Jovanović</cp:lastModifiedBy>
  <cp:revision>2</cp:revision>
  <dcterms:created xsi:type="dcterms:W3CDTF">2026-07-20T08:01:00Z</dcterms:created>
  <dcterms:modified xsi:type="dcterms:W3CDTF">2026-07-20T08:01:00Z</dcterms:modified>
  <cp:category/>
</cp:coreProperties>
</file>